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9BA" w:rsidRDefault="004B0D60">
      <w:pPr>
        <w:widowControl/>
        <w:autoSpaceDE w:val="0"/>
        <w:autoSpaceDN w:val="0"/>
        <w:spacing w:before="578" w:line="220" w:lineRule="exact"/>
      </w:pPr>
      <w:r>
        <w:rPr>
          <w:noProof/>
        </w:rPr>
        <w:drawing>
          <wp:anchor distT="0" distB="0" distL="0" distR="0" simplePos="0" relativeHeight="251640320" behindDoc="1" locked="0" layoutInCell="1" allowOverlap="1">
            <wp:simplePos x="0" y="0"/>
            <wp:positionH relativeFrom="page">
              <wp:posOffset>1143000</wp:posOffset>
            </wp:positionH>
            <wp:positionV relativeFrom="page">
              <wp:posOffset>2708910</wp:posOffset>
            </wp:positionV>
            <wp:extent cx="5273040" cy="52730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5273040" cy="5273040"/>
                    </a:xfrm>
                    <a:prstGeom prst="rect">
                      <a:avLst/>
                    </a:prstGeom>
                  </pic:spPr>
                </pic:pic>
              </a:graphicData>
            </a:graphic>
          </wp:anchor>
        </w:drawing>
      </w:r>
    </w:p>
    <w:p w:rsidR="00B51EE7" w:rsidRDefault="004B0D60" w:rsidP="00B51EE7">
      <w:pPr>
        <w:widowControl/>
        <w:autoSpaceDE w:val="0"/>
        <w:autoSpaceDN w:val="0"/>
        <w:spacing w:line="370" w:lineRule="exact"/>
        <w:jc w:val="center"/>
        <w:rPr>
          <w:rFonts w:ascii="gU1TgTbe+SimSun" w:eastAsia="gU1TgTbe+SimSun" w:hAnsi="gU1TgTbe+SimSun"/>
          <w:b/>
          <w:color w:val="000000"/>
          <w:sz w:val="36"/>
        </w:rPr>
      </w:pPr>
      <w:r w:rsidRPr="00B51EE7">
        <w:rPr>
          <w:rFonts w:ascii="gU1TgTbe+SimSun" w:eastAsia="gU1TgTbe+SimSun" w:hAnsi="gU1TgTbe+SimSun"/>
          <w:b/>
          <w:color w:val="000000"/>
          <w:sz w:val="36"/>
        </w:rPr>
        <w:t>工商管理学院本科生</w:t>
      </w:r>
      <w:r w:rsidR="00B51EE7" w:rsidRPr="00B51EE7">
        <w:rPr>
          <w:rFonts w:ascii="gU1TgTbe+SimSun" w:eastAsia="gU1TgTbe+SimSun" w:hAnsi="gU1TgTbe+SimSun" w:hint="eastAsia"/>
          <w:b/>
          <w:color w:val="000000"/>
          <w:sz w:val="36"/>
        </w:rPr>
        <w:t>单项奖</w:t>
      </w:r>
      <w:r w:rsidRPr="00B51EE7">
        <w:rPr>
          <w:rFonts w:ascii="gU1TgTbe+SimSun" w:eastAsia="gU1TgTbe+SimSun" w:hAnsi="gU1TgTbe+SimSun"/>
          <w:b/>
          <w:color w:val="000000"/>
          <w:sz w:val="36"/>
        </w:rPr>
        <w:drawing>
          <wp:anchor distT="0" distB="0" distL="0" distR="0" simplePos="0" relativeHeight="251651072" behindDoc="1" locked="0" layoutInCell="1" allowOverlap="1" wp14:anchorId="5B68CB4B" wp14:editId="5E4BE212">
            <wp:simplePos x="0" y="0"/>
            <wp:positionH relativeFrom="page">
              <wp:posOffset>1143000</wp:posOffset>
            </wp:positionH>
            <wp:positionV relativeFrom="page">
              <wp:posOffset>2708910</wp:posOffset>
            </wp:positionV>
            <wp:extent cx="5273040" cy="527727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273040" cy="5277272"/>
                    </a:xfrm>
                    <a:prstGeom prst="rect">
                      <a:avLst/>
                    </a:prstGeom>
                  </pic:spPr>
                </pic:pic>
              </a:graphicData>
            </a:graphic>
          </wp:anchor>
        </w:drawing>
      </w:r>
      <w:r w:rsidRPr="00B51EE7">
        <w:rPr>
          <w:rFonts w:ascii="gU1TgTbe+SimSun" w:eastAsia="gU1TgTbe+SimSun" w:hAnsi="gU1TgTbe+SimSun"/>
          <w:b/>
          <w:color w:val="000000"/>
          <w:sz w:val="36"/>
        </w:rPr>
        <w:drawing>
          <wp:anchor distT="0" distB="0" distL="0" distR="0" simplePos="0" relativeHeight="251655168" behindDoc="1" locked="0" layoutInCell="1" allowOverlap="1" wp14:anchorId="202CC6F9" wp14:editId="70DA10A7">
            <wp:simplePos x="0" y="0"/>
            <wp:positionH relativeFrom="page">
              <wp:posOffset>1071880</wp:posOffset>
            </wp:positionH>
            <wp:positionV relativeFrom="page">
              <wp:posOffset>8202930</wp:posOffset>
            </wp:positionV>
            <wp:extent cx="6350" cy="215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350" cy="215900"/>
                    </a:xfrm>
                    <a:prstGeom prst="rect">
                      <a:avLst/>
                    </a:prstGeom>
                  </pic:spPr>
                </pic:pic>
              </a:graphicData>
            </a:graphic>
          </wp:anchor>
        </w:drawing>
      </w:r>
      <w:r w:rsidRPr="00B51EE7">
        <w:rPr>
          <w:rFonts w:ascii="gU1TgTbe+SimSun" w:eastAsia="gU1TgTbe+SimSun" w:hAnsi="gU1TgTbe+SimSun"/>
          <w:b/>
          <w:color w:val="000000"/>
          <w:sz w:val="36"/>
        </w:rPr>
        <w:drawing>
          <wp:anchor distT="0" distB="0" distL="0" distR="0" simplePos="0" relativeHeight="251659264" behindDoc="1" locked="0" layoutInCell="1" allowOverlap="1" wp14:anchorId="78BDBA78" wp14:editId="21A78BB3">
            <wp:simplePos x="0" y="0"/>
            <wp:positionH relativeFrom="page">
              <wp:posOffset>1071880</wp:posOffset>
            </wp:positionH>
            <wp:positionV relativeFrom="page">
              <wp:posOffset>6769100</wp:posOffset>
            </wp:positionV>
            <wp:extent cx="6350" cy="2127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6350" cy="212725"/>
                    </a:xfrm>
                    <a:prstGeom prst="rect">
                      <a:avLst/>
                    </a:prstGeom>
                  </pic:spPr>
                </pic:pic>
              </a:graphicData>
            </a:graphic>
          </wp:anchor>
        </w:drawing>
      </w:r>
      <w:r w:rsidRPr="00B51EE7">
        <w:rPr>
          <w:rFonts w:ascii="gU1TgTbe+SimSun" w:eastAsia="gU1TgTbe+SimSun" w:hAnsi="gU1TgTbe+SimSun"/>
          <w:b/>
          <w:color w:val="000000"/>
          <w:sz w:val="36"/>
        </w:rPr>
        <w:drawing>
          <wp:anchor distT="0" distB="0" distL="0" distR="0" simplePos="0" relativeHeight="251665408" behindDoc="1" locked="0" layoutInCell="1" allowOverlap="1" wp14:anchorId="33A7207A" wp14:editId="2D95C8FB">
            <wp:simplePos x="0" y="0"/>
            <wp:positionH relativeFrom="page">
              <wp:posOffset>1071880</wp:posOffset>
            </wp:positionH>
            <wp:positionV relativeFrom="page">
              <wp:posOffset>7917180</wp:posOffset>
            </wp:positionV>
            <wp:extent cx="6350" cy="2127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6350" cy="212725"/>
                    </a:xfrm>
                    <a:prstGeom prst="rect">
                      <a:avLst/>
                    </a:prstGeom>
                  </pic:spPr>
                </pic:pic>
              </a:graphicData>
            </a:graphic>
          </wp:anchor>
        </w:drawing>
      </w:r>
      <w:r>
        <w:rPr>
          <w:rFonts w:ascii="gU1TgTbe+SimSun" w:eastAsia="gU1TgTbe+SimSun" w:hAnsi="gU1TgTbe+SimSun"/>
          <w:b/>
          <w:color w:val="000000"/>
          <w:sz w:val="36"/>
        </w:rPr>
        <w:t>课时</w:t>
      </w:r>
      <w:bookmarkStart w:id="0" w:name="_GoBack"/>
      <w:bookmarkEnd w:id="0"/>
      <w:r w:rsidR="008C194E">
        <w:rPr>
          <w:rFonts w:ascii="gU1TgTbe+SimSun" w:eastAsia="gU1TgTbe+SimSun" w:hAnsi="gU1TgTbe+SimSun"/>
          <w:b/>
          <w:color w:val="000000"/>
          <w:sz w:val="36"/>
        </w:rPr>
        <w:t xml:space="preserve"> </w:t>
      </w:r>
    </w:p>
    <w:p w:rsidR="005439BA" w:rsidRPr="00B51EE7" w:rsidRDefault="004B0D60" w:rsidP="00B51EE7">
      <w:pPr>
        <w:widowControl/>
        <w:autoSpaceDE w:val="0"/>
        <w:autoSpaceDN w:val="0"/>
        <w:spacing w:line="370" w:lineRule="exact"/>
        <w:jc w:val="center"/>
        <w:rPr>
          <w:rFonts w:ascii="gU1TgTbe+SimSun" w:eastAsia="gU1TgTbe+SimSun" w:hAnsi="gU1TgTbe+SimSun"/>
          <w:b/>
          <w:color w:val="000000"/>
          <w:sz w:val="36"/>
        </w:rPr>
      </w:pPr>
      <w:r>
        <w:rPr>
          <w:rFonts w:ascii="gU1TgTbe+SimSun" w:eastAsia="gU1TgTbe+SimSun" w:hAnsi="gU1TgTbe+SimSun"/>
          <w:b/>
          <w:color w:val="000000"/>
          <w:sz w:val="36"/>
        </w:rPr>
        <w:t>具体认定条例细则</w:t>
      </w:r>
      <w:r>
        <w:rPr>
          <w:rFonts w:ascii="PTZ3LLzS+Calibri" w:eastAsia="PTZ3LLzS+Calibri" w:hAnsi="PTZ3LLzS+Calibri"/>
          <w:color w:val="000000"/>
          <w:sz w:val="24"/>
        </w:rPr>
        <w:t xml:space="preserve"> </w:t>
      </w:r>
    </w:p>
    <w:p w:rsidR="005439BA" w:rsidRDefault="004B0D60">
      <w:pPr>
        <w:widowControl/>
        <w:autoSpaceDE w:val="0"/>
        <w:autoSpaceDN w:val="0"/>
        <w:spacing w:before="174" w:line="320" w:lineRule="exact"/>
        <w:ind w:left="360"/>
        <w:jc w:val="left"/>
      </w:pPr>
      <w:r>
        <w:rPr>
          <w:rFonts w:ascii="gU1TgTbe+SimSun" w:eastAsia="gU1TgTbe+SimSun" w:hAnsi="gU1TgTbe+SimSun"/>
          <w:b/>
          <w:color w:val="000000"/>
          <w:sz w:val="31"/>
        </w:rPr>
        <w:t>一、思想政治与道德素养类</w:t>
      </w:r>
      <w:r>
        <w:rPr>
          <w:rFonts w:ascii="901OcohL+SimSun" w:eastAsia="901OcohL+SimSun" w:hAnsi="901OcohL+SimSun"/>
          <w:b/>
          <w:color w:val="000000"/>
          <w:sz w:val="31"/>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90" w:line="332" w:lineRule="exact"/>
        <w:ind w:left="360" w:right="288"/>
        <w:jc w:val="left"/>
      </w:pPr>
      <w:r>
        <w:rPr>
          <w:rFonts w:ascii="901OcohL+SimSun" w:eastAsia="901OcohL+SimSun" w:hAnsi="901OcohL+SimSun"/>
          <w:color w:val="000000"/>
          <w:sz w:val="24"/>
        </w:rPr>
        <w:t xml:space="preserve">1. </w:t>
      </w:r>
      <w:r>
        <w:rPr>
          <w:rFonts w:ascii="gU1TgTbe+SimSun" w:eastAsia="gU1TgTbe+SimSun" w:hAnsi="gU1TgTbe+SimSun"/>
          <w:color w:val="000000"/>
          <w:sz w:val="24"/>
        </w:rPr>
        <w:t>思想素质分：热爱祖国，热爱学校、班集体等共计</w:t>
      </w:r>
      <w:r>
        <w:rPr>
          <w:rFonts w:ascii="901OcohL+SimSun" w:eastAsia="901OcohL+SimSun" w:hAnsi="901OcohL+SimSun"/>
          <w:color w:val="000000"/>
          <w:sz w:val="24"/>
        </w:rPr>
        <w:t xml:space="preserve"> 5 </w:t>
      </w:r>
      <w:r>
        <w:rPr>
          <w:rFonts w:ascii="gU1TgTbe+SimSun" w:eastAsia="gU1TgTbe+SimSun" w:hAnsi="gU1TgTbe+SimSun"/>
          <w:color w:val="000000"/>
          <w:sz w:val="24"/>
        </w:rPr>
        <w:t>课时。（由班长考核认定）</w:t>
      </w:r>
      <w:r>
        <w:rPr>
          <w:rFonts w:ascii="901OcohL+SimSun" w:eastAsia="901OcohL+SimSun" w:hAnsi="901OcohL+SimSun"/>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line="312" w:lineRule="exact"/>
        <w:ind w:left="360" w:right="360"/>
      </w:pPr>
      <w:r>
        <w:rPr>
          <w:rFonts w:ascii="901OcohL+SimSun" w:eastAsia="901OcohL+SimSun" w:hAnsi="901OcohL+SimSun"/>
          <w:color w:val="000000"/>
          <w:sz w:val="24"/>
        </w:rPr>
        <w:t xml:space="preserve">2. </w:t>
      </w:r>
      <w:r>
        <w:rPr>
          <w:rFonts w:ascii="gU1TgTbe+SimSun" w:eastAsia="gU1TgTbe+SimSun" w:hAnsi="gU1TgTbe+SimSun"/>
          <w:color w:val="000000"/>
          <w:sz w:val="24"/>
        </w:rPr>
        <w:t>团日观摩、团日风采展示会、党总支生活会、党章学习小组等党团活动、班</w:t>
      </w:r>
      <w:r>
        <w:rPr>
          <w:rFonts w:ascii="901OcohL+SimSun" w:eastAsia="901OcohL+SimSun" w:hAnsi="901OcohL+SimSun"/>
          <w:color w:val="000000"/>
          <w:sz w:val="24"/>
        </w:rPr>
        <w:t xml:space="preserve"> </w:t>
      </w:r>
      <w:r>
        <w:rPr>
          <w:rFonts w:ascii="gU1TgTbe+SimSun" w:eastAsia="gU1TgTbe+SimSun" w:hAnsi="gU1TgTbe+SimSun"/>
          <w:color w:val="000000"/>
          <w:sz w:val="24"/>
        </w:rPr>
        <w:t>会（需提前上报至本班导员处审批），每次</w:t>
      </w:r>
      <w:r>
        <w:rPr>
          <w:rFonts w:ascii="901OcohL+SimSun" w:eastAsia="901OcohL+SimSun" w:hAnsi="901OcohL+SimSun"/>
          <w:color w:val="000000"/>
          <w:sz w:val="24"/>
        </w:rPr>
        <w:t xml:space="preserve"> 3 </w:t>
      </w:r>
      <w:r>
        <w:rPr>
          <w:rFonts w:ascii="gU1TgTbe+SimSun" w:eastAsia="gU1TgTbe+SimSun" w:hAnsi="gU1TgTbe+SimSun"/>
          <w:color w:val="000000"/>
          <w:sz w:val="24"/>
        </w:rPr>
        <w:t>课时，上限为</w:t>
      </w:r>
      <w:r>
        <w:rPr>
          <w:rFonts w:ascii="901OcohL+SimSun" w:eastAsia="901OcohL+SimSun" w:hAnsi="901OcohL+SimSun"/>
          <w:color w:val="000000"/>
          <w:sz w:val="24"/>
        </w:rPr>
        <w:t xml:space="preserve"> 9 </w:t>
      </w:r>
      <w:r>
        <w:rPr>
          <w:rFonts w:ascii="gU1TgTbe+SimSun" w:eastAsia="gU1TgTbe+SimSun" w:hAnsi="gU1TgTbe+SimSun"/>
          <w:color w:val="000000"/>
          <w:sz w:val="24"/>
        </w:rPr>
        <w:t>课时。若党章学习小组展示会获奖，则参与同学加</w:t>
      </w:r>
      <w:r>
        <w:rPr>
          <w:rFonts w:ascii="901OcohL+SimSun" w:eastAsia="901OcohL+SimSun" w:hAnsi="901OcohL+SimSun"/>
          <w:color w:val="000000"/>
          <w:sz w:val="24"/>
        </w:rPr>
        <w:t xml:space="preserve"> 4 </w:t>
      </w:r>
      <w:r>
        <w:rPr>
          <w:rFonts w:ascii="gU1TgTbe+SimSun" w:eastAsia="gU1TgTbe+SimSun" w:hAnsi="gU1TgTbe+SimSun"/>
          <w:color w:val="000000"/>
          <w:sz w:val="24"/>
        </w:rPr>
        <w:t>课时。</w:t>
      </w:r>
      <w:r>
        <w:rPr>
          <w:rFonts w:ascii="901OcohL+SimSun" w:eastAsia="901OcohL+SimSun" w:hAnsi="901OcohL+SimSun"/>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line="312" w:lineRule="exact"/>
        <w:ind w:left="360" w:right="288"/>
        <w:jc w:val="left"/>
      </w:pPr>
      <w:r>
        <w:rPr>
          <w:rFonts w:ascii="901OcohL+SimSun" w:eastAsia="901OcohL+SimSun" w:hAnsi="901OcohL+SimSun"/>
          <w:color w:val="000000"/>
          <w:sz w:val="24"/>
        </w:rPr>
        <w:t xml:space="preserve">3. </w:t>
      </w:r>
      <w:r>
        <w:rPr>
          <w:rFonts w:ascii="gU1TgTbe+SimSun" w:eastAsia="gU1TgTbe+SimSun" w:hAnsi="gU1TgTbe+SimSun"/>
          <w:color w:val="000000"/>
          <w:sz w:val="24"/>
        </w:rPr>
        <w:t>先进事迹被相关媒体（党、政、军）报道。院级：</w:t>
      </w:r>
      <w:r>
        <w:rPr>
          <w:rFonts w:ascii="901OcohL+SimSun" w:eastAsia="901OcohL+SimSun" w:hAnsi="901OcohL+SimSun"/>
          <w:color w:val="000000"/>
          <w:sz w:val="24"/>
        </w:rPr>
        <w:t xml:space="preserve">4 </w:t>
      </w:r>
      <w:r>
        <w:rPr>
          <w:rFonts w:ascii="gU1TgTbe+SimSun" w:eastAsia="gU1TgTbe+SimSun" w:hAnsi="gU1TgTbe+SimSun"/>
          <w:color w:val="000000"/>
          <w:sz w:val="24"/>
        </w:rPr>
        <w:t>课时；校级：</w:t>
      </w:r>
      <w:r>
        <w:rPr>
          <w:rFonts w:ascii="901OcohL+SimSun" w:eastAsia="901OcohL+SimSun" w:hAnsi="901OcohL+SimSun"/>
          <w:color w:val="000000"/>
          <w:sz w:val="24"/>
        </w:rPr>
        <w:t xml:space="preserve">8 </w:t>
      </w:r>
      <w:r>
        <w:rPr>
          <w:rFonts w:ascii="gU1TgTbe+SimSun" w:eastAsia="gU1TgTbe+SimSun" w:hAnsi="gU1TgTbe+SimSun"/>
          <w:color w:val="000000"/>
          <w:sz w:val="24"/>
        </w:rPr>
        <w:t>课时；市级：</w:t>
      </w:r>
      <w:r>
        <w:rPr>
          <w:rFonts w:ascii="901OcohL+SimSun" w:eastAsia="901OcohL+SimSun" w:hAnsi="901OcohL+SimSun"/>
          <w:color w:val="000000"/>
          <w:sz w:val="24"/>
        </w:rPr>
        <w:t xml:space="preserve">12 </w:t>
      </w:r>
      <w:r>
        <w:rPr>
          <w:rFonts w:ascii="gU1TgTbe+SimSun" w:eastAsia="gU1TgTbe+SimSun" w:hAnsi="gU1TgTbe+SimSun"/>
          <w:color w:val="000000"/>
          <w:sz w:val="24"/>
        </w:rPr>
        <w:t>课时；省级：</w:t>
      </w:r>
      <w:r>
        <w:rPr>
          <w:rFonts w:ascii="901OcohL+SimSun" w:eastAsia="901OcohL+SimSun" w:hAnsi="901OcohL+SimSun"/>
          <w:color w:val="000000"/>
          <w:sz w:val="24"/>
        </w:rPr>
        <w:t xml:space="preserve">15 </w:t>
      </w:r>
      <w:r>
        <w:rPr>
          <w:rFonts w:ascii="gU1TgTbe+SimSun" w:eastAsia="gU1TgTbe+SimSun" w:hAnsi="gU1TgTbe+SimSun"/>
          <w:color w:val="000000"/>
          <w:sz w:val="24"/>
        </w:rPr>
        <w:t>课时；国家级：</w:t>
      </w:r>
      <w:r>
        <w:rPr>
          <w:rFonts w:ascii="901OcohL+SimSun" w:eastAsia="901OcohL+SimSun" w:hAnsi="901OcohL+SimSun"/>
          <w:color w:val="000000"/>
          <w:sz w:val="24"/>
        </w:rPr>
        <w:t>20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52" w:line="260" w:lineRule="exact"/>
        <w:ind w:left="360"/>
        <w:jc w:val="left"/>
      </w:pPr>
      <w:r>
        <w:rPr>
          <w:rFonts w:ascii="901OcohL+SimSun" w:eastAsia="901OcohL+SimSun" w:hAnsi="901OcohL+SimSun"/>
          <w:color w:val="000000"/>
          <w:sz w:val="24"/>
        </w:rPr>
        <w:t xml:space="preserve">4. </w:t>
      </w:r>
      <w:r>
        <w:rPr>
          <w:rFonts w:ascii="gU1TgTbe+SimSun" w:eastAsia="gU1TgTbe+SimSun" w:hAnsi="gU1TgTbe+SimSun"/>
          <w:color w:val="000000"/>
          <w:sz w:val="24"/>
        </w:rPr>
        <w:t>参加党校团校的同学加</w:t>
      </w:r>
      <w:r>
        <w:rPr>
          <w:rFonts w:ascii="901OcohL+SimSun" w:eastAsia="901OcohL+SimSun" w:hAnsi="901OcohL+SimSun"/>
          <w:color w:val="000000"/>
          <w:sz w:val="24"/>
        </w:rPr>
        <w:t xml:space="preserve"> 5 </w:t>
      </w:r>
      <w:r>
        <w:rPr>
          <w:rFonts w:ascii="gU1TgTbe+SimSun" w:eastAsia="gU1TgTbe+SimSun" w:hAnsi="gU1TgTbe+SimSun"/>
          <w:color w:val="000000"/>
          <w:sz w:val="24"/>
        </w:rPr>
        <w:t>课时，</w:t>
      </w:r>
      <w:r>
        <w:rPr>
          <w:rFonts w:ascii="901OcohL+SimSun" w:eastAsia="901OcohL+SimSun" w:hAnsi="901OcohL+SimSun"/>
          <w:color w:val="000000"/>
          <w:sz w:val="24"/>
        </w:rPr>
        <w:t xml:space="preserve"> </w:t>
      </w:r>
      <w:r>
        <w:rPr>
          <w:rFonts w:ascii="gU1TgTbe+SimSun" w:eastAsia="gU1TgTbe+SimSun" w:hAnsi="gU1TgTbe+SimSun"/>
          <w:color w:val="000000"/>
          <w:sz w:val="24"/>
        </w:rPr>
        <w:t>优秀学员或优秀组长追加</w:t>
      </w:r>
      <w:r>
        <w:rPr>
          <w:rFonts w:ascii="901OcohL+SimSun" w:eastAsia="901OcohL+SimSun" w:hAnsi="901OcohL+SimSun"/>
          <w:color w:val="000000"/>
          <w:sz w:val="24"/>
        </w:rPr>
        <w:t xml:space="preserve"> 2 </w:t>
      </w:r>
      <w:r>
        <w:rPr>
          <w:rFonts w:ascii="gU1TgTbe+SimSun" w:eastAsia="gU1TgTbe+SimSun" w:hAnsi="gU1TgTbe+SimSun"/>
          <w:color w:val="000000"/>
          <w:sz w:val="24"/>
        </w:rPr>
        <w:t>课时</w:t>
      </w:r>
      <w:r>
        <w:rPr>
          <w:rFonts w:ascii="PTZ3LLzS+Calibri" w:eastAsia="PTZ3LLzS+Calibri" w:hAnsi="PTZ3LLzS+Calibri"/>
          <w:color w:val="000000"/>
        </w:rPr>
        <w:t xml:space="preserve"> </w:t>
      </w:r>
    </w:p>
    <w:p w:rsidR="005439BA" w:rsidRDefault="004B0D60">
      <w:pPr>
        <w:widowControl/>
        <w:autoSpaceDE w:val="0"/>
        <w:autoSpaceDN w:val="0"/>
        <w:spacing w:before="176" w:line="318" w:lineRule="exact"/>
        <w:ind w:left="360"/>
        <w:jc w:val="left"/>
      </w:pPr>
      <w:r>
        <w:rPr>
          <w:rFonts w:ascii="gU1TgTbe+SimSun" w:eastAsia="gU1TgTbe+SimSun" w:hAnsi="gU1TgTbe+SimSun"/>
          <w:b/>
          <w:color w:val="000000"/>
          <w:sz w:val="31"/>
        </w:rPr>
        <w:t>二、科研科创类</w:t>
      </w:r>
      <w:r>
        <w:rPr>
          <w:rFonts w:ascii="901OcohL+SimSun" w:eastAsia="901OcohL+SimSun" w:hAnsi="901OcohL+SimSun"/>
          <w:b/>
          <w:color w:val="000000"/>
          <w:sz w:val="31"/>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182" w:line="260" w:lineRule="exact"/>
        <w:ind w:left="360"/>
        <w:jc w:val="left"/>
      </w:pPr>
      <w:r>
        <w:rPr>
          <w:rFonts w:ascii="901OcohL+SimSun" w:eastAsia="901OcohL+SimSun" w:hAnsi="901OcohL+SimSun"/>
          <w:color w:val="000000"/>
          <w:sz w:val="24"/>
        </w:rPr>
        <w:t xml:space="preserve">1. </w:t>
      </w:r>
      <w:r>
        <w:rPr>
          <w:rFonts w:ascii="gU1TgTbe+SimSun" w:eastAsia="gU1TgTbe+SimSun" w:hAnsi="gU1TgTbe+SimSun"/>
          <w:b/>
          <w:color w:val="000000"/>
          <w:sz w:val="24"/>
        </w:rPr>
        <w:t>讲座加分</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p w:rsidR="005439BA" w:rsidRDefault="004B0D60" w:rsidP="00B51EE7">
      <w:pPr>
        <w:widowControl/>
        <w:autoSpaceDE w:val="0"/>
        <w:autoSpaceDN w:val="0"/>
        <w:spacing w:line="312" w:lineRule="exact"/>
        <w:ind w:right="288" w:firstLineChars="100" w:firstLine="240"/>
        <w:jc w:val="left"/>
      </w:pPr>
      <w:r>
        <w:rPr>
          <w:rFonts w:ascii="gU1TgTbe+SimSun" w:eastAsia="gU1TgTbe+SimSun" w:hAnsi="gU1TgTbe+SimSun"/>
          <w:color w:val="000000"/>
          <w:sz w:val="24"/>
        </w:rPr>
        <w:t>讲座包括：院级类讲座、新老生交流会、</w:t>
      </w:r>
      <w:r>
        <w:rPr>
          <w:rFonts w:ascii="901OcohL+SimSun" w:eastAsia="901OcohL+SimSun" w:hAnsi="901OcohL+SimSun"/>
          <w:color w:val="000000"/>
          <w:sz w:val="24"/>
        </w:rPr>
        <w:t xml:space="preserve">11 </w:t>
      </w:r>
      <w:r>
        <w:rPr>
          <w:rFonts w:ascii="gU1TgTbe+SimSun" w:eastAsia="gU1TgTbe+SimSun" w:hAnsi="gU1TgTbe+SimSun"/>
          <w:color w:val="000000"/>
          <w:sz w:val="24"/>
        </w:rPr>
        <w:t>月精品活动等。以学院统计的签到表为准，填写好的讲座记录卡每学期末收取一次统计结果期末公示。（未填讲座记录卡，实行班级签到制的讲座，需在讲座前向讲座管辖部门提出口头申请并于结束的当天将统计结果上交至负责讲座的工作人员处）每次讲座计</w:t>
      </w:r>
      <w:r>
        <w:rPr>
          <w:rFonts w:ascii="901OcohL+SimSun" w:eastAsia="901OcohL+SimSun" w:hAnsi="901OcohL+SimSun"/>
          <w:b/>
          <w:color w:val="000000"/>
          <w:sz w:val="24"/>
        </w:rPr>
        <w:t>2</w:t>
      </w:r>
      <w:r>
        <w:rPr>
          <w:rFonts w:ascii="gU1TgTbe+SimSun" w:eastAsia="gU1TgTbe+SimSun" w:hAnsi="gU1TgTbe+SimSun"/>
          <w:b/>
          <w:color w:val="000000"/>
          <w:sz w:val="24"/>
        </w:rPr>
        <w:t>课时</w:t>
      </w:r>
      <w:r>
        <w:rPr>
          <w:rFonts w:ascii="PTZ3LLzS+Calibri" w:eastAsia="PTZ3LLzS+Calibri" w:hAnsi="PTZ3LLzS+Calibri"/>
          <w:color w:val="000000"/>
        </w:rPr>
        <w:t xml:space="preserve"> </w:t>
      </w:r>
    </w:p>
    <w:p w:rsidR="00B51EE7" w:rsidRDefault="004B0D60">
      <w:pPr>
        <w:widowControl/>
        <w:autoSpaceDE w:val="0"/>
        <w:autoSpaceDN w:val="0"/>
        <w:spacing w:after="40" w:line="306" w:lineRule="exact"/>
        <w:ind w:left="360" w:right="288"/>
        <w:jc w:val="left"/>
      </w:pPr>
      <w:r>
        <w:rPr>
          <w:rFonts w:ascii="901OcohL+SimSun" w:eastAsia="901OcohL+SimSun" w:hAnsi="901OcohL+SimSun"/>
          <w:b/>
          <w:color w:val="000000"/>
          <w:sz w:val="24"/>
        </w:rPr>
        <w:t xml:space="preserve">2. </w:t>
      </w:r>
      <w:r>
        <w:rPr>
          <w:rFonts w:ascii="gU1TgTbe+SimSun" w:eastAsia="gU1TgTbe+SimSun" w:hAnsi="gU1TgTbe+SimSun"/>
          <w:b/>
          <w:color w:val="000000"/>
          <w:sz w:val="24"/>
        </w:rPr>
        <w:t>参加各级各类学术、科技比赛</w:t>
      </w:r>
      <w:r>
        <w:rPr>
          <w:rFonts w:ascii="901OcohL+SimSun" w:eastAsia="901OcohL+SimSun" w:hAnsi="901OcohL+SimSun"/>
          <w:b/>
          <w:color w:val="000000"/>
          <w:sz w:val="24"/>
        </w:rPr>
        <w:t xml:space="preserve"> </w:t>
      </w:r>
    </w:p>
    <w:p w:rsidR="005439BA" w:rsidRDefault="004B0D60" w:rsidP="00B51EE7">
      <w:pPr>
        <w:widowControl/>
        <w:autoSpaceDE w:val="0"/>
        <w:autoSpaceDN w:val="0"/>
        <w:spacing w:after="40" w:line="306" w:lineRule="exact"/>
        <w:ind w:right="288" w:firstLineChars="100" w:firstLine="240"/>
        <w:jc w:val="left"/>
      </w:pPr>
      <w:r>
        <w:rPr>
          <w:rFonts w:ascii="gU1TgTbe+SimSun" w:eastAsia="gU1TgTbe+SimSun" w:hAnsi="gU1TgTbe+SimSun"/>
          <w:color w:val="000000"/>
          <w:sz w:val="24"/>
        </w:rPr>
        <w:t>（</w:t>
      </w:r>
      <w:r>
        <w:rPr>
          <w:rFonts w:ascii="901OcohL+SimSun" w:eastAsia="901OcohL+SimSun" w:hAnsi="901OcohL+SimSun"/>
          <w:color w:val="000000"/>
          <w:sz w:val="24"/>
        </w:rPr>
        <w:t>1</w:t>
      </w:r>
      <w:r>
        <w:rPr>
          <w:rFonts w:ascii="gU1TgTbe+SimSun" w:eastAsia="gU1TgTbe+SimSun" w:hAnsi="gU1TgTbe+SimSun"/>
          <w:color w:val="000000"/>
          <w:sz w:val="24"/>
        </w:rPr>
        <w:t>）如全国大学生英语竞赛、管理咨询大赛、数学建模比赛、美国数学建模大赛、</w:t>
      </w:r>
      <w:r>
        <w:rPr>
          <w:rFonts w:ascii="901OcohL+SimSun" w:eastAsia="901OcohL+SimSun" w:hAnsi="901OcohL+SimSun"/>
          <w:color w:val="000000"/>
          <w:sz w:val="24"/>
        </w:rPr>
        <w:t xml:space="preserve">SPSS </w:t>
      </w:r>
      <w:r>
        <w:rPr>
          <w:rFonts w:ascii="gU1TgTbe+SimSun" w:eastAsia="gU1TgTbe+SimSun" w:hAnsi="gU1TgTbe+SimSun"/>
          <w:color w:val="000000"/>
          <w:sz w:val="24"/>
        </w:rPr>
        <w:t>统计大赛等比赛及其他经学院认定小组认定通过的比赛：</w:t>
      </w:r>
      <w:r>
        <w:rPr>
          <w:rFonts w:ascii="901OcohL+SimSun" w:eastAsia="901OcohL+SimSun" w:hAnsi="901OcohL+SimSun"/>
          <w:color w:val="000000"/>
          <w:sz w:val="24"/>
        </w:rPr>
        <w:t xml:space="preserve"> </w:t>
      </w:r>
    </w:p>
    <w:tbl>
      <w:tblPr>
        <w:tblW w:w="0" w:type="auto"/>
        <w:tblInd w:w="254" w:type="dxa"/>
        <w:tblLayout w:type="fixed"/>
        <w:tblLook w:val="04A0" w:firstRow="1" w:lastRow="0" w:firstColumn="1" w:lastColumn="0" w:noHBand="0" w:noVBand="1"/>
      </w:tblPr>
      <w:tblGrid>
        <w:gridCol w:w="1694"/>
        <w:gridCol w:w="4820"/>
        <w:gridCol w:w="1784"/>
      </w:tblGrid>
      <w:tr w:rsidR="005439BA">
        <w:trPr>
          <w:trHeight w:hRule="exact" w:val="450"/>
        </w:trPr>
        <w:tc>
          <w:tcPr>
            <w:tcW w:w="169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6" w:line="240" w:lineRule="exact"/>
              <w:ind w:left="360"/>
              <w:jc w:val="left"/>
            </w:pPr>
            <w:r>
              <w:rPr>
                <w:rFonts w:ascii="gU1TgTbe+SimSun" w:eastAsia="gU1TgTbe+SimSun" w:hAnsi="gU1TgTbe+SimSun"/>
                <w:color w:val="000000"/>
                <w:sz w:val="24"/>
              </w:rPr>
              <w:t>项目级别</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6" w:line="240" w:lineRule="exact"/>
              <w:ind w:left="1566"/>
              <w:jc w:val="left"/>
            </w:pPr>
            <w:r>
              <w:rPr>
                <w:rFonts w:ascii="gU1TgTbe+SimSun" w:eastAsia="gU1TgTbe+SimSun" w:hAnsi="gU1TgTbe+SimSun"/>
                <w:color w:val="000000"/>
                <w:sz w:val="24"/>
              </w:rPr>
              <w:t>获奖等级及排名</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6" w:line="240" w:lineRule="exact"/>
              <w:ind w:left="288"/>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54"/>
        </w:trPr>
        <w:tc>
          <w:tcPr>
            <w:tcW w:w="169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776" w:line="240" w:lineRule="exact"/>
              <w:ind w:left="480"/>
              <w:jc w:val="left"/>
            </w:pPr>
            <w:r>
              <w:rPr>
                <w:rFonts w:ascii="gU1TgTbe+SimSun" w:eastAsia="gU1TgTbe+SimSun" w:hAnsi="gU1TgTbe+SimSun"/>
                <w:color w:val="000000"/>
                <w:sz w:val="24"/>
              </w:rPr>
              <w:t>国家级</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46"/>
              <w:jc w:val="left"/>
            </w:pPr>
            <w:r>
              <w:rPr>
                <w:rFonts w:ascii="gU1TgTbe+SimSun" w:eastAsia="gU1TgTbe+SimSun" w:hAnsi="gU1TgTbe+SimSun"/>
                <w:color w:val="000000"/>
                <w:sz w:val="24"/>
              </w:rPr>
              <w:t>一等奖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498"/>
              <w:jc w:val="left"/>
            </w:pPr>
            <w:r>
              <w:rPr>
                <w:rFonts w:ascii="901OcohL+SimSun" w:eastAsia="901OcohL+SimSun" w:hAnsi="901OcohL+SimSun"/>
                <w:color w:val="000000"/>
                <w:sz w:val="24"/>
              </w:rPr>
              <w:t>20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二等奖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498"/>
              <w:jc w:val="left"/>
            </w:pPr>
            <w:r>
              <w:rPr>
                <w:rFonts w:ascii="901OcohL+SimSun" w:eastAsia="901OcohL+SimSun" w:hAnsi="901OcohL+SimSun"/>
                <w:color w:val="000000"/>
                <w:sz w:val="24"/>
              </w:rPr>
              <w:t>18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0"/>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三等奖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498"/>
              <w:jc w:val="left"/>
            </w:pPr>
            <w:r>
              <w:rPr>
                <w:rFonts w:ascii="901OcohL+SimSun" w:eastAsia="901OcohL+SimSun" w:hAnsi="901OcohL+SimSun"/>
                <w:color w:val="000000"/>
                <w:sz w:val="24"/>
              </w:rPr>
              <w:t>15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086"/>
              <w:jc w:val="left"/>
            </w:pPr>
            <w:r>
              <w:rPr>
                <w:rFonts w:ascii="gU1TgTbe+SimSun" w:eastAsia="gU1TgTbe+SimSun" w:hAnsi="gU1TgTbe+SimSun"/>
                <w:color w:val="000000"/>
                <w:sz w:val="24"/>
              </w:rPr>
              <w:t>优胜奖、单项奖或鼓励奖</w:t>
            </w:r>
            <w:r>
              <w:rPr>
                <w:rFonts w:ascii="901OcohL+SimSun" w:eastAsia="901OcohL+SimSun" w:hAnsi="901OcohL+SimSun"/>
                <w:color w:val="000000"/>
                <w:sz w:val="24"/>
              </w:rPr>
              <w:t xml:space="preserve"> </w:t>
            </w:r>
          </w:p>
        </w:tc>
        <w:tc>
          <w:tcPr>
            <w:tcW w:w="178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498"/>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169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776" w:line="240" w:lineRule="exact"/>
              <w:ind w:left="600"/>
              <w:jc w:val="left"/>
            </w:pPr>
            <w:r>
              <w:rPr>
                <w:rFonts w:ascii="gU1TgTbe+SimSun" w:eastAsia="gU1TgTbe+SimSun" w:hAnsi="gU1TgTbe+SimSun"/>
                <w:color w:val="000000"/>
                <w:sz w:val="24"/>
              </w:rPr>
              <w:t>省级</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一等奖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498"/>
              <w:jc w:val="left"/>
            </w:pPr>
            <w:r>
              <w:rPr>
                <w:rFonts w:ascii="901OcohL+SimSun" w:eastAsia="901OcohL+SimSun" w:hAnsi="901OcohL+SimSun"/>
                <w:color w:val="000000"/>
                <w:sz w:val="24"/>
              </w:rPr>
              <w:t>18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二等奖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498"/>
              <w:jc w:val="left"/>
            </w:pPr>
            <w:r>
              <w:rPr>
                <w:rFonts w:ascii="901OcohL+SimSun" w:eastAsia="901OcohL+SimSun" w:hAnsi="901OcohL+SimSun"/>
                <w:color w:val="000000"/>
                <w:sz w:val="24"/>
              </w:rPr>
              <w:t>15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2046"/>
              <w:jc w:val="left"/>
            </w:pPr>
            <w:r>
              <w:rPr>
                <w:rFonts w:ascii="gU1TgTbe+SimSun" w:eastAsia="gU1TgTbe+SimSun" w:hAnsi="gU1TgTbe+SimSun"/>
                <w:color w:val="000000"/>
                <w:sz w:val="24"/>
              </w:rPr>
              <w:t>三等奖</w:t>
            </w:r>
            <w:r>
              <w:rPr>
                <w:rFonts w:ascii="901OcohL+SimSun" w:eastAsia="901OcohL+SimSun" w:hAnsi="901OcohL+SimSun"/>
                <w:color w:val="000000"/>
                <w:sz w:val="24"/>
              </w:rPr>
              <w:t xml:space="preserve"> </w:t>
            </w:r>
          </w:p>
        </w:tc>
        <w:tc>
          <w:tcPr>
            <w:tcW w:w="178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498"/>
              <w:jc w:val="left"/>
            </w:pPr>
            <w:r>
              <w:rPr>
                <w:rFonts w:ascii="901OcohL+SimSun" w:eastAsia="901OcohL+SimSun" w:hAnsi="901OcohL+SimSun"/>
                <w:color w:val="000000"/>
                <w:sz w:val="24"/>
              </w:rPr>
              <w:t>12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086"/>
              <w:jc w:val="left"/>
            </w:pPr>
            <w:r>
              <w:rPr>
                <w:rFonts w:ascii="gU1TgTbe+SimSun" w:eastAsia="gU1TgTbe+SimSun" w:hAnsi="gU1TgTbe+SimSun"/>
                <w:color w:val="000000"/>
                <w:sz w:val="24"/>
              </w:rPr>
              <w:t>优胜奖、单项奖或鼓励奖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558"/>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0"/>
        </w:trPr>
        <w:tc>
          <w:tcPr>
            <w:tcW w:w="169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552" w:line="240" w:lineRule="exact"/>
              <w:ind w:left="600"/>
              <w:jc w:val="left"/>
            </w:pPr>
            <w:r>
              <w:rPr>
                <w:rFonts w:ascii="gU1TgTbe+SimSun" w:eastAsia="gU1TgTbe+SimSun" w:hAnsi="gU1TgTbe+SimSun"/>
                <w:color w:val="000000"/>
                <w:sz w:val="24"/>
              </w:rPr>
              <w:t>校级</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一等奖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498"/>
              <w:jc w:val="left"/>
            </w:pPr>
            <w:r>
              <w:rPr>
                <w:rFonts w:ascii="901OcohL+SimSun" w:eastAsia="901OcohL+SimSun" w:hAnsi="901OcohL+SimSun"/>
                <w:color w:val="000000"/>
                <w:sz w:val="24"/>
              </w:rPr>
              <w:t>12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46"/>
              <w:jc w:val="left"/>
            </w:pPr>
            <w:r>
              <w:rPr>
                <w:rFonts w:ascii="gU1TgTbe+SimSun" w:eastAsia="gU1TgTbe+SimSun" w:hAnsi="gU1TgTbe+SimSun"/>
                <w:color w:val="000000"/>
                <w:sz w:val="24"/>
              </w:rPr>
              <w:t>二等奖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498"/>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3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46"/>
              <w:jc w:val="left"/>
            </w:pPr>
            <w:r>
              <w:rPr>
                <w:rFonts w:ascii="gU1TgTbe+SimSun" w:eastAsia="gU1TgTbe+SimSun" w:hAnsi="gU1TgTbe+SimSun"/>
                <w:color w:val="000000"/>
                <w:sz w:val="24"/>
              </w:rPr>
              <w:t>三等奖</w:t>
            </w:r>
            <w:r>
              <w:rPr>
                <w:rFonts w:ascii="901OcohL+SimSun" w:eastAsia="901OcohL+SimSun" w:hAnsi="901OcohL+SimSun"/>
                <w:color w:val="000000"/>
                <w:sz w:val="24"/>
              </w:rPr>
              <w:t xml:space="preserve"> </w:t>
            </w:r>
          </w:p>
        </w:tc>
        <w:tc>
          <w:tcPr>
            <w:tcW w:w="178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558"/>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5439BA">
      <w:pPr>
        <w:widowControl/>
        <w:autoSpaceDE w:val="0"/>
        <w:autoSpaceDN w:val="0"/>
        <w:spacing w:line="14" w:lineRule="exact"/>
      </w:pPr>
    </w:p>
    <w:p w:rsidR="005439BA" w:rsidRDefault="005439BA">
      <w:pPr>
        <w:sectPr w:rsidR="005439BA">
          <w:pgSz w:w="11906" w:h="17238"/>
          <w:pgMar w:top="786" w:right="1440" w:bottom="830" w:left="1440" w:header="720" w:footer="720" w:gutter="0"/>
          <w:cols w:space="720" w:equalWidth="0">
            <w:col w:w="9026" w:space="0"/>
          </w:cols>
          <w:docGrid w:linePitch="360"/>
        </w:sectPr>
      </w:pPr>
    </w:p>
    <w:p w:rsidR="005439BA" w:rsidRDefault="004B0D60">
      <w:pPr>
        <w:widowControl/>
        <w:autoSpaceDE w:val="0"/>
        <w:autoSpaceDN w:val="0"/>
        <w:spacing w:before="554" w:line="220" w:lineRule="exact"/>
      </w:pPr>
      <w:r>
        <w:rPr>
          <w:noProof/>
        </w:rPr>
        <w:lastRenderedPageBreak/>
        <w:drawing>
          <wp:anchor distT="0" distB="0" distL="0" distR="0" simplePos="0" relativeHeight="251639296" behindDoc="1" locked="0" layoutInCell="1" allowOverlap="1">
            <wp:simplePos x="0" y="0"/>
            <wp:positionH relativeFrom="page">
              <wp:posOffset>1066800</wp:posOffset>
            </wp:positionH>
            <wp:positionV relativeFrom="page">
              <wp:posOffset>914400</wp:posOffset>
            </wp:positionV>
            <wp:extent cx="5359400" cy="80010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5359400" cy="8001000"/>
                    </a:xfrm>
                    <a:prstGeom prst="rect">
                      <a:avLst/>
                    </a:prstGeom>
                  </pic:spPr>
                </pic:pic>
              </a:graphicData>
            </a:graphic>
          </wp:anchor>
        </w:drawing>
      </w:r>
      <w:r>
        <w:rPr>
          <w:noProof/>
        </w:rPr>
        <w:drawing>
          <wp:anchor distT="0" distB="0" distL="0" distR="0" simplePos="0" relativeHeight="251637248" behindDoc="1" locked="0" layoutInCell="1" allowOverlap="1">
            <wp:simplePos x="0" y="0"/>
            <wp:positionH relativeFrom="page">
              <wp:posOffset>1143000</wp:posOffset>
            </wp:positionH>
            <wp:positionV relativeFrom="page">
              <wp:posOffset>2708910</wp:posOffset>
            </wp:positionV>
            <wp:extent cx="5273040" cy="527727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273040" cy="5277272"/>
                    </a:xfrm>
                    <a:prstGeom prst="rect">
                      <a:avLst/>
                    </a:prstGeom>
                  </pic:spPr>
                </pic:pic>
              </a:graphicData>
            </a:graphic>
          </wp:anchor>
        </w:drawing>
      </w:r>
      <w:r>
        <w:rPr>
          <w:noProof/>
        </w:rPr>
        <w:drawing>
          <wp:anchor distT="0" distB="0" distL="0" distR="0" simplePos="0" relativeHeight="251645440" behindDoc="0" locked="0" layoutInCell="1" allowOverlap="1">
            <wp:simplePos x="0" y="0"/>
            <wp:positionH relativeFrom="page">
              <wp:posOffset>1066800</wp:posOffset>
            </wp:positionH>
            <wp:positionV relativeFrom="page">
              <wp:posOffset>9105900</wp:posOffset>
            </wp:positionV>
            <wp:extent cx="5321300" cy="4191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5321300" cy="419100"/>
                    </a:xfrm>
                    <a:prstGeom prst="rect">
                      <a:avLst/>
                    </a:prstGeom>
                  </pic:spPr>
                </pic:pic>
              </a:graphicData>
            </a:graphic>
          </wp:anchor>
        </w:drawing>
      </w:r>
    </w:p>
    <w:tbl>
      <w:tblPr>
        <w:tblW w:w="0" w:type="auto"/>
        <w:tblInd w:w="420" w:type="dxa"/>
        <w:tblLayout w:type="fixed"/>
        <w:tblLook w:val="04A0" w:firstRow="1" w:lastRow="0" w:firstColumn="1" w:lastColumn="0" w:noHBand="0" w:noVBand="1"/>
      </w:tblPr>
      <w:tblGrid>
        <w:gridCol w:w="1820"/>
        <w:gridCol w:w="4320"/>
        <w:gridCol w:w="2000"/>
      </w:tblGrid>
      <w:tr w:rsidR="005439BA">
        <w:trPr>
          <w:trHeight w:hRule="exact" w:val="332"/>
        </w:trPr>
        <w:tc>
          <w:tcPr>
            <w:tcW w:w="1820" w:type="dxa"/>
            <w:vMerge w:val="restart"/>
            <w:tcMar>
              <w:left w:w="0" w:type="dxa"/>
              <w:right w:w="0" w:type="dxa"/>
            </w:tcMar>
          </w:tcPr>
          <w:p w:rsidR="005439BA" w:rsidRDefault="004B0D60">
            <w:pPr>
              <w:widowControl/>
              <w:autoSpaceDE w:val="0"/>
              <w:autoSpaceDN w:val="0"/>
              <w:spacing w:before="1810" w:line="240" w:lineRule="exact"/>
              <w:ind w:left="440"/>
              <w:jc w:val="left"/>
            </w:pPr>
            <w:r>
              <w:rPr>
                <w:rFonts w:ascii="gU1TgTbe+SimSun" w:eastAsia="gU1TgTbe+SimSun" w:hAnsi="gU1TgTbe+SimSun"/>
                <w:color w:val="000000"/>
                <w:sz w:val="24"/>
              </w:rPr>
              <w:t>院级</w:t>
            </w:r>
            <w:r>
              <w:rPr>
                <w:rFonts w:ascii="901OcohL+SimSun" w:eastAsia="901OcohL+SimSun" w:hAnsi="901OcohL+SimSun"/>
                <w:color w:val="000000"/>
                <w:sz w:val="24"/>
              </w:rPr>
              <w:t xml:space="preserve"> </w:t>
            </w:r>
          </w:p>
        </w:tc>
        <w:tc>
          <w:tcPr>
            <w:tcW w:w="4320" w:type="dxa"/>
            <w:tcMar>
              <w:left w:w="0" w:type="dxa"/>
              <w:right w:w="0" w:type="dxa"/>
            </w:tcMar>
          </w:tcPr>
          <w:p w:rsidR="005439BA" w:rsidRDefault="004B0D60">
            <w:pPr>
              <w:widowControl/>
              <w:autoSpaceDE w:val="0"/>
              <w:autoSpaceDN w:val="0"/>
              <w:spacing w:line="240" w:lineRule="exact"/>
              <w:jc w:val="center"/>
            </w:pPr>
            <w:r>
              <w:rPr>
                <w:rFonts w:ascii="gU1TgTbe+SimSun" w:eastAsia="gU1TgTbe+SimSun" w:hAnsi="gU1TgTbe+SimSun"/>
                <w:color w:val="000000"/>
                <w:sz w:val="24"/>
              </w:rPr>
              <w:t>优胜奖、单项奖或鼓励奖</w:t>
            </w:r>
            <w:r>
              <w:rPr>
                <w:rFonts w:ascii="901OcohL+SimSun" w:eastAsia="901OcohL+SimSun" w:hAnsi="901OcohL+SimSun"/>
                <w:color w:val="000000"/>
                <w:sz w:val="24"/>
              </w:rPr>
              <w:t xml:space="preserve"> </w:t>
            </w:r>
          </w:p>
        </w:tc>
        <w:tc>
          <w:tcPr>
            <w:tcW w:w="2000" w:type="dxa"/>
            <w:tcMar>
              <w:left w:w="0" w:type="dxa"/>
              <w:right w:w="0" w:type="dxa"/>
            </w:tcMar>
          </w:tcPr>
          <w:p w:rsidR="005439BA" w:rsidRDefault="004B0D60">
            <w:pPr>
              <w:widowControl/>
              <w:autoSpaceDE w:val="0"/>
              <w:autoSpaceDN w:val="0"/>
              <w:spacing w:line="240" w:lineRule="exact"/>
              <w:ind w:left="770"/>
              <w:jc w:val="left"/>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60"/>
        </w:trPr>
        <w:tc>
          <w:tcPr>
            <w:tcW w:w="3009" w:type="dxa"/>
            <w:vMerge/>
          </w:tcPr>
          <w:p w:rsidR="005439BA" w:rsidRDefault="005439BA"/>
        </w:tc>
        <w:tc>
          <w:tcPr>
            <w:tcW w:w="4320" w:type="dxa"/>
            <w:tcMar>
              <w:left w:w="0" w:type="dxa"/>
              <w:right w:w="0" w:type="dxa"/>
            </w:tcMar>
          </w:tcPr>
          <w:p w:rsidR="005439BA" w:rsidRDefault="004B0D60">
            <w:pPr>
              <w:widowControl/>
              <w:autoSpaceDE w:val="0"/>
              <w:autoSpaceDN w:val="0"/>
              <w:spacing w:before="122" w:line="240" w:lineRule="exact"/>
              <w:jc w:val="center"/>
            </w:pPr>
            <w:r>
              <w:rPr>
                <w:rFonts w:ascii="gU1TgTbe+SimSun" w:eastAsia="gU1TgTbe+SimSun" w:hAnsi="gU1TgTbe+SimSun"/>
                <w:color w:val="000000"/>
                <w:sz w:val="24"/>
              </w:rPr>
              <w:t>参加比赛者</w:t>
            </w:r>
            <w:r>
              <w:rPr>
                <w:rFonts w:ascii="901OcohL+SimSun" w:eastAsia="901OcohL+SimSun" w:hAnsi="901OcohL+SimSun"/>
                <w:color w:val="000000"/>
                <w:sz w:val="24"/>
              </w:rPr>
              <w:t xml:space="preserve"> </w:t>
            </w:r>
          </w:p>
        </w:tc>
        <w:tc>
          <w:tcPr>
            <w:tcW w:w="2000" w:type="dxa"/>
            <w:tcMar>
              <w:left w:w="0" w:type="dxa"/>
              <w:right w:w="0" w:type="dxa"/>
            </w:tcMar>
          </w:tcPr>
          <w:p w:rsidR="005439BA" w:rsidRDefault="004B0D60">
            <w:pPr>
              <w:widowControl/>
              <w:autoSpaceDE w:val="0"/>
              <w:autoSpaceDN w:val="0"/>
              <w:spacing w:before="122" w:line="240" w:lineRule="exact"/>
              <w:ind w:left="770"/>
              <w:jc w:val="left"/>
            </w:pPr>
            <w:r>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40"/>
        </w:trPr>
        <w:tc>
          <w:tcPr>
            <w:tcW w:w="3009" w:type="dxa"/>
            <w:vMerge/>
          </w:tcPr>
          <w:p w:rsidR="005439BA" w:rsidRDefault="005439BA"/>
        </w:tc>
        <w:tc>
          <w:tcPr>
            <w:tcW w:w="4320" w:type="dxa"/>
            <w:tcMar>
              <w:left w:w="0" w:type="dxa"/>
              <w:right w:w="0" w:type="dxa"/>
            </w:tcMar>
          </w:tcPr>
          <w:p w:rsidR="005439BA" w:rsidRDefault="004B0D60">
            <w:pPr>
              <w:widowControl/>
              <w:autoSpaceDE w:val="0"/>
              <w:autoSpaceDN w:val="0"/>
              <w:spacing w:before="114" w:line="240" w:lineRule="exact"/>
              <w:jc w:val="center"/>
            </w:pPr>
            <w:r>
              <w:rPr>
                <w:rFonts w:ascii="gU1TgTbe+SimSun" w:eastAsia="gU1TgTbe+SimSun" w:hAnsi="gU1TgTbe+SimSun"/>
                <w:color w:val="000000"/>
                <w:sz w:val="24"/>
              </w:rPr>
              <w:t>一等奖</w:t>
            </w:r>
            <w:r>
              <w:rPr>
                <w:rFonts w:ascii="901OcohL+SimSun" w:eastAsia="901OcohL+SimSun" w:hAnsi="901OcohL+SimSun"/>
                <w:color w:val="000000"/>
                <w:sz w:val="24"/>
              </w:rPr>
              <w:t xml:space="preserve"> </w:t>
            </w:r>
          </w:p>
        </w:tc>
        <w:tc>
          <w:tcPr>
            <w:tcW w:w="2000" w:type="dxa"/>
            <w:tcMar>
              <w:left w:w="0" w:type="dxa"/>
              <w:right w:w="0" w:type="dxa"/>
            </w:tcMar>
          </w:tcPr>
          <w:p w:rsidR="005439BA" w:rsidRDefault="004B0D60">
            <w:pPr>
              <w:widowControl/>
              <w:autoSpaceDE w:val="0"/>
              <w:autoSpaceDN w:val="0"/>
              <w:spacing w:before="114" w:line="240" w:lineRule="exact"/>
              <w:ind w:left="770"/>
              <w:jc w:val="left"/>
            </w:pPr>
            <w:r>
              <w:rPr>
                <w:rFonts w:ascii="901OcohL+SimSun" w:eastAsia="901OcohL+SimSun" w:hAnsi="901OcohL+SimSun"/>
                <w:color w:val="000000"/>
                <w:sz w:val="24"/>
              </w:rPr>
              <w:t>6</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60"/>
        </w:trPr>
        <w:tc>
          <w:tcPr>
            <w:tcW w:w="3009" w:type="dxa"/>
            <w:vMerge/>
          </w:tcPr>
          <w:p w:rsidR="005439BA" w:rsidRDefault="005439BA"/>
        </w:tc>
        <w:tc>
          <w:tcPr>
            <w:tcW w:w="4320" w:type="dxa"/>
            <w:tcMar>
              <w:left w:w="0" w:type="dxa"/>
              <w:right w:w="0" w:type="dxa"/>
            </w:tcMar>
          </w:tcPr>
          <w:p w:rsidR="005439BA" w:rsidRDefault="004B0D60">
            <w:pPr>
              <w:widowControl/>
              <w:autoSpaceDE w:val="0"/>
              <w:autoSpaceDN w:val="0"/>
              <w:spacing w:before="124" w:line="240" w:lineRule="exact"/>
              <w:jc w:val="center"/>
            </w:pPr>
            <w:r>
              <w:rPr>
                <w:rFonts w:ascii="gU1TgTbe+SimSun" w:eastAsia="gU1TgTbe+SimSun" w:hAnsi="gU1TgTbe+SimSun"/>
                <w:color w:val="000000"/>
                <w:sz w:val="24"/>
              </w:rPr>
              <w:t>二等奖</w:t>
            </w:r>
            <w:r>
              <w:rPr>
                <w:rFonts w:ascii="901OcohL+SimSun" w:eastAsia="901OcohL+SimSun" w:hAnsi="901OcohL+SimSun"/>
                <w:color w:val="000000"/>
                <w:sz w:val="24"/>
              </w:rPr>
              <w:t xml:space="preserve"> </w:t>
            </w:r>
          </w:p>
        </w:tc>
        <w:tc>
          <w:tcPr>
            <w:tcW w:w="2000" w:type="dxa"/>
            <w:tcMar>
              <w:left w:w="0" w:type="dxa"/>
              <w:right w:w="0" w:type="dxa"/>
            </w:tcMar>
          </w:tcPr>
          <w:p w:rsidR="005439BA" w:rsidRDefault="004B0D60">
            <w:pPr>
              <w:widowControl/>
              <w:autoSpaceDE w:val="0"/>
              <w:autoSpaceDN w:val="0"/>
              <w:spacing w:before="124" w:line="240" w:lineRule="exact"/>
              <w:ind w:left="770"/>
              <w:jc w:val="left"/>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60"/>
        </w:trPr>
        <w:tc>
          <w:tcPr>
            <w:tcW w:w="3009" w:type="dxa"/>
            <w:vMerge/>
          </w:tcPr>
          <w:p w:rsidR="005439BA" w:rsidRDefault="005439BA"/>
        </w:tc>
        <w:tc>
          <w:tcPr>
            <w:tcW w:w="4320" w:type="dxa"/>
            <w:tcMar>
              <w:left w:w="0" w:type="dxa"/>
              <w:right w:w="0" w:type="dxa"/>
            </w:tcMar>
          </w:tcPr>
          <w:p w:rsidR="005439BA" w:rsidRDefault="004B0D60">
            <w:pPr>
              <w:widowControl/>
              <w:autoSpaceDE w:val="0"/>
              <w:autoSpaceDN w:val="0"/>
              <w:spacing w:before="118" w:line="240" w:lineRule="exact"/>
              <w:jc w:val="center"/>
            </w:pPr>
            <w:r>
              <w:rPr>
                <w:rFonts w:ascii="gU1TgTbe+SimSun" w:eastAsia="gU1TgTbe+SimSun" w:hAnsi="gU1TgTbe+SimSun"/>
                <w:color w:val="000000"/>
                <w:sz w:val="24"/>
              </w:rPr>
              <w:t>三等奖</w:t>
            </w:r>
            <w:r>
              <w:rPr>
                <w:rFonts w:ascii="901OcohL+SimSun" w:eastAsia="901OcohL+SimSun" w:hAnsi="901OcohL+SimSun"/>
                <w:color w:val="000000"/>
                <w:sz w:val="24"/>
              </w:rPr>
              <w:t xml:space="preserve"> </w:t>
            </w:r>
          </w:p>
        </w:tc>
        <w:tc>
          <w:tcPr>
            <w:tcW w:w="2000" w:type="dxa"/>
            <w:tcMar>
              <w:left w:w="0" w:type="dxa"/>
              <w:right w:w="0" w:type="dxa"/>
            </w:tcMar>
          </w:tcPr>
          <w:p w:rsidR="005439BA" w:rsidRDefault="004B0D60">
            <w:pPr>
              <w:widowControl/>
              <w:autoSpaceDE w:val="0"/>
              <w:autoSpaceDN w:val="0"/>
              <w:spacing w:before="118" w:line="240" w:lineRule="exact"/>
              <w:ind w:left="770"/>
              <w:jc w:val="left"/>
            </w:pPr>
            <w:r>
              <w:rPr>
                <w:rFonts w:ascii="901OcohL+SimSun" w:eastAsia="901OcohL+SimSun" w:hAnsi="901OcohL+SimSun"/>
                <w:color w:val="000000"/>
                <w:sz w:val="24"/>
              </w:rPr>
              <w:t>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40"/>
        </w:trPr>
        <w:tc>
          <w:tcPr>
            <w:tcW w:w="3009" w:type="dxa"/>
            <w:vMerge/>
          </w:tcPr>
          <w:p w:rsidR="005439BA" w:rsidRDefault="005439BA"/>
        </w:tc>
        <w:tc>
          <w:tcPr>
            <w:tcW w:w="4320" w:type="dxa"/>
            <w:tcMar>
              <w:left w:w="0" w:type="dxa"/>
              <w:right w:w="0" w:type="dxa"/>
            </w:tcMar>
          </w:tcPr>
          <w:p w:rsidR="005439BA" w:rsidRDefault="004B0D60">
            <w:pPr>
              <w:widowControl/>
              <w:autoSpaceDE w:val="0"/>
              <w:autoSpaceDN w:val="0"/>
              <w:spacing w:before="110" w:line="240" w:lineRule="exact"/>
              <w:jc w:val="center"/>
            </w:pPr>
            <w:r>
              <w:rPr>
                <w:rFonts w:ascii="gU1TgTbe+SimSun" w:eastAsia="gU1TgTbe+SimSun" w:hAnsi="gU1TgTbe+SimSun"/>
                <w:color w:val="000000"/>
                <w:sz w:val="24"/>
              </w:rPr>
              <w:t>优胜奖、单项奖或鼓励奖</w:t>
            </w:r>
            <w:r>
              <w:rPr>
                <w:rFonts w:ascii="901OcohL+SimSun" w:eastAsia="901OcohL+SimSun" w:hAnsi="901OcohL+SimSun"/>
                <w:color w:val="000000"/>
                <w:sz w:val="24"/>
              </w:rPr>
              <w:t xml:space="preserve"> </w:t>
            </w:r>
          </w:p>
        </w:tc>
        <w:tc>
          <w:tcPr>
            <w:tcW w:w="2000" w:type="dxa"/>
            <w:tcMar>
              <w:left w:w="0" w:type="dxa"/>
              <w:right w:w="0" w:type="dxa"/>
            </w:tcMar>
          </w:tcPr>
          <w:p w:rsidR="005439BA" w:rsidRDefault="004B0D60">
            <w:pPr>
              <w:widowControl/>
              <w:autoSpaceDE w:val="0"/>
              <w:autoSpaceDN w:val="0"/>
              <w:spacing w:before="110" w:line="240" w:lineRule="exact"/>
              <w:ind w:left="770"/>
              <w:jc w:val="left"/>
            </w:pPr>
            <w:r>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20"/>
        </w:trPr>
        <w:tc>
          <w:tcPr>
            <w:tcW w:w="3009" w:type="dxa"/>
            <w:vMerge/>
          </w:tcPr>
          <w:p w:rsidR="005439BA" w:rsidRDefault="005439BA"/>
        </w:tc>
        <w:tc>
          <w:tcPr>
            <w:tcW w:w="4320" w:type="dxa"/>
            <w:tcMar>
              <w:left w:w="0" w:type="dxa"/>
              <w:right w:w="0" w:type="dxa"/>
            </w:tcMar>
          </w:tcPr>
          <w:p w:rsidR="005439BA" w:rsidRDefault="004B0D60">
            <w:pPr>
              <w:widowControl/>
              <w:autoSpaceDE w:val="0"/>
              <w:autoSpaceDN w:val="0"/>
              <w:spacing w:before="120" w:line="240" w:lineRule="exact"/>
              <w:jc w:val="center"/>
            </w:pPr>
            <w:r>
              <w:rPr>
                <w:rFonts w:ascii="gU1TgTbe+SimSun" w:eastAsia="gU1TgTbe+SimSun" w:hAnsi="gU1TgTbe+SimSun"/>
                <w:color w:val="000000"/>
                <w:sz w:val="24"/>
              </w:rPr>
              <w:t>参加比赛者</w:t>
            </w:r>
            <w:r>
              <w:rPr>
                <w:rFonts w:ascii="901OcohL+SimSun" w:eastAsia="901OcohL+SimSun" w:hAnsi="901OcohL+SimSun"/>
                <w:color w:val="000000"/>
                <w:sz w:val="24"/>
              </w:rPr>
              <w:t xml:space="preserve"> </w:t>
            </w:r>
          </w:p>
        </w:tc>
        <w:tc>
          <w:tcPr>
            <w:tcW w:w="2000" w:type="dxa"/>
            <w:tcMar>
              <w:left w:w="0" w:type="dxa"/>
              <w:right w:w="0" w:type="dxa"/>
            </w:tcMar>
          </w:tcPr>
          <w:p w:rsidR="005439BA" w:rsidRDefault="004B0D60">
            <w:pPr>
              <w:widowControl/>
              <w:autoSpaceDE w:val="0"/>
              <w:autoSpaceDN w:val="0"/>
              <w:spacing w:before="120" w:line="240" w:lineRule="exact"/>
              <w:ind w:left="770"/>
              <w:jc w:val="left"/>
            </w:pPr>
            <w:r>
              <w:rPr>
                <w:rFonts w:ascii="901OcohL+SimSun" w:eastAsia="901OcohL+SimSun" w:hAnsi="901OcohL+SimSun"/>
                <w:color w:val="000000"/>
                <w:sz w:val="24"/>
              </w:rPr>
              <w:t>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4B0D60">
      <w:pPr>
        <w:widowControl/>
        <w:autoSpaceDE w:val="0"/>
        <w:autoSpaceDN w:val="0"/>
        <w:spacing w:line="330" w:lineRule="exact"/>
        <w:ind w:left="360" w:right="288"/>
        <w:jc w:val="left"/>
      </w:pPr>
      <w:r>
        <w:rPr>
          <w:rFonts w:ascii="gU1TgTbe+SimSun" w:eastAsia="gU1TgTbe+SimSun" w:hAnsi="gU1TgTbe+SimSun"/>
          <w:b/>
          <w:color w:val="000000"/>
          <w:sz w:val="24"/>
        </w:rPr>
        <w:t>注：①</w:t>
      </w:r>
      <w:r>
        <w:rPr>
          <w:rFonts w:ascii="901OcohL+SimSun" w:eastAsia="901OcohL+SimSun" w:hAnsi="901OcohL+SimSun"/>
          <w:b/>
          <w:color w:val="000000"/>
          <w:sz w:val="24"/>
        </w:rPr>
        <w:t xml:space="preserve"> </w:t>
      </w:r>
      <w:r>
        <w:rPr>
          <w:rFonts w:ascii="gU1TgTbe+SimSun" w:eastAsia="gU1TgTbe+SimSun" w:hAnsi="gU1TgTbe+SimSun"/>
          <w:b/>
          <w:color w:val="000000"/>
          <w:sz w:val="24"/>
        </w:rPr>
        <w:t>此类竞赛是指由党、政、军、团等组织主办或举办，非政府组织主办的各类竞赛在课时认定时做降级处理（国家级赛事按省级计入课时数）。</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line="312" w:lineRule="exact"/>
        <w:ind w:left="360" w:right="288"/>
        <w:jc w:val="left"/>
      </w:pPr>
      <w:r>
        <w:rPr>
          <w:rFonts w:ascii="gU1TgTbe+SimSun" w:eastAsia="gU1TgTbe+SimSun" w:hAnsi="gU1TgTbe+SimSun"/>
          <w:b/>
          <w:color w:val="000000"/>
          <w:sz w:val="24"/>
        </w:rPr>
        <w:t>②</w:t>
      </w:r>
      <w:r>
        <w:rPr>
          <w:rFonts w:ascii="901OcohL+SimSun" w:eastAsia="901OcohL+SimSun" w:hAnsi="901OcohL+SimSun"/>
          <w:b/>
          <w:color w:val="000000"/>
          <w:sz w:val="24"/>
        </w:rPr>
        <w:t xml:space="preserve"> </w:t>
      </w:r>
      <w:r>
        <w:rPr>
          <w:rFonts w:ascii="gU1TgTbe+SimSun" w:eastAsia="gU1TgTbe+SimSun" w:hAnsi="gU1TgTbe+SimSun"/>
          <w:b/>
          <w:color w:val="FF0000"/>
          <w:sz w:val="24"/>
        </w:rPr>
        <w:t>全国大学生英语竞赛获奖</w:t>
      </w:r>
      <w:r>
        <w:rPr>
          <w:rFonts w:ascii="gU1TgTbe+SimSun" w:eastAsia="gU1TgTbe+SimSun" w:hAnsi="gU1TgTbe+SimSun"/>
          <w:b/>
          <w:color w:val="000000"/>
          <w:sz w:val="24"/>
        </w:rPr>
        <w:t>特等奖视为一等奖、其余等级相应下调一级（获得特等奖后参加的附加赛事不计分），</w:t>
      </w:r>
      <w:r>
        <w:rPr>
          <w:rFonts w:ascii="gU1TgTbe+SimSun" w:eastAsia="gU1TgTbe+SimSun" w:hAnsi="gU1TgTbe+SimSun"/>
          <w:b/>
          <w:color w:val="FF0000"/>
          <w:sz w:val="24"/>
        </w:rPr>
        <w:t>课时数按</w:t>
      </w:r>
      <w:r>
        <w:rPr>
          <w:rFonts w:ascii="901OcohL+SimSun" w:eastAsia="901OcohL+SimSun" w:hAnsi="901OcohL+SimSun"/>
          <w:b/>
          <w:color w:val="FF0000"/>
          <w:sz w:val="24"/>
        </w:rPr>
        <w:t xml:space="preserve"> 1/2 </w:t>
      </w:r>
      <w:r>
        <w:rPr>
          <w:rFonts w:ascii="gU1TgTbe+SimSun" w:eastAsia="gU1TgTbe+SimSun" w:hAnsi="gU1TgTbe+SimSun"/>
          <w:b/>
          <w:color w:val="FF0000"/>
          <w:sz w:val="24"/>
        </w:rPr>
        <w:t>计入</w:t>
      </w:r>
      <w:r>
        <w:rPr>
          <w:rFonts w:ascii="gU1TgTbe+SimSun" w:eastAsia="gU1TgTbe+SimSun" w:hAnsi="gU1TgTbe+SimSun"/>
          <w:b/>
          <w:color w:val="000000"/>
          <w:sz w:val="24"/>
        </w:rPr>
        <w:t>。</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line="302" w:lineRule="exact"/>
        <w:ind w:left="360" w:right="144"/>
        <w:jc w:val="left"/>
      </w:pPr>
      <w:r>
        <w:rPr>
          <w:rFonts w:ascii="gU1TgTbe+SimSun" w:eastAsia="gU1TgTbe+SimSun" w:hAnsi="gU1TgTbe+SimSun"/>
          <w:color w:val="000000"/>
          <w:sz w:val="24"/>
        </w:rPr>
        <w:t>（</w:t>
      </w:r>
      <w:r>
        <w:rPr>
          <w:rFonts w:ascii="901OcohL+SimSun" w:eastAsia="901OcohL+SimSun" w:hAnsi="901OcohL+SimSun"/>
          <w:color w:val="000000"/>
          <w:sz w:val="24"/>
        </w:rPr>
        <w:t>2</w:t>
      </w:r>
      <w:r>
        <w:rPr>
          <w:rFonts w:ascii="gU1TgTbe+SimSun" w:eastAsia="gU1TgTbe+SimSun" w:hAnsi="gU1TgTbe+SimSun"/>
          <w:color w:val="000000"/>
          <w:sz w:val="24"/>
        </w:rPr>
        <w:t>）国家大学生创新实验计划立项（由教务处主管）：立项：校级记</w:t>
      </w:r>
      <w:r>
        <w:rPr>
          <w:rFonts w:ascii="901OcohL+SimSun" w:eastAsia="901OcohL+SimSun" w:hAnsi="901OcohL+SimSun"/>
          <w:color w:val="000000"/>
          <w:sz w:val="24"/>
        </w:rPr>
        <w:t>3</w:t>
      </w:r>
      <w:r>
        <w:rPr>
          <w:rFonts w:ascii="gU1TgTbe+SimSun" w:eastAsia="gU1TgTbe+SimSun" w:hAnsi="gU1TgTbe+SimSun"/>
          <w:color w:val="000000"/>
          <w:sz w:val="24"/>
        </w:rPr>
        <w:t>课时，国家级记</w:t>
      </w:r>
      <w:r>
        <w:rPr>
          <w:rFonts w:ascii="901OcohL+SimSun" w:eastAsia="901OcohL+SimSun" w:hAnsi="901OcohL+SimSun"/>
          <w:color w:val="000000"/>
          <w:sz w:val="24"/>
        </w:rPr>
        <w:t>5</w:t>
      </w:r>
      <w:r>
        <w:rPr>
          <w:rFonts w:ascii="gU1TgTbe+SimSun" w:eastAsia="gU1TgTbe+SimSun" w:hAnsi="gU1TgTbe+SimSun"/>
          <w:color w:val="000000"/>
          <w:sz w:val="24"/>
        </w:rPr>
        <w:t>课时；结项：校级记</w:t>
      </w:r>
      <w:r>
        <w:rPr>
          <w:rFonts w:ascii="901OcohL+SimSun" w:eastAsia="901OcohL+SimSun" w:hAnsi="901OcohL+SimSun"/>
          <w:color w:val="000000"/>
          <w:sz w:val="24"/>
        </w:rPr>
        <w:t>4</w:t>
      </w:r>
      <w:r>
        <w:rPr>
          <w:rFonts w:ascii="gU1TgTbe+SimSun" w:eastAsia="gU1TgTbe+SimSun" w:hAnsi="gU1TgTbe+SimSun"/>
          <w:color w:val="000000"/>
          <w:sz w:val="24"/>
        </w:rPr>
        <w:t>课时，国家级记</w:t>
      </w: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p w:rsidR="005439BA" w:rsidRDefault="004B0D60">
      <w:pPr>
        <w:widowControl/>
        <w:autoSpaceDE w:val="0"/>
        <w:autoSpaceDN w:val="0"/>
        <w:spacing w:before="72" w:line="258" w:lineRule="exact"/>
        <w:ind w:left="360"/>
        <w:jc w:val="left"/>
      </w:pPr>
      <w:r>
        <w:rPr>
          <w:rFonts w:ascii="gU1TgTbe+SimSun" w:eastAsia="gU1TgTbe+SimSun" w:hAnsi="gU1TgTbe+SimSun"/>
          <w:color w:val="000000"/>
          <w:sz w:val="24"/>
        </w:rPr>
        <w:t>（</w:t>
      </w:r>
      <w:r>
        <w:rPr>
          <w:rFonts w:ascii="901OcohL+SimSun" w:eastAsia="901OcohL+SimSun" w:hAnsi="901OcohL+SimSun"/>
          <w:color w:val="000000"/>
          <w:sz w:val="24"/>
        </w:rPr>
        <w:t>3</w:t>
      </w:r>
      <w:r>
        <w:rPr>
          <w:rFonts w:ascii="gU1TgTbe+SimSun" w:eastAsia="gU1TgTbe+SimSun" w:hAnsi="gU1TgTbe+SimSun"/>
          <w:color w:val="000000"/>
          <w:sz w:val="24"/>
        </w:rPr>
        <w:t>）本科生科研项目：立项记</w:t>
      </w:r>
      <w:r>
        <w:rPr>
          <w:rFonts w:ascii="901OcohL+SimSun" w:eastAsia="901OcohL+SimSun" w:hAnsi="901OcohL+SimSun"/>
          <w:color w:val="000000"/>
          <w:sz w:val="24"/>
        </w:rPr>
        <w:t>2</w:t>
      </w:r>
      <w:r>
        <w:rPr>
          <w:rFonts w:ascii="gU1TgTbe+SimSun" w:eastAsia="gU1TgTbe+SimSun" w:hAnsi="gU1TgTbe+SimSun"/>
          <w:color w:val="000000"/>
          <w:sz w:val="24"/>
        </w:rPr>
        <w:t>课时，</w:t>
      </w:r>
      <w:proofErr w:type="gramStart"/>
      <w:r>
        <w:rPr>
          <w:rFonts w:ascii="gU1TgTbe+SimSun" w:eastAsia="gU1TgTbe+SimSun" w:hAnsi="gU1TgTbe+SimSun"/>
          <w:color w:val="000000"/>
          <w:sz w:val="24"/>
        </w:rPr>
        <w:t>结项记</w:t>
      </w:r>
      <w:proofErr w:type="gramEnd"/>
      <w:r>
        <w:rPr>
          <w:rFonts w:ascii="901OcohL+SimSun" w:eastAsia="901OcohL+SimSun" w:hAnsi="901OcohL+SimSun"/>
          <w:color w:val="000000"/>
          <w:sz w:val="24"/>
        </w:rPr>
        <w:t>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54" w:line="258" w:lineRule="exact"/>
        <w:ind w:left="360"/>
        <w:jc w:val="left"/>
      </w:pPr>
      <w:r>
        <w:rPr>
          <w:rFonts w:ascii="901OcohL+SimSun" w:eastAsia="901OcohL+SimSun" w:hAnsi="901OcohL+SimSun"/>
          <w:b/>
          <w:color w:val="000000"/>
          <w:sz w:val="24"/>
        </w:rPr>
        <w:t xml:space="preserve">3. </w:t>
      </w:r>
      <w:r>
        <w:rPr>
          <w:rFonts w:ascii="gU1TgTbe+SimSun" w:eastAsia="gU1TgTbe+SimSun" w:hAnsi="gU1TgTbe+SimSun"/>
          <w:b/>
          <w:color w:val="000000"/>
          <w:sz w:val="24"/>
        </w:rPr>
        <w:t>在期刊、报纸上公开发表专业学术论文</w:t>
      </w:r>
      <w:r>
        <w:rPr>
          <w:rFonts w:ascii="901OcohL+SimSun" w:eastAsia="901OcohL+SimSun" w:hAnsi="901OcohL+SimSun"/>
          <w:b/>
          <w:color w:val="000000"/>
          <w:sz w:val="24"/>
        </w:rPr>
        <w:t xml:space="preserve"> </w:t>
      </w:r>
      <w:r>
        <w:rPr>
          <w:rFonts w:ascii="gU1TgTbe+SimSun" w:eastAsia="gU1TgTbe+SimSun" w:hAnsi="gU1TgTbe+SimSun"/>
          <w:b/>
          <w:color w:val="000000"/>
          <w:sz w:val="24"/>
        </w:rPr>
        <w:t>（以</w:t>
      </w:r>
      <w:r>
        <w:rPr>
          <w:rFonts w:ascii="901OcohL+SimSun" w:eastAsia="901OcohL+SimSun" w:hAnsi="901OcohL+SimSun"/>
          <w:b/>
          <w:color w:val="000000"/>
          <w:sz w:val="24"/>
        </w:rPr>
        <w:t>20</w:t>
      </w:r>
      <w:r w:rsidR="00B42582">
        <w:rPr>
          <w:rFonts w:ascii="901OcohL+SimSun" w:eastAsia="901OcohL+SimSun" w:hAnsi="901OcohL+SimSun"/>
          <w:b/>
          <w:color w:val="000000"/>
          <w:sz w:val="24"/>
        </w:rPr>
        <w:t>25</w:t>
      </w:r>
      <w:r>
        <w:rPr>
          <w:rFonts w:ascii="gU1TgTbe+SimSun" w:eastAsia="gU1TgTbe+SimSun" w:hAnsi="gU1TgTbe+SimSun"/>
          <w:b/>
          <w:color w:val="000000"/>
          <w:sz w:val="24"/>
        </w:rPr>
        <w:t>年公布标准分类）</w:t>
      </w:r>
      <w:r>
        <w:rPr>
          <w:rFonts w:ascii="PTZ3LLzS+Calibri" w:eastAsia="PTZ3LLzS+Calibri" w:hAnsi="PTZ3LLzS+Calibri"/>
          <w:color w:val="000000"/>
        </w:rPr>
        <w:t xml:space="preserve"> </w:t>
      </w:r>
    </w:p>
    <w:p w:rsidR="005439BA" w:rsidRDefault="004B0D60">
      <w:pPr>
        <w:widowControl/>
        <w:autoSpaceDE w:val="0"/>
        <w:autoSpaceDN w:val="0"/>
        <w:spacing w:before="54" w:after="88" w:line="240" w:lineRule="exact"/>
        <w:ind w:left="360"/>
        <w:jc w:val="left"/>
      </w:pPr>
      <w:r>
        <w:rPr>
          <w:rFonts w:ascii="gU1TgTbe+SimSun" w:eastAsia="gU1TgTbe+SimSun" w:hAnsi="gU1TgTbe+SimSun"/>
          <w:b/>
          <w:color w:val="000000"/>
          <w:sz w:val="24"/>
        </w:rPr>
        <w:t>（</w:t>
      </w:r>
      <w:r>
        <w:rPr>
          <w:rFonts w:ascii="901OcohL+SimSun" w:eastAsia="901OcohL+SimSun" w:hAnsi="901OcohL+SimSun"/>
          <w:b/>
          <w:color w:val="000000"/>
          <w:sz w:val="24"/>
        </w:rPr>
        <w:t>1</w:t>
      </w:r>
      <w:r>
        <w:rPr>
          <w:rFonts w:ascii="gU1TgTbe+SimSun" w:eastAsia="gU1TgTbe+SimSun" w:hAnsi="gU1TgTbe+SimSun"/>
          <w:b/>
          <w:color w:val="000000"/>
          <w:sz w:val="24"/>
        </w:rPr>
        <w:t>）独立作者时</w:t>
      </w:r>
      <w:r>
        <w:rPr>
          <w:rFonts w:ascii="901OcohL+SimSun" w:eastAsia="901OcohL+SimSun" w:hAnsi="901OcohL+SimSun"/>
          <w:b/>
          <w:color w:val="000000"/>
          <w:sz w:val="24"/>
        </w:rPr>
        <w:t xml:space="preserve"> </w:t>
      </w:r>
    </w:p>
    <w:tbl>
      <w:tblPr>
        <w:tblW w:w="0" w:type="auto"/>
        <w:tblInd w:w="180" w:type="dxa"/>
        <w:tblLayout w:type="fixed"/>
        <w:tblLook w:val="04A0" w:firstRow="1" w:lastRow="0" w:firstColumn="1" w:lastColumn="0" w:noHBand="0" w:noVBand="1"/>
      </w:tblPr>
      <w:tblGrid>
        <w:gridCol w:w="580"/>
        <w:gridCol w:w="4140"/>
        <w:gridCol w:w="1760"/>
        <w:gridCol w:w="2020"/>
      </w:tblGrid>
      <w:tr w:rsidR="005439BA">
        <w:trPr>
          <w:trHeight w:hRule="exact" w:val="388"/>
        </w:trPr>
        <w:tc>
          <w:tcPr>
            <w:tcW w:w="580" w:type="dxa"/>
            <w:vMerge w:val="restart"/>
            <w:tcMar>
              <w:left w:w="0" w:type="dxa"/>
              <w:right w:w="0" w:type="dxa"/>
            </w:tcMar>
          </w:tcPr>
          <w:p w:rsidR="005439BA" w:rsidRDefault="004B0D60">
            <w:pPr>
              <w:widowControl/>
              <w:autoSpaceDE w:val="0"/>
              <w:autoSpaceDN w:val="0"/>
              <w:spacing w:before="812" w:line="240" w:lineRule="exact"/>
              <w:ind w:left="180"/>
              <w:jc w:val="left"/>
            </w:pPr>
            <w:r>
              <w:rPr>
                <w:rFonts w:ascii="gU1TgTbe+SimSun" w:eastAsia="gU1TgTbe+SimSun" w:hAnsi="gU1TgTbe+SimSun"/>
                <w:color w:val="000000"/>
                <w:sz w:val="24"/>
              </w:rPr>
              <w:t>学</w:t>
            </w:r>
            <w:r>
              <w:rPr>
                <w:rFonts w:ascii="901OcohL+SimSun" w:eastAsia="901OcohL+SimSun" w:hAnsi="901OcohL+SimSun"/>
                <w:color w:val="000000"/>
                <w:sz w:val="24"/>
              </w:rPr>
              <w:t xml:space="preserve"> </w:t>
            </w:r>
          </w:p>
        </w:tc>
        <w:tc>
          <w:tcPr>
            <w:tcW w:w="4140" w:type="dxa"/>
            <w:tcMar>
              <w:left w:w="0" w:type="dxa"/>
              <w:right w:w="0" w:type="dxa"/>
            </w:tcMar>
          </w:tcPr>
          <w:p w:rsidR="005439BA" w:rsidRDefault="004B0D60">
            <w:pPr>
              <w:widowControl/>
              <w:autoSpaceDE w:val="0"/>
              <w:autoSpaceDN w:val="0"/>
              <w:spacing w:before="60" w:line="240" w:lineRule="exact"/>
              <w:ind w:left="2312"/>
              <w:jc w:val="left"/>
            </w:pPr>
            <w:r>
              <w:rPr>
                <w:rFonts w:ascii="gU1TgTbe+SimSun" w:eastAsia="gU1TgTbe+SimSun" w:hAnsi="gU1TgTbe+SimSun"/>
                <w:color w:val="000000"/>
                <w:sz w:val="24"/>
              </w:rPr>
              <w:t>类别和等级</w:t>
            </w:r>
            <w:r>
              <w:rPr>
                <w:rFonts w:ascii="901OcohL+SimSun" w:eastAsia="901OcohL+SimSun" w:hAnsi="901OcohL+SimSun"/>
                <w:color w:val="000000"/>
                <w:sz w:val="24"/>
              </w:rPr>
              <w:t xml:space="preserve"> </w:t>
            </w:r>
          </w:p>
        </w:tc>
        <w:tc>
          <w:tcPr>
            <w:tcW w:w="1760" w:type="dxa"/>
            <w:vMerge w:val="restart"/>
            <w:tcMar>
              <w:left w:w="0" w:type="dxa"/>
              <w:right w:w="0" w:type="dxa"/>
            </w:tcMar>
          </w:tcPr>
          <w:p w:rsidR="005439BA" w:rsidRDefault="004B0D60">
            <w:pPr>
              <w:widowControl/>
              <w:autoSpaceDE w:val="0"/>
              <w:autoSpaceDN w:val="0"/>
              <w:spacing w:before="512" w:line="240" w:lineRule="exact"/>
              <w:jc w:val="center"/>
            </w:pPr>
            <w:r>
              <w:rPr>
                <w:rFonts w:ascii="gU1TgTbe+SimSun" w:eastAsia="gU1TgTbe+SimSun" w:hAnsi="gU1TgTbe+SimSun"/>
                <w:color w:val="000000"/>
                <w:sz w:val="24"/>
              </w:rPr>
              <w:t>第一作者</w:t>
            </w:r>
            <w:r>
              <w:rPr>
                <w:rFonts w:ascii="901OcohL+SimSun" w:eastAsia="901OcohL+SimSun" w:hAnsi="901OcohL+SimSun"/>
                <w:color w:val="000000"/>
                <w:sz w:val="24"/>
              </w:rPr>
              <w:t xml:space="preserve"> </w:t>
            </w:r>
          </w:p>
        </w:tc>
        <w:tc>
          <w:tcPr>
            <w:tcW w:w="2020" w:type="dxa"/>
            <w:tcMar>
              <w:left w:w="0" w:type="dxa"/>
              <w:right w:w="0" w:type="dxa"/>
            </w:tcMar>
          </w:tcPr>
          <w:p w:rsidR="005439BA" w:rsidRDefault="004B0D60">
            <w:pPr>
              <w:widowControl/>
              <w:autoSpaceDE w:val="0"/>
              <w:autoSpaceDN w:val="0"/>
              <w:spacing w:before="60" w:line="240" w:lineRule="exact"/>
              <w:jc w:val="center"/>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60"/>
        </w:trPr>
        <w:tc>
          <w:tcPr>
            <w:tcW w:w="2256" w:type="dxa"/>
            <w:vMerge/>
          </w:tcPr>
          <w:p w:rsidR="005439BA" w:rsidRDefault="005439BA"/>
        </w:tc>
        <w:tc>
          <w:tcPr>
            <w:tcW w:w="4140" w:type="dxa"/>
            <w:tcMar>
              <w:left w:w="0" w:type="dxa"/>
              <w:right w:w="0" w:type="dxa"/>
            </w:tcMar>
          </w:tcPr>
          <w:p w:rsidR="005439BA" w:rsidRDefault="004B0D60">
            <w:pPr>
              <w:widowControl/>
              <w:autoSpaceDE w:val="0"/>
              <w:autoSpaceDN w:val="0"/>
              <w:spacing w:before="124" w:line="240" w:lineRule="exact"/>
              <w:jc w:val="center"/>
            </w:pPr>
            <w:r>
              <w:rPr>
                <w:rFonts w:ascii="901OcohL+SimSun" w:eastAsia="901OcohL+SimSun" w:hAnsi="901OcohL+SimSun"/>
                <w:color w:val="000000"/>
                <w:sz w:val="24"/>
              </w:rPr>
              <w:t>A</w:t>
            </w:r>
            <w:r w:rsidR="00B42582">
              <w:rPr>
                <w:rFonts w:ascii="901OcohL+SimSun" w:eastAsia="901OcohL+SimSun" w:hAnsi="901OcohL+SimSun"/>
                <w:color w:val="000000"/>
                <w:sz w:val="24"/>
              </w:rPr>
              <w:t>+</w:t>
            </w:r>
            <w:r>
              <w:rPr>
                <w:rFonts w:ascii="gU1TgTbe+SimSun" w:eastAsia="gU1TgTbe+SimSun" w:hAnsi="gU1TgTbe+SimSun"/>
                <w:color w:val="000000"/>
                <w:sz w:val="24"/>
              </w:rPr>
              <w:t>级核心期刊</w:t>
            </w:r>
            <w:r>
              <w:rPr>
                <w:rFonts w:ascii="901OcohL+SimSun" w:eastAsia="901OcohL+SimSun" w:hAnsi="901OcohL+SimSun"/>
                <w:color w:val="000000"/>
                <w:sz w:val="24"/>
              </w:rPr>
              <w:t xml:space="preserve"> </w:t>
            </w:r>
          </w:p>
        </w:tc>
        <w:tc>
          <w:tcPr>
            <w:tcW w:w="2256" w:type="dxa"/>
            <w:vMerge/>
          </w:tcPr>
          <w:p w:rsidR="005439BA" w:rsidRDefault="005439BA"/>
        </w:tc>
        <w:tc>
          <w:tcPr>
            <w:tcW w:w="2020" w:type="dxa"/>
            <w:tcMar>
              <w:left w:w="0" w:type="dxa"/>
              <w:right w:w="0" w:type="dxa"/>
            </w:tcMar>
          </w:tcPr>
          <w:p w:rsidR="005439BA" w:rsidRDefault="004B0D60">
            <w:pPr>
              <w:widowControl/>
              <w:autoSpaceDE w:val="0"/>
              <w:autoSpaceDN w:val="0"/>
              <w:spacing w:before="124" w:line="240" w:lineRule="exact"/>
              <w:jc w:val="center"/>
            </w:pPr>
            <w:r>
              <w:rPr>
                <w:rFonts w:ascii="901OcohL+SimSun" w:eastAsia="901OcohL+SimSun" w:hAnsi="901OcohL+SimSun"/>
                <w:color w:val="000000"/>
                <w:sz w:val="24"/>
              </w:rPr>
              <w:t>30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240"/>
        </w:trPr>
        <w:tc>
          <w:tcPr>
            <w:tcW w:w="2256" w:type="dxa"/>
            <w:vMerge/>
          </w:tcPr>
          <w:p w:rsidR="005439BA" w:rsidRDefault="005439BA"/>
        </w:tc>
        <w:tc>
          <w:tcPr>
            <w:tcW w:w="4140" w:type="dxa"/>
            <w:vMerge w:val="restart"/>
            <w:tcMar>
              <w:left w:w="0" w:type="dxa"/>
              <w:right w:w="0" w:type="dxa"/>
            </w:tcMar>
          </w:tcPr>
          <w:p w:rsidR="005439BA" w:rsidRDefault="00B42582">
            <w:pPr>
              <w:widowControl/>
              <w:autoSpaceDE w:val="0"/>
              <w:autoSpaceDN w:val="0"/>
              <w:spacing w:before="116" w:line="240" w:lineRule="exact"/>
              <w:jc w:val="center"/>
            </w:pPr>
            <w:r>
              <w:rPr>
                <w:rFonts w:ascii="Cambria" w:eastAsia="901OcohL+SimSun" w:hAnsi="Cambria" w:cs="Cambria"/>
                <w:color w:val="000000"/>
                <w:sz w:val="24"/>
              </w:rPr>
              <w:t>A</w:t>
            </w:r>
            <w:r w:rsidR="004B0D60">
              <w:rPr>
                <w:rFonts w:ascii="gU1TgTbe+SimSun" w:eastAsia="gU1TgTbe+SimSun" w:hAnsi="gU1TgTbe+SimSun"/>
                <w:color w:val="000000"/>
                <w:sz w:val="24"/>
              </w:rPr>
              <w:t>级核心期刊</w:t>
            </w:r>
            <w:r w:rsidR="004B0D60">
              <w:rPr>
                <w:rFonts w:ascii="901OcohL+SimSun" w:eastAsia="901OcohL+SimSun" w:hAnsi="901OcohL+SimSun"/>
                <w:color w:val="000000"/>
                <w:sz w:val="24"/>
              </w:rPr>
              <w:t xml:space="preserve"> </w:t>
            </w:r>
          </w:p>
        </w:tc>
        <w:tc>
          <w:tcPr>
            <w:tcW w:w="1760" w:type="dxa"/>
            <w:vMerge w:val="restart"/>
            <w:tcMar>
              <w:left w:w="0" w:type="dxa"/>
              <w:right w:w="0" w:type="dxa"/>
            </w:tcMar>
          </w:tcPr>
          <w:p w:rsidR="005439BA" w:rsidRDefault="004B0D60">
            <w:pPr>
              <w:widowControl/>
              <w:autoSpaceDE w:val="0"/>
              <w:autoSpaceDN w:val="0"/>
              <w:spacing w:before="116" w:line="240" w:lineRule="exact"/>
              <w:jc w:val="center"/>
            </w:pPr>
            <w:r>
              <w:rPr>
                <w:rFonts w:ascii="gU1TgTbe+SimSun" w:eastAsia="gU1TgTbe+SimSun" w:hAnsi="gU1TgTbe+SimSun"/>
                <w:color w:val="000000"/>
                <w:sz w:val="24"/>
              </w:rPr>
              <w:t>第一作者</w:t>
            </w:r>
            <w:r>
              <w:rPr>
                <w:rFonts w:ascii="901OcohL+SimSun" w:eastAsia="901OcohL+SimSun" w:hAnsi="901OcohL+SimSun"/>
                <w:color w:val="000000"/>
                <w:sz w:val="24"/>
              </w:rPr>
              <w:t xml:space="preserve"> </w:t>
            </w:r>
          </w:p>
        </w:tc>
        <w:tc>
          <w:tcPr>
            <w:tcW w:w="2020" w:type="dxa"/>
            <w:vMerge w:val="restart"/>
            <w:tcMar>
              <w:left w:w="0" w:type="dxa"/>
              <w:right w:w="0" w:type="dxa"/>
            </w:tcMar>
          </w:tcPr>
          <w:p w:rsidR="005439BA" w:rsidRDefault="004B0D60">
            <w:pPr>
              <w:widowControl/>
              <w:autoSpaceDE w:val="0"/>
              <w:autoSpaceDN w:val="0"/>
              <w:spacing w:before="116" w:line="240" w:lineRule="exact"/>
              <w:jc w:val="center"/>
            </w:pPr>
            <w:r>
              <w:rPr>
                <w:rFonts w:ascii="901OcohL+SimSun" w:eastAsia="901OcohL+SimSun" w:hAnsi="901OcohL+SimSun"/>
                <w:color w:val="000000"/>
                <w:sz w:val="24"/>
              </w:rPr>
              <w:t>15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300"/>
        </w:trPr>
        <w:tc>
          <w:tcPr>
            <w:tcW w:w="580" w:type="dxa"/>
            <w:tcMar>
              <w:left w:w="0" w:type="dxa"/>
              <w:right w:w="0" w:type="dxa"/>
            </w:tcMar>
          </w:tcPr>
          <w:p w:rsidR="005439BA" w:rsidRDefault="004B0D60">
            <w:pPr>
              <w:widowControl/>
              <w:autoSpaceDE w:val="0"/>
              <w:autoSpaceDN w:val="0"/>
              <w:spacing w:before="36" w:line="240" w:lineRule="exact"/>
              <w:ind w:left="180"/>
              <w:jc w:val="left"/>
            </w:pPr>
            <w:r>
              <w:rPr>
                <w:rFonts w:ascii="gU1TgTbe+SimSun" w:eastAsia="gU1TgTbe+SimSun" w:hAnsi="gU1TgTbe+SimSun"/>
                <w:color w:val="000000"/>
                <w:sz w:val="24"/>
              </w:rPr>
              <w:t>术</w:t>
            </w:r>
            <w:r>
              <w:rPr>
                <w:rFonts w:ascii="901OcohL+SimSun" w:eastAsia="901OcohL+SimSun" w:hAnsi="901OcohL+SimSun"/>
                <w:color w:val="000000"/>
                <w:sz w:val="24"/>
              </w:rPr>
              <w:t xml:space="preserve"> </w:t>
            </w:r>
          </w:p>
        </w:tc>
        <w:tc>
          <w:tcPr>
            <w:tcW w:w="2256" w:type="dxa"/>
            <w:vMerge/>
          </w:tcPr>
          <w:p w:rsidR="005439BA" w:rsidRDefault="005439BA"/>
        </w:tc>
        <w:tc>
          <w:tcPr>
            <w:tcW w:w="2256" w:type="dxa"/>
            <w:vMerge/>
          </w:tcPr>
          <w:p w:rsidR="005439BA" w:rsidRDefault="005439BA"/>
        </w:tc>
        <w:tc>
          <w:tcPr>
            <w:tcW w:w="2256" w:type="dxa"/>
            <w:vMerge/>
          </w:tcPr>
          <w:p w:rsidR="005439BA" w:rsidRDefault="005439BA"/>
        </w:tc>
      </w:tr>
      <w:tr w:rsidR="005439BA">
        <w:trPr>
          <w:trHeight w:hRule="exact" w:val="340"/>
        </w:trPr>
        <w:tc>
          <w:tcPr>
            <w:tcW w:w="580" w:type="dxa"/>
            <w:tcMar>
              <w:left w:w="0" w:type="dxa"/>
              <w:right w:w="0" w:type="dxa"/>
            </w:tcMar>
          </w:tcPr>
          <w:p w:rsidR="005439BA" w:rsidRDefault="004B0D60">
            <w:pPr>
              <w:widowControl/>
              <w:autoSpaceDE w:val="0"/>
              <w:autoSpaceDN w:val="0"/>
              <w:spacing w:before="48" w:line="240" w:lineRule="exact"/>
              <w:ind w:left="180"/>
              <w:jc w:val="left"/>
            </w:pPr>
            <w:r>
              <w:rPr>
                <w:rFonts w:ascii="gU1TgTbe+SimSun" w:eastAsia="gU1TgTbe+SimSun" w:hAnsi="gU1TgTbe+SimSun"/>
                <w:color w:val="000000"/>
                <w:sz w:val="24"/>
              </w:rPr>
              <w:t>论</w:t>
            </w:r>
            <w:r>
              <w:rPr>
                <w:rFonts w:ascii="901OcohL+SimSun" w:eastAsia="901OcohL+SimSun" w:hAnsi="901OcohL+SimSun"/>
                <w:color w:val="000000"/>
                <w:sz w:val="24"/>
              </w:rPr>
              <w:t xml:space="preserve"> </w:t>
            </w:r>
          </w:p>
        </w:tc>
        <w:tc>
          <w:tcPr>
            <w:tcW w:w="4140" w:type="dxa"/>
            <w:tcMar>
              <w:left w:w="0" w:type="dxa"/>
              <w:right w:w="0" w:type="dxa"/>
            </w:tcMar>
          </w:tcPr>
          <w:p w:rsidR="005439BA" w:rsidRDefault="00B42582">
            <w:pPr>
              <w:widowControl/>
              <w:autoSpaceDE w:val="0"/>
              <w:autoSpaceDN w:val="0"/>
              <w:spacing w:before="28" w:line="240" w:lineRule="exact"/>
              <w:jc w:val="center"/>
            </w:pPr>
            <w:r>
              <w:rPr>
                <w:rFonts w:ascii="901OcohL+SimSun" w:eastAsia="901OcohL+SimSun" w:hAnsi="901OcohL+SimSun"/>
                <w:color w:val="000000"/>
                <w:sz w:val="24"/>
              </w:rPr>
              <w:t>B</w:t>
            </w:r>
            <w:r w:rsidR="004B0D60">
              <w:rPr>
                <w:rFonts w:ascii="gU1TgTbe+SimSun" w:eastAsia="gU1TgTbe+SimSun" w:hAnsi="gU1TgTbe+SimSun"/>
                <w:color w:val="000000"/>
                <w:sz w:val="24"/>
              </w:rPr>
              <w:t>级核心期刊</w:t>
            </w:r>
            <w:r w:rsidR="004B0D60">
              <w:rPr>
                <w:rFonts w:ascii="901OcohL+SimSun" w:eastAsia="901OcohL+SimSun" w:hAnsi="901OcohL+SimSun"/>
                <w:color w:val="000000"/>
                <w:sz w:val="24"/>
              </w:rPr>
              <w:t xml:space="preserve"> </w:t>
            </w:r>
          </w:p>
        </w:tc>
        <w:tc>
          <w:tcPr>
            <w:tcW w:w="1760" w:type="dxa"/>
            <w:tcMar>
              <w:left w:w="0" w:type="dxa"/>
              <w:right w:w="0" w:type="dxa"/>
            </w:tcMar>
          </w:tcPr>
          <w:p w:rsidR="005439BA" w:rsidRDefault="004B0D60">
            <w:pPr>
              <w:widowControl/>
              <w:autoSpaceDE w:val="0"/>
              <w:autoSpaceDN w:val="0"/>
              <w:spacing w:before="28" w:line="240" w:lineRule="exact"/>
              <w:jc w:val="center"/>
            </w:pPr>
            <w:r>
              <w:rPr>
                <w:rFonts w:ascii="gU1TgTbe+SimSun" w:eastAsia="gU1TgTbe+SimSun" w:hAnsi="gU1TgTbe+SimSun"/>
                <w:color w:val="000000"/>
                <w:sz w:val="24"/>
              </w:rPr>
              <w:t>第一作者</w:t>
            </w:r>
            <w:r>
              <w:rPr>
                <w:rFonts w:ascii="901OcohL+SimSun" w:eastAsia="901OcohL+SimSun" w:hAnsi="901OcohL+SimSun"/>
                <w:color w:val="000000"/>
                <w:sz w:val="24"/>
              </w:rPr>
              <w:t xml:space="preserve"> </w:t>
            </w:r>
          </w:p>
        </w:tc>
        <w:tc>
          <w:tcPr>
            <w:tcW w:w="2020" w:type="dxa"/>
            <w:tcMar>
              <w:left w:w="0" w:type="dxa"/>
              <w:right w:w="0" w:type="dxa"/>
            </w:tcMar>
          </w:tcPr>
          <w:p w:rsidR="005439BA" w:rsidRDefault="004B0D60">
            <w:pPr>
              <w:widowControl/>
              <w:autoSpaceDE w:val="0"/>
              <w:autoSpaceDN w:val="0"/>
              <w:spacing w:before="28" w:line="240" w:lineRule="exact"/>
              <w:jc w:val="center"/>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340"/>
        </w:trPr>
        <w:tc>
          <w:tcPr>
            <w:tcW w:w="580" w:type="dxa"/>
            <w:vMerge w:val="restart"/>
            <w:tcMar>
              <w:left w:w="0" w:type="dxa"/>
              <w:right w:w="0" w:type="dxa"/>
            </w:tcMar>
          </w:tcPr>
          <w:p w:rsidR="005439BA" w:rsidRDefault="004B0D60">
            <w:pPr>
              <w:widowControl/>
              <w:autoSpaceDE w:val="0"/>
              <w:autoSpaceDN w:val="0"/>
              <w:spacing w:before="20" w:line="240" w:lineRule="exact"/>
              <w:ind w:left="180"/>
              <w:jc w:val="left"/>
            </w:pPr>
            <w:r>
              <w:rPr>
                <w:rFonts w:ascii="gU1TgTbe+SimSun" w:eastAsia="gU1TgTbe+SimSun" w:hAnsi="gU1TgTbe+SimSun"/>
                <w:color w:val="000000"/>
                <w:sz w:val="24"/>
              </w:rPr>
              <w:t>文</w:t>
            </w:r>
            <w:r>
              <w:rPr>
                <w:rFonts w:ascii="901OcohL+SimSun" w:eastAsia="901OcohL+SimSun" w:hAnsi="901OcohL+SimSun"/>
                <w:color w:val="000000"/>
                <w:sz w:val="24"/>
              </w:rPr>
              <w:t xml:space="preserve"> </w:t>
            </w:r>
          </w:p>
        </w:tc>
        <w:tc>
          <w:tcPr>
            <w:tcW w:w="4140" w:type="dxa"/>
            <w:tcMar>
              <w:left w:w="0" w:type="dxa"/>
              <w:right w:w="0" w:type="dxa"/>
            </w:tcMar>
          </w:tcPr>
          <w:p w:rsidR="005439BA" w:rsidRDefault="00B42582">
            <w:pPr>
              <w:widowControl/>
              <w:autoSpaceDE w:val="0"/>
              <w:autoSpaceDN w:val="0"/>
              <w:spacing w:before="76" w:line="240" w:lineRule="exact"/>
              <w:ind w:left="56"/>
              <w:jc w:val="left"/>
            </w:pPr>
            <w:r>
              <w:rPr>
                <w:rFonts w:ascii="901OcohL+SimSun" w:eastAsia="901OcohL+SimSun" w:hAnsi="901OcohL+SimSun"/>
                <w:color w:val="000000"/>
                <w:sz w:val="24"/>
              </w:rPr>
              <w:t>B</w:t>
            </w:r>
            <w:r w:rsidR="004B0D60">
              <w:rPr>
                <w:rFonts w:ascii="gU1TgTbe+SimSun" w:eastAsia="gU1TgTbe+SimSun" w:hAnsi="gU1TgTbe+SimSun"/>
                <w:color w:val="000000"/>
                <w:sz w:val="24"/>
              </w:rPr>
              <w:t>级以下其他正式核心刊物</w:t>
            </w:r>
            <w:r w:rsidR="004B0D60">
              <w:rPr>
                <w:rFonts w:ascii="901OcohL+SimSun" w:eastAsia="901OcohL+SimSun" w:hAnsi="901OcohL+SimSun"/>
                <w:color w:val="000000"/>
                <w:sz w:val="24"/>
              </w:rPr>
              <w:t>/</w:t>
            </w:r>
            <w:r w:rsidR="004B0D60">
              <w:rPr>
                <w:rFonts w:ascii="gU1TgTbe+SimSun" w:eastAsia="gU1TgTbe+SimSun" w:hAnsi="gU1TgTbe+SimSun"/>
                <w:color w:val="000000"/>
                <w:sz w:val="24"/>
              </w:rPr>
              <w:t>学术会</w:t>
            </w:r>
          </w:p>
        </w:tc>
        <w:tc>
          <w:tcPr>
            <w:tcW w:w="1760" w:type="dxa"/>
            <w:vMerge w:val="restart"/>
            <w:tcMar>
              <w:left w:w="0" w:type="dxa"/>
              <w:right w:w="0" w:type="dxa"/>
            </w:tcMar>
          </w:tcPr>
          <w:p w:rsidR="005439BA" w:rsidRDefault="004B0D60">
            <w:pPr>
              <w:widowControl/>
              <w:autoSpaceDE w:val="0"/>
              <w:autoSpaceDN w:val="0"/>
              <w:spacing w:before="232" w:line="240" w:lineRule="exact"/>
              <w:jc w:val="center"/>
            </w:pPr>
            <w:r>
              <w:rPr>
                <w:rFonts w:ascii="gU1TgTbe+SimSun" w:eastAsia="gU1TgTbe+SimSun" w:hAnsi="gU1TgTbe+SimSun"/>
                <w:color w:val="000000"/>
                <w:sz w:val="24"/>
              </w:rPr>
              <w:t>第一作者</w:t>
            </w:r>
            <w:r>
              <w:rPr>
                <w:rFonts w:ascii="901OcohL+SimSun" w:eastAsia="901OcohL+SimSun" w:hAnsi="901OcohL+SimSun"/>
                <w:color w:val="000000"/>
                <w:sz w:val="24"/>
              </w:rPr>
              <w:t xml:space="preserve"> </w:t>
            </w:r>
          </w:p>
        </w:tc>
        <w:tc>
          <w:tcPr>
            <w:tcW w:w="2020" w:type="dxa"/>
            <w:vMerge w:val="restart"/>
            <w:tcMar>
              <w:left w:w="0" w:type="dxa"/>
              <w:right w:w="0" w:type="dxa"/>
            </w:tcMar>
          </w:tcPr>
          <w:p w:rsidR="005439BA" w:rsidRDefault="004B0D60">
            <w:pPr>
              <w:widowControl/>
              <w:autoSpaceDE w:val="0"/>
              <w:autoSpaceDN w:val="0"/>
              <w:spacing w:before="232" w:line="240" w:lineRule="exact"/>
              <w:jc w:val="center"/>
            </w:pPr>
            <w:r>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348"/>
        </w:trPr>
        <w:tc>
          <w:tcPr>
            <w:tcW w:w="2256" w:type="dxa"/>
            <w:vMerge/>
          </w:tcPr>
          <w:p w:rsidR="005439BA" w:rsidRDefault="005439BA"/>
        </w:tc>
        <w:tc>
          <w:tcPr>
            <w:tcW w:w="4140" w:type="dxa"/>
            <w:tcMar>
              <w:left w:w="0" w:type="dxa"/>
              <w:right w:w="0" w:type="dxa"/>
            </w:tcMar>
          </w:tcPr>
          <w:p w:rsidR="005439BA" w:rsidRDefault="004B0D60">
            <w:pPr>
              <w:widowControl/>
              <w:autoSpaceDE w:val="0"/>
              <w:autoSpaceDN w:val="0"/>
              <w:spacing w:before="48" w:line="240" w:lineRule="exact"/>
              <w:ind w:left="56"/>
              <w:jc w:val="left"/>
            </w:pPr>
            <w:r>
              <w:rPr>
                <w:rFonts w:ascii="gU1TgTbe+SimSun" w:eastAsia="gU1TgTbe+SimSun" w:hAnsi="gU1TgTbe+SimSun"/>
                <w:color w:val="000000"/>
                <w:sz w:val="24"/>
              </w:rPr>
              <w:t>议论文集及内部刊物</w:t>
            </w:r>
            <w:r>
              <w:rPr>
                <w:rFonts w:ascii="901OcohL+SimSun" w:eastAsia="901OcohL+SimSun" w:hAnsi="901OcohL+SimSun"/>
                <w:color w:val="000000"/>
                <w:sz w:val="24"/>
              </w:rPr>
              <w:t xml:space="preserve"> </w:t>
            </w:r>
          </w:p>
        </w:tc>
        <w:tc>
          <w:tcPr>
            <w:tcW w:w="2256" w:type="dxa"/>
            <w:vMerge/>
          </w:tcPr>
          <w:p w:rsidR="005439BA" w:rsidRDefault="005439BA"/>
        </w:tc>
        <w:tc>
          <w:tcPr>
            <w:tcW w:w="2256" w:type="dxa"/>
            <w:vMerge/>
          </w:tcPr>
          <w:p w:rsidR="005439BA" w:rsidRDefault="005439BA"/>
        </w:tc>
      </w:tr>
    </w:tbl>
    <w:p w:rsidR="005439BA" w:rsidRDefault="004B0D60">
      <w:pPr>
        <w:widowControl/>
        <w:autoSpaceDE w:val="0"/>
        <w:autoSpaceDN w:val="0"/>
        <w:spacing w:before="86" w:line="240" w:lineRule="exact"/>
        <w:ind w:left="360"/>
        <w:jc w:val="left"/>
      </w:pPr>
      <w:r>
        <w:rPr>
          <w:rFonts w:ascii="gU1TgTbe+SimSun" w:eastAsia="gU1TgTbe+SimSun" w:hAnsi="gU1TgTbe+SimSun"/>
          <w:color w:val="000000"/>
          <w:sz w:val="24"/>
        </w:rPr>
        <w:t>注</w:t>
      </w:r>
      <w:r>
        <w:rPr>
          <w:rFonts w:ascii="901OcohL+SimSun" w:eastAsia="901OcohL+SimSun" w:hAnsi="901OcohL+SimSun"/>
          <w:color w:val="000000"/>
          <w:sz w:val="24"/>
        </w:rPr>
        <w:t>:</w:t>
      </w:r>
      <w:r>
        <w:rPr>
          <w:rFonts w:ascii="gU1TgTbe+SimSun" w:eastAsia="gU1TgTbe+SimSun" w:hAnsi="gU1TgTbe+SimSun"/>
          <w:color w:val="000000"/>
          <w:sz w:val="24"/>
        </w:rPr>
        <w:t>刊物分类参见学校科研处《西南财经大学核心期刊目录及期刊等级分类》</w:t>
      </w:r>
      <w:r>
        <w:rPr>
          <w:rFonts w:ascii="901OcohL+SimSun" w:eastAsia="901OcohL+SimSun" w:hAnsi="901OcohL+SimSun"/>
          <w:color w:val="000000"/>
          <w:sz w:val="24"/>
        </w:rPr>
        <w:t xml:space="preserve"> </w:t>
      </w:r>
    </w:p>
    <w:p w:rsidR="005439BA" w:rsidRDefault="004B0D60">
      <w:pPr>
        <w:widowControl/>
        <w:autoSpaceDE w:val="0"/>
        <w:autoSpaceDN w:val="0"/>
        <w:spacing w:before="146" w:after="42" w:line="240" w:lineRule="exact"/>
        <w:ind w:left="360"/>
        <w:jc w:val="left"/>
      </w:pPr>
      <w:r>
        <w:rPr>
          <w:rFonts w:ascii="gU1TgTbe+SimSun" w:eastAsia="gU1TgTbe+SimSun" w:hAnsi="gU1TgTbe+SimSun"/>
          <w:b/>
          <w:color w:val="000000"/>
          <w:sz w:val="24"/>
        </w:rPr>
        <w:t>（</w:t>
      </w:r>
      <w:r>
        <w:rPr>
          <w:rFonts w:ascii="901OcohL+SimSun" w:eastAsia="901OcohL+SimSun" w:hAnsi="901OcohL+SimSun"/>
          <w:b/>
          <w:color w:val="000000"/>
          <w:sz w:val="24"/>
        </w:rPr>
        <w:t>2</w:t>
      </w:r>
      <w:r>
        <w:rPr>
          <w:rFonts w:ascii="gU1TgTbe+SimSun" w:eastAsia="gU1TgTbe+SimSun" w:hAnsi="gU1TgTbe+SimSun"/>
          <w:b/>
          <w:color w:val="000000"/>
          <w:sz w:val="24"/>
        </w:rPr>
        <w:t>）有两个作者时</w:t>
      </w:r>
      <w:r>
        <w:rPr>
          <w:rFonts w:ascii="901OcohL+SimSun" w:eastAsia="901OcohL+SimSun" w:hAnsi="901OcohL+SimSun"/>
          <w:b/>
          <w:color w:val="000000"/>
          <w:sz w:val="24"/>
        </w:rPr>
        <w:t xml:space="preserve"> </w:t>
      </w:r>
    </w:p>
    <w:tbl>
      <w:tblPr>
        <w:tblW w:w="0" w:type="auto"/>
        <w:tblInd w:w="180" w:type="dxa"/>
        <w:tblLayout w:type="fixed"/>
        <w:tblLook w:val="04A0" w:firstRow="1" w:lastRow="0" w:firstColumn="1" w:lastColumn="0" w:noHBand="0" w:noVBand="1"/>
      </w:tblPr>
      <w:tblGrid>
        <w:gridCol w:w="580"/>
        <w:gridCol w:w="2900"/>
        <w:gridCol w:w="1320"/>
        <w:gridCol w:w="1160"/>
        <w:gridCol w:w="1360"/>
        <w:gridCol w:w="1280"/>
      </w:tblGrid>
      <w:tr w:rsidR="005439BA">
        <w:trPr>
          <w:trHeight w:hRule="exact" w:val="318"/>
        </w:trPr>
        <w:tc>
          <w:tcPr>
            <w:tcW w:w="580" w:type="dxa"/>
            <w:vMerge w:val="restart"/>
            <w:tcMar>
              <w:left w:w="0" w:type="dxa"/>
              <w:right w:w="0" w:type="dxa"/>
            </w:tcMar>
          </w:tcPr>
          <w:p w:rsidR="005439BA" w:rsidRDefault="004B0D60">
            <w:pPr>
              <w:widowControl/>
              <w:autoSpaceDE w:val="0"/>
              <w:autoSpaceDN w:val="0"/>
              <w:spacing w:before="1196" w:line="240" w:lineRule="exact"/>
              <w:ind w:left="180"/>
              <w:jc w:val="left"/>
            </w:pPr>
            <w:r>
              <w:rPr>
                <w:rFonts w:ascii="gU1TgTbe+SimSun" w:eastAsia="gU1TgTbe+SimSun" w:hAnsi="gU1TgTbe+SimSun"/>
                <w:color w:val="000000"/>
                <w:sz w:val="24"/>
              </w:rPr>
              <w:t>学</w:t>
            </w:r>
            <w:r>
              <w:rPr>
                <w:rFonts w:ascii="901OcohL+SimSun" w:eastAsia="901OcohL+SimSun" w:hAnsi="901OcohL+SimSun"/>
                <w:color w:val="000000"/>
                <w:sz w:val="24"/>
              </w:rPr>
              <w:t xml:space="preserve"> </w:t>
            </w:r>
          </w:p>
        </w:tc>
        <w:tc>
          <w:tcPr>
            <w:tcW w:w="2900" w:type="dxa"/>
            <w:vMerge w:val="restart"/>
            <w:tcMar>
              <w:left w:w="0" w:type="dxa"/>
              <w:right w:w="0" w:type="dxa"/>
            </w:tcMar>
          </w:tcPr>
          <w:p w:rsidR="005439BA" w:rsidRDefault="004B0D60">
            <w:pPr>
              <w:widowControl/>
              <w:autoSpaceDE w:val="0"/>
              <w:autoSpaceDN w:val="0"/>
              <w:spacing w:before="198" w:line="240" w:lineRule="exact"/>
              <w:ind w:left="1456"/>
              <w:jc w:val="left"/>
            </w:pPr>
            <w:r>
              <w:rPr>
                <w:rFonts w:ascii="gU1TgTbe+SimSun" w:eastAsia="gU1TgTbe+SimSun" w:hAnsi="gU1TgTbe+SimSun"/>
                <w:color w:val="000000"/>
                <w:sz w:val="24"/>
              </w:rPr>
              <w:t>类别和等级</w:t>
            </w:r>
            <w:r>
              <w:rPr>
                <w:rFonts w:ascii="901OcohL+SimSun" w:eastAsia="901OcohL+SimSun" w:hAnsi="901OcohL+SimSun"/>
                <w:color w:val="000000"/>
                <w:sz w:val="24"/>
              </w:rPr>
              <w:t xml:space="preserve"> </w:t>
            </w:r>
          </w:p>
        </w:tc>
        <w:tc>
          <w:tcPr>
            <w:tcW w:w="1320" w:type="dxa"/>
            <w:vMerge w:val="restart"/>
            <w:tcMar>
              <w:left w:w="0" w:type="dxa"/>
              <w:right w:w="0" w:type="dxa"/>
            </w:tcMar>
          </w:tcPr>
          <w:p w:rsidR="005439BA" w:rsidRDefault="004B0D60">
            <w:pPr>
              <w:widowControl/>
              <w:autoSpaceDE w:val="0"/>
              <w:autoSpaceDN w:val="0"/>
              <w:spacing w:before="740" w:line="240" w:lineRule="exact"/>
              <w:jc w:val="center"/>
            </w:pPr>
            <w:r>
              <w:rPr>
                <w:rFonts w:ascii="gU1TgTbe+SimSun" w:eastAsia="gU1TgTbe+SimSun" w:hAnsi="gU1TgTbe+SimSun"/>
                <w:color w:val="000000"/>
                <w:sz w:val="24"/>
              </w:rPr>
              <w:t>第一作者</w:t>
            </w:r>
            <w:r>
              <w:rPr>
                <w:rFonts w:ascii="901OcohL+SimSun" w:eastAsia="901OcohL+SimSun" w:hAnsi="901OcohL+SimSun"/>
                <w:color w:val="000000"/>
                <w:sz w:val="24"/>
              </w:rPr>
              <w:t xml:space="preserve"> </w:t>
            </w:r>
          </w:p>
        </w:tc>
        <w:tc>
          <w:tcPr>
            <w:tcW w:w="1160" w:type="dxa"/>
            <w:tcMar>
              <w:left w:w="0" w:type="dxa"/>
              <w:right w:w="0" w:type="dxa"/>
            </w:tcMar>
          </w:tcPr>
          <w:p w:rsidR="005439BA" w:rsidRDefault="004B0D60">
            <w:pPr>
              <w:widowControl/>
              <w:autoSpaceDE w:val="0"/>
              <w:autoSpaceDN w:val="0"/>
              <w:spacing w:before="42" w:line="240" w:lineRule="exact"/>
              <w:ind w:left="152"/>
              <w:jc w:val="left"/>
            </w:pPr>
            <w:r>
              <w:rPr>
                <w:rFonts w:ascii="gU1TgTbe+SimSun" w:eastAsia="gU1TgTbe+SimSun" w:hAnsi="gU1TgTbe+SimSun"/>
                <w:color w:val="000000"/>
                <w:sz w:val="24"/>
              </w:rPr>
              <w:t>计入课</w:t>
            </w:r>
          </w:p>
        </w:tc>
        <w:tc>
          <w:tcPr>
            <w:tcW w:w="1360" w:type="dxa"/>
            <w:vMerge w:val="restart"/>
            <w:tcMar>
              <w:left w:w="0" w:type="dxa"/>
              <w:right w:w="0" w:type="dxa"/>
            </w:tcMar>
          </w:tcPr>
          <w:p w:rsidR="005439BA" w:rsidRDefault="004B0D60">
            <w:pPr>
              <w:widowControl/>
              <w:autoSpaceDE w:val="0"/>
              <w:autoSpaceDN w:val="0"/>
              <w:spacing w:before="740" w:line="240" w:lineRule="exact"/>
              <w:jc w:val="center"/>
            </w:pPr>
            <w:r>
              <w:rPr>
                <w:rFonts w:ascii="gU1TgTbe+SimSun" w:eastAsia="gU1TgTbe+SimSun" w:hAnsi="gU1TgTbe+SimSun"/>
                <w:color w:val="000000"/>
                <w:sz w:val="24"/>
              </w:rPr>
              <w:t>第二作者</w:t>
            </w:r>
            <w:r>
              <w:rPr>
                <w:rFonts w:ascii="901OcohL+SimSun" w:eastAsia="901OcohL+SimSun" w:hAnsi="901OcohL+SimSun"/>
                <w:color w:val="000000"/>
                <w:sz w:val="24"/>
              </w:rPr>
              <w:t xml:space="preserve"> </w:t>
            </w:r>
          </w:p>
        </w:tc>
        <w:tc>
          <w:tcPr>
            <w:tcW w:w="1280" w:type="dxa"/>
            <w:tcMar>
              <w:left w:w="0" w:type="dxa"/>
              <w:right w:w="0" w:type="dxa"/>
            </w:tcMar>
          </w:tcPr>
          <w:p w:rsidR="005439BA" w:rsidRDefault="004B0D60">
            <w:pPr>
              <w:widowControl/>
              <w:autoSpaceDE w:val="0"/>
              <w:autoSpaceDN w:val="0"/>
              <w:spacing w:before="42" w:line="240" w:lineRule="exact"/>
              <w:ind w:left="186"/>
              <w:jc w:val="left"/>
            </w:pPr>
            <w:r>
              <w:rPr>
                <w:rFonts w:ascii="gU1TgTbe+SimSun" w:eastAsia="gU1TgTbe+SimSun" w:hAnsi="gU1TgTbe+SimSun"/>
                <w:color w:val="000000"/>
                <w:sz w:val="24"/>
              </w:rPr>
              <w:t>计入课</w:t>
            </w:r>
          </w:p>
        </w:tc>
      </w:tr>
      <w:tr w:rsidR="005439BA">
        <w:trPr>
          <w:trHeight w:hRule="exact" w:val="260"/>
        </w:trPr>
        <w:tc>
          <w:tcPr>
            <w:tcW w:w="1504" w:type="dxa"/>
            <w:vMerge/>
          </w:tcPr>
          <w:p w:rsidR="005439BA" w:rsidRDefault="005439BA"/>
        </w:tc>
        <w:tc>
          <w:tcPr>
            <w:tcW w:w="1504" w:type="dxa"/>
            <w:vMerge/>
          </w:tcPr>
          <w:p w:rsidR="005439BA" w:rsidRDefault="005439BA"/>
        </w:tc>
        <w:tc>
          <w:tcPr>
            <w:tcW w:w="1504" w:type="dxa"/>
            <w:vMerge/>
          </w:tcPr>
          <w:p w:rsidR="005439BA" w:rsidRDefault="005439BA"/>
        </w:tc>
        <w:tc>
          <w:tcPr>
            <w:tcW w:w="1160" w:type="dxa"/>
            <w:tcMar>
              <w:left w:w="0" w:type="dxa"/>
              <w:right w:w="0" w:type="dxa"/>
            </w:tcMar>
          </w:tcPr>
          <w:p w:rsidR="005439BA" w:rsidRDefault="004B0D60">
            <w:pPr>
              <w:widowControl/>
              <w:autoSpaceDE w:val="0"/>
              <w:autoSpaceDN w:val="0"/>
              <w:spacing w:before="20" w:line="240" w:lineRule="exact"/>
              <w:jc w:val="center"/>
            </w:pPr>
            <w:r>
              <w:rPr>
                <w:rFonts w:ascii="gU1TgTbe+SimSun" w:eastAsia="gU1TgTbe+SimSun" w:hAnsi="gU1TgTbe+SimSun"/>
                <w:color w:val="000000"/>
                <w:sz w:val="24"/>
              </w:rPr>
              <w:t>时数</w:t>
            </w:r>
            <w:r>
              <w:rPr>
                <w:rFonts w:ascii="901OcohL+SimSun" w:eastAsia="901OcohL+SimSun" w:hAnsi="901OcohL+SimSun"/>
                <w:color w:val="000000"/>
                <w:sz w:val="24"/>
              </w:rPr>
              <w:t xml:space="preserve"> </w:t>
            </w:r>
          </w:p>
        </w:tc>
        <w:tc>
          <w:tcPr>
            <w:tcW w:w="1504" w:type="dxa"/>
            <w:vMerge/>
          </w:tcPr>
          <w:p w:rsidR="005439BA" w:rsidRDefault="005439BA"/>
        </w:tc>
        <w:tc>
          <w:tcPr>
            <w:tcW w:w="1280" w:type="dxa"/>
            <w:tcMar>
              <w:left w:w="0" w:type="dxa"/>
              <w:right w:w="0" w:type="dxa"/>
            </w:tcMar>
          </w:tcPr>
          <w:p w:rsidR="005439BA" w:rsidRDefault="004B0D60">
            <w:pPr>
              <w:widowControl/>
              <w:autoSpaceDE w:val="0"/>
              <w:autoSpaceDN w:val="0"/>
              <w:spacing w:before="20" w:line="240" w:lineRule="exact"/>
              <w:jc w:val="center"/>
            </w:pPr>
            <w:r>
              <w:rPr>
                <w:rFonts w:ascii="gU1TgTbe+SimSun" w:eastAsia="gU1TgTbe+SimSun" w:hAnsi="gU1TgTbe+SimSun"/>
                <w:color w:val="000000"/>
                <w:sz w:val="24"/>
              </w:rPr>
              <w:t>时数</w:t>
            </w:r>
            <w:r>
              <w:rPr>
                <w:rFonts w:ascii="901OcohL+SimSun" w:eastAsia="901OcohL+SimSun" w:hAnsi="901OcohL+SimSun"/>
                <w:color w:val="000000"/>
                <w:sz w:val="24"/>
              </w:rPr>
              <w:t xml:space="preserve"> </w:t>
            </w:r>
          </w:p>
        </w:tc>
      </w:tr>
      <w:tr w:rsidR="005439BA">
        <w:trPr>
          <w:trHeight w:hRule="exact" w:val="500"/>
        </w:trPr>
        <w:tc>
          <w:tcPr>
            <w:tcW w:w="1504" w:type="dxa"/>
            <w:vMerge/>
          </w:tcPr>
          <w:p w:rsidR="005439BA" w:rsidRDefault="005439BA"/>
        </w:tc>
        <w:tc>
          <w:tcPr>
            <w:tcW w:w="2900" w:type="dxa"/>
            <w:tcMar>
              <w:left w:w="0" w:type="dxa"/>
              <w:right w:w="0" w:type="dxa"/>
            </w:tcMar>
          </w:tcPr>
          <w:p w:rsidR="005439BA" w:rsidRDefault="004B0D60">
            <w:pPr>
              <w:widowControl/>
              <w:autoSpaceDE w:val="0"/>
              <w:autoSpaceDN w:val="0"/>
              <w:spacing w:before="162" w:line="240" w:lineRule="exact"/>
              <w:jc w:val="center"/>
            </w:pPr>
            <w:r>
              <w:rPr>
                <w:rFonts w:ascii="901OcohL+SimSun" w:eastAsia="901OcohL+SimSun" w:hAnsi="901OcohL+SimSun"/>
                <w:color w:val="000000"/>
                <w:sz w:val="24"/>
              </w:rPr>
              <w:t>A</w:t>
            </w:r>
            <w:r w:rsidR="00B42582">
              <w:rPr>
                <w:rFonts w:ascii="901OcohL+SimSun" w:eastAsia="901OcohL+SimSun" w:hAnsi="901OcohL+SimSun"/>
                <w:color w:val="000000"/>
                <w:sz w:val="24"/>
              </w:rPr>
              <w:t>+</w:t>
            </w:r>
            <w:r>
              <w:rPr>
                <w:rFonts w:ascii="gU1TgTbe+SimSun" w:eastAsia="gU1TgTbe+SimSun" w:hAnsi="gU1TgTbe+SimSun"/>
                <w:color w:val="000000"/>
                <w:sz w:val="24"/>
              </w:rPr>
              <w:t>级核心期刊</w:t>
            </w:r>
            <w:r>
              <w:rPr>
                <w:rFonts w:ascii="901OcohL+SimSun" w:eastAsia="901OcohL+SimSun" w:hAnsi="901OcohL+SimSun"/>
                <w:color w:val="000000"/>
                <w:sz w:val="24"/>
              </w:rPr>
              <w:t xml:space="preserve"> </w:t>
            </w:r>
          </w:p>
        </w:tc>
        <w:tc>
          <w:tcPr>
            <w:tcW w:w="1504" w:type="dxa"/>
            <w:vMerge/>
          </w:tcPr>
          <w:p w:rsidR="005439BA" w:rsidRDefault="005439BA"/>
        </w:tc>
        <w:tc>
          <w:tcPr>
            <w:tcW w:w="1160" w:type="dxa"/>
            <w:tcMar>
              <w:left w:w="0" w:type="dxa"/>
              <w:right w:w="0" w:type="dxa"/>
            </w:tcMar>
          </w:tcPr>
          <w:p w:rsidR="005439BA" w:rsidRDefault="004B0D60">
            <w:pPr>
              <w:widowControl/>
              <w:autoSpaceDE w:val="0"/>
              <w:autoSpaceDN w:val="0"/>
              <w:spacing w:before="162" w:line="240" w:lineRule="exact"/>
              <w:jc w:val="center"/>
            </w:pPr>
            <w:r>
              <w:rPr>
                <w:rFonts w:ascii="901OcohL+SimSun" w:eastAsia="901OcohL+SimSun" w:hAnsi="901OcohL+SimSun"/>
                <w:color w:val="000000"/>
                <w:sz w:val="24"/>
              </w:rPr>
              <w:t>20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c>
          <w:tcPr>
            <w:tcW w:w="1504" w:type="dxa"/>
            <w:vMerge/>
          </w:tcPr>
          <w:p w:rsidR="005439BA" w:rsidRDefault="005439BA"/>
        </w:tc>
        <w:tc>
          <w:tcPr>
            <w:tcW w:w="1280" w:type="dxa"/>
            <w:tcMar>
              <w:left w:w="0" w:type="dxa"/>
              <w:right w:w="0" w:type="dxa"/>
            </w:tcMar>
          </w:tcPr>
          <w:p w:rsidR="005439BA" w:rsidRDefault="004B0D60">
            <w:pPr>
              <w:widowControl/>
              <w:autoSpaceDE w:val="0"/>
              <w:autoSpaceDN w:val="0"/>
              <w:spacing w:before="162" w:line="240" w:lineRule="exact"/>
              <w:jc w:val="center"/>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380"/>
        </w:trPr>
        <w:tc>
          <w:tcPr>
            <w:tcW w:w="1504" w:type="dxa"/>
            <w:vMerge/>
          </w:tcPr>
          <w:p w:rsidR="005439BA" w:rsidRDefault="005439BA"/>
        </w:tc>
        <w:tc>
          <w:tcPr>
            <w:tcW w:w="2900" w:type="dxa"/>
            <w:tcMar>
              <w:left w:w="0" w:type="dxa"/>
              <w:right w:w="0" w:type="dxa"/>
            </w:tcMar>
          </w:tcPr>
          <w:p w:rsidR="005439BA" w:rsidRDefault="00B42582">
            <w:pPr>
              <w:widowControl/>
              <w:autoSpaceDE w:val="0"/>
              <w:autoSpaceDN w:val="0"/>
              <w:spacing w:before="114" w:line="240" w:lineRule="exact"/>
              <w:jc w:val="center"/>
            </w:pPr>
            <w:r>
              <w:rPr>
                <w:rFonts w:ascii="901OcohL+SimSun" w:eastAsia="901OcohL+SimSun" w:hAnsi="901OcohL+SimSun"/>
                <w:color w:val="000000"/>
                <w:sz w:val="24"/>
              </w:rPr>
              <w:t>A</w:t>
            </w:r>
            <w:r w:rsidR="004B0D60">
              <w:rPr>
                <w:rFonts w:ascii="gU1TgTbe+SimSun" w:eastAsia="gU1TgTbe+SimSun" w:hAnsi="gU1TgTbe+SimSun"/>
                <w:color w:val="000000"/>
                <w:sz w:val="24"/>
              </w:rPr>
              <w:t>级核心期刊</w:t>
            </w:r>
            <w:r w:rsidR="004B0D60">
              <w:rPr>
                <w:rFonts w:ascii="901OcohL+SimSun" w:eastAsia="901OcohL+SimSun" w:hAnsi="901OcohL+SimSun"/>
                <w:color w:val="000000"/>
                <w:sz w:val="24"/>
              </w:rPr>
              <w:t xml:space="preserve"> </w:t>
            </w:r>
          </w:p>
        </w:tc>
        <w:tc>
          <w:tcPr>
            <w:tcW w:w="1320" w:type="dxa"/>
            <w:tcMar>
              <w:left w:w="0" w:type="dxa"/>
              <w:right w:w="0" w:type="dxa"/>
            </w:tcMar>
          </w:tcPr>
          <w:p w:rsidR="005439BA" w:rsidRDefault="004B0D60">
            <w:pPr>
              <w:widowControl/>
              <w:autoSpaceDE w:val="0"/>
              <w:autoSpaceDN w:val="0"/>
              <w:spacing w:before="114" w:line="240" w:lineRule="exact"/>
              <w:jc w:val="center"/>
            </w:pPr>
            <w:r>
              <w:rPr>
                <w:rFonts w:ascii="gU1TgTbe+SimSun" w:eastAsia="gU1TgTbe+SimSun" w:hAnsi="gU1TgTbe+SimSun"/>
                <w:color w:val="000000"/>
                <w:sz w:val="24"/>
              </w:rPr>
              <w:t>第一作者</w:t>
            </w:r>
            <w:r>
              <w:rPr>
                <w:rFonts w:ascii="901OcohL+SimSun" w:eastAsia="901OcohL+SimSun" w:hAnsi="901OcohL+SimSun"/>
                <w:color w:val="000000"/>
                <w:sz w:val="24"/>
              </w:rPr>
              <w:t xml:space="preserve"> </w:t>
            </w:r>
          </w:p>
        </w:tc>
        <w:tc>
          <w:tcPr>
            <w:tcW w:w="1160" w:type="dxa"/>
            <w:tcMar>
              <w:left w:w="0" w:type="dxa"/>
              <w:right w:w="0" w:type="dxa"/>
            </w:tcMar>
          </w:tcPr>
          <w:p w:rsidR="005439BA" w:rsidRDefault="004B0D60">
            <w:pPr>
              <w:widowControl/>
              <w:autoSpaceDE w:val="0"/>
              <w:autoSpaceDN w:val="0"/>
              <w:spacing w:before="114" w:line="240" w:lineRule="exact"/>
              <w:jc w:val="center"/>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c>
          <w:tcPr>
            <w:tcW w:w="1360" w:type="dxa"/>
            <w:tcMar>
              <w:left w:w="0" w:type="dxa"/>
              <w:right w:w="0" w:type="dxa"/>
            </w:tcMar>
          </w:tcPr>
          <w:p w:rsidR="005439BA" w:rsidRDefault="004B0D60">
            <w:pPr>
              <w:widowControl/>
              <w:autoSpaceDE w:val="0"/>
              <w:autoSpaceDN w:val="0"/>
              <w:spacing w:before="114" w:line="240" w:lineRule="exact"/>
              <w:jc w:val="center"/>
            </w:pPr>
            <w:r>
              <w:rPr>
                <w:rFonts w:ascii="gU1TgTbe+SimSun" w:eastAsia="gU1TgTbe+SimSun" w:hAnsi="gU1TgTbe+SimSun"/>
                <w:color w:val="000000"/>
                <w:sz w:val="24"/>
              </w:rPr>
              <w:t>第二作者</w:t>
            </w:r>
            <w:r>
              <w:rPr>
                <w:rFonts w:ascii="901OcohL+SimSun" w:eastAsia="901OcohL+SimSun" w:hAnsi="901OcohL+SimSun"/>
                <w:color w:val="000000"/>
                <w:sz w:val="24"/>
              </w:rPr>
              <w:t xml:space="preserve"> </w:t>
            </w:r>
          </w:p>
        </w:tc>
        <w:tc>
          <w:tcPr>
            <w:tcW w:w="1280" w:type="dxa"/>
            <w:tcMar>
              <w:left w:w="0" w:type="dxa"/>
              <w:right w:w="0" w:type="dxa"/>
            </w:tcMar>
          </w:tcPr>
          <w:p w:rsidR="005439BA" w:rsidRDefault="004B0D60">
            <w:pPr>
              <w:widowControl/>
              <w:autoSpaceDE w:val="0"/>
              <w:autoSpaceDN w:val="0"/>
              <w:spacing w:before="114" w:line="240" w:lineRule="exact"/>
              <w:jc w:val="center"/>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320"/>
        </w:trPr>
        <w:tc>
          <w:tcPr>
            <w:tcW w:w="580" w:type="dxa"/>
            <w:tcMar>
              <w:left w:w="0" w:type="dxa"/>
              <w:right w:w="0" w:type="dxa"/>
            </w:tcMar>
          </w:tcPr>
          <w:p w:rsidR="005439BA" w:rsidRDefault="004B0D60">
            <w:pPr>
              <w:widowControl/>
              <w:autoSpaceDE w:val="0"/>
              <w:autoSpaceDN w:val="0"/>
              <w:spacing w:before="50" w:line="240" w:lineRule="exact"/>
              <w:ind w:left="180"/>
              <w:jc w:val="left"/>
            </w:pPr>
            <w:r>
              <w:rPr>
                <w:rFonts w:ascii="gU1TgTbe+SimSun" w:eastAsia="gU1TgTbe+SimSun" w:hAnsi="gU1TgTbe+SimSun"/>
                <w:color w:val="000000"/>
                <w:sz w:val="24"/>
              </w:rPr>
              <w:t>术</w:t>
            </w:r>
            <w:r>
              <w:rPr>
                <w:rFonts w:ascii="901OcohL+SimSun" w:eastAsia="901OcohL+SimSun" w:hAnsi="901OcohL+SimSun"/>
                <w:color w:val="000000"/>
                <w:sz w:val="24"/>
              </w:rPr>
              <w:t xml:space="preserve"> </w:t>
            </w:r>
          </w:p>
        </w:tc>
        <w:tc>
          <w:tcPr>
            <w:tcW w:w="2900" w:type="dxa"/>
            <w:vMerge w:val="restart"/>
            <w:tcMar>
              <w:left w:w="0" w:type="dxa"/>
              <w:right w:w="0" w:type="dxa"/>
            </w:tcMar>
          </w:tcPr>
          <w:p w:rsidR="005439BA" w:rsidRDefault="00B42582">
            <w:pPr>
              <w:widowControl/>
              <w:autoSpaceDE w:val="0"/>
              <w:autoSpaceDN w:val="0"/>
              <w:spacing w:before="188" w:line="240" w:lineRule="exact"/>
              <w:jc w:val="center"/>
            </w:pPr>
            <w:r>
              <w:rPr>
                <w:rFonts w:ascii="901OcohL+SimSun" w:eastAsia="901OcohL+SimSun" w:hAnsi="901OcohL+SimSun"/>
                <w:color w:val="000000"/>
                <w:sz w:val="24"/>
              </w:rPr>
              <w:t>B</w:t>
            </w:r>
            <w:r w:rsidR="004B0D60">
              <w:rPr>
                <w:rFonts w:ascii="gU1TgTbe+SimSun" w:eastAsia="gU1TgTbe+SimSun" w:hAnsi="gU1TgTbe+SimSun"/>
                <w:color w:val="000000"/>
                <w:sz w:val="24"/>
              </w:rPr>
              <w:t>级核心期刊</w:t>
            </w:r>
            <w:r w:rsidR="004B0D60">
              <w:rPr>
                <w:rFonts w:ascii="901OcohL+SimSun" w:eastAsia="901OcohL+SimSun" w:hAnsi="901OcohL+SimSun"/>
                <w:color w:val="000000"/>
                <w:sz w:val="24"/>
              </w:rPr>
              <w:t xml:space="preserve"> </w:t>
            </w:r>
          </w:p>
        </w:tc>
        <w:tc>
          <w:tcPr>
            <w:tcW w:w="1320" w:type="dxa"/>
            <w:vMerge w:val="restart"/>
            <w:tcMar>
              <w:left w:w="0" w:type="dxa"/>
              <w:right w:w="0" w:type="dxa"/>
            </w:tcMar>
          </w:tcPr>
          <w:p w:rsidR="005439BA" w:rsidRDefault="004B0D60">
            <w:pPr>
              <w:widowControl/>
              <w:autoSpaceDE w:val="0"/>
              <w:autoSpaceDN w:val="0"/>
              <w:spacing w:before="188" w:line="240" w:lineRule="exact"/>
              <w:jc w:val="center"/>
            </w:pPr>
            <w:r>
              <w:rPr>
                <w:rFonts w:ascii="gU1TgTbe+SimSun" w:eastAsia="gU1TgTbe+SimSun" w:hAnsi="gU1TgTbe+SimSun"/>
                <w:color w:val="000000"/>
                <w:sz w:val="24"/>
              </w:rPr>
              <w:t>第一作者</w:t>
            </w:r>
            <w:r>
              <w:rPr>
                <w:rFonts w:ascii="901OcohL+SimSun" w:eastAsia="901OcohL+SimSun" w:hAnsi="901OcohL+SimSun"/>
                <w:color w:val="000000"/>
                <w:sz w:val="24"/>
              </w:rPr>
              <w:t xml:space="preserve"> </w:t>
            </w:r>
          </w:p>
        </w:tc>
        <w:tc>
          <w:tcPr>
            <w:tcW w:w="1160" w:type="dxa"/>
            <w:vMerge w:val="restart"/>
            <w:tcMar>
              <w:left w:w="0" w:type="dxa"/>
              <w:right w:w="0" w:type="dxa"/>
            </w:tcMar>
          </w:tcPr>
          <w:p w:rsidR="005439BA" w:rsidRDefault="004B0D60">
            <w:pPr>
              <w:widowControl/>
              <w:autoSpaceDE w:val="0"/>
              <w:autoSpaceDN w:val="0"/>
              <w:spacing w:before="188" w:line="240" w:lineRule="exact"/>
              <w:jc w:val="center"/>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c>
          <w:tcPr>
            <w:tcW w:w="1360" w:type="dxa"/>
            <w:vMerge w:val="restart"/>
            <w:tcMar>
              <w:left w:w="0" w:type="dxa"/>
              <w:right w:w="0" w:type="dxa"/>
            </w:tcMar>
          </w:tcPr>
          <w:p w:rsidR="005439BA" w:rsidRDefault="004B0D60">
            <w:pPr>
              <w:widowControl/>
              <w:autoSpaceDE w:val="0"/>
              <w:autoSpaceDN w:val="0"/>
              <w:spacing w:before="188" w:line="240" w:lineRule="exact"/>
              <w:jc w:val="center"/>
            </w:pPr>
            <w:r>
              <w:rPr>
                <w:rFonts w:ascii="gU1TgTbe+SimSun" w:eastAsia="gU1TgTbe+SimSun" w:hAnsi="gU1TgTbe+SimSun"/>
                <w:color w:val="000000"/>
                <w:sz w:val="24"/>
              </w:rPr>
              <w:t>第二作者</w:t>
            </w:r>
            <w:r>
              <w:rPr>
                <w:rFonts w:ascii="901OcohL+SimSun" w:eastAsia="901OcohL+SimSun" w:hAnsi="901OcohL+SimSun"/>
                <w:color w:val="000000"/>
                <w:sz w:val="24"/>
              </w:rPr>
              <w:t xml:space="preserve"> </w:t>
            </w:r>
          </w:p>
        </w:tc>
        <w:tc>
          <w:tcPr>
            <w:tcW w:w="1280" w:type="dxa"/>
            <w:vMerge w:val="restart"/>
            <w:tcMar>
              <w:left w:w="0" w:type="dxa"/>
              <w:right w:w="0" w:type="dxa"/>
            </w:tcMar>
          </w:tcPr>
          <w:p w:rsidR="005439BA" w:rsidRDefault="004B0D60">
            <w:pPr>
              <w:widowControl/>
              <w:autoSpaceDE w:val="0"/>
              <w:autoSpaceDN w:val="0"/>
              <w:spacing w:before="188" w:line="240" w:lineRule="exact"/>
              <w:jc w:val="center"/>
            </w:pPr>
            <w:r>
              <w:rPr>
                <w:rFonts w:ascii="901OcohL+SimSun" w:eastAsia="901OcohL+SimSun" w:hAnsi="901OcohL+SimSun"/>
                <w:color w:val="000000"/>
                <w:sz w:val="24"/>
              </w:rPr>
              <w:t>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180"/>
        </w:trPr>
        <w:tc>
          <w:tcPr>
            <w:tcW w:w="580" w:type="dxa"/>
            <w:vMerge w:val="restart"/>
            <w:tcMar>
              <w:left w:w="0" w:type="dxa"/>
              <w:right w:w="0" w:type="dxa"/>
            </w:tcMar>
          </w:tcPr>
          <w:p w:rsidR="005439BA" w:rsidRDefault="004B0D60">
            <w:pPr>
              <w:widowControl/>
              <w:autoSpaceDE w:val="0"/>
              <w:autoSpaceDN w:val="0"/>
              <w:spacing w:before="42" w:line="240" w:lineRule="exact"/>
              <w:ind w:left="180"/>
              <w:jc w:val="left"/>
            </w:pPr>
            <w:r>
              <w:rPr>
                <w:rFonts w:ascii="gU1TgTbe+SimSun" w:eastAsia="gU1TgTbe+SimSun" w:hAnsi="gU1TgTbe+SimSun"/>
                <w:color w:val="000000"/>
                <w:sz w:val="24"/>
              </w:rPr>
              <w:t>论</w:t>
            </w:r>
            <w:r>
              <w:rPr>
                <w:rFonts w:ascii="901OcohL+SimSun" w:eastAsia="901OcohL+SimSun" w:hAnsi="901OcohL+SimSun"/>
                <w:color w:val="000000"/>
                <w:sz w:val="24"/>
              </w:rPr>
              <w:t xml:space="preserve"> </w:t>
            </w:r>
          </w:p>
        </w:tc>
        <w:tc>
          <w:tcPr>
            <w:tcW w:w="1504" w:type="dxa"/>
            <w:vMerge/>
          </w:tcPr>
          <w:p w:rsidR="005439BA" w:rsidRDefault="005439BA"/>
        </w:tc>
        <w:tc>
          <w:tcPr>
            <w:tcW w:w="1504" w:type="dxa"/>
            <w:vMerge/>
          </w:tcPr>
          <w:p w:rsidR="005439BA" w:rsidRDefault="005439BA"/>
        </w:tc>
        <w:tc>
          <w:tcPr>
            <w:tcW w:w="1504" w:type="dxa"/>
            <w:vMerge/>
          </w:tcPr>
          <w:p w:rsidR="005439BA" w:rsidRDefault="005439BA"/>
        </w:tc>
        <w:tc>
          <w:tcPr>
            <w:tcW w:w="1504" w:type="dxa"/>
            <w:vMerge/>
          </w:tcPr>
          <w:p w:rsidR="005439BA" w:rsidRDefault="005439BA"/>
        </w:tc>
        <w:tc>
          <w:tcPr>
            <w:tcW w:w="1504" w:type="dxa"/>
            <w:vMerge/>
          </w:tcPr>
          <w:p w:rsidR="005439BA" w:rsidRDefault="005439BA"/>
        </w:tc>
      </w:tr>
      <w:tr w:rsidR="005439BA">
        <w:trPr>
          <w:trHeight w:hRule="exact" w:val="138"/>
        </w:trPr>
        <w:tc>
          <w:tcPr>
            <w:tcW w:w="1504" w:type="dxa"/>
            <w:vMerge/>
          </w:tcPr>
          <w:p w:rsidR="005439BA" w:rsidRDefault="005439BA"/>
        </w:tc>
        <w:tc>
          <w:tcPr>
            <w:tcW w:w="2900" w:type="dxa"/>
            <w:vMerge w:val="restart"/>
            <w:tcMar>
              <w:left w:w="0" w:type="dxa"/>
              <w:right w:w="0" w:type="dxa"/>
            </w:tcMar>
          </w:tcPr>
          <w:p w:rsidR="005439BA" w:rsidRDefault="00B42582">
            <w:pPr>
              <w:widowControl/>
              <w:autoSpaceDE w:val="0"/>
              <w:autoSpaceDN w:val="0"/>
              <w:spacing w:before="74" w:line="240" w:lineRule="exact"/>
              <w:ind w:left="56"/>
              <w:jc w:val="left"/>
            </w:pPr>
            <w:r>
              <w:rPr>
                <w:rFonts w:ascii="901OcohL+SimSun" w:eastAsia="901OcohL+SimSun" w:hAnsi="901OcohL+SimSun"/>
                <w:color w:val="000000"/>
                <w:sz w:val="24"/>
              </w:rPr>
              <w:t>B</w:t>
            </w:r>
            <w:r w:rsidR="004B0D60">
              <w:rPr>
                <w:rFonts w:ascii="gU1TgTbe+SimSun" w:eastAsia="gU1TgTbe+SimSun" w:hAnsi="gU1TgTbe+SimSun"/>
                <w:color w:val="000000"/>
                <w:sz w:val="24"/>
              </w:rPr>
              <w:t>级以下其他正式核心刊</w:t>
            </w:r>
          </w:p>
        </w:tc>
        <w:tc>
          <w:tcPr>
            <w:tcW w:w="1320" w:type="dxa"/>
            <w:vMerge w:val="restart"/>
            <w:tcMar>
              <w:left w:w="0" w:type="dxa"/>
              <w:right w:w="0" w:type="dxa"/>
            </w:tcMar>
          </w:tcPr>
          <w:p w:rsidR="005439BA" w:rsidRDefault="004B0D60">
            <w:pPr>
              <w:widowControl/>
              <w:autoSpaceDE w:val="0"/>
              <w:autoSpaceDN w:val="0"/>
              <w:spacing w:before="386" w:line="240" w:lineRule="exact"/>
              <w:jc w:val="center"/>
            </w:pPr>
            <w:r>
              <w:rPr>
                <w:rFonts w:ascii="gU1TgTbe+SimSun" w:eastAsia="gU1TgTbe+SimSun" w:hAnsi="gU1TgTbe+SimSun"/>
                <w:color w:val="000000"/>
                <w:sz w:val="24"/>
              </w:rPr>
              <w:t>第一作者</w:t>
            </w:r>
            <w:r>
              <w:rPr>
                <w:rFonts w:ascii="901OcohL+SimSun" w:eastAsia="901OcohL+SimSun" w:hAnsi="901OcohL+SimSun"/>
                <w:color w:val="000000"/>
                <w:sz w:val="24"/>
              </w:rPr>
              <w:t xml:space="preserve"> </w:t>
            </w:r>
          </w:p>
        </w:tc>
        <w:tc>
          <w:tcPr>
            <w:tcW w:w="1160" w:type="dxa"/>
            <w:vMerge w:val="restart"/>
            <w:tcMar>
              <w:left w:w="0" w:type="dxa"/>
              <w:right w:w="0" w:type="dxa"/>
            </w:tcMar>
          </w:tcPr>
          <w:p w:rsidR="005439BA" w:rsidRDefault="004B0D60">
            <w:pPr>
              <w:widowControl/>
              <w:autoSpaceDE w:val="0"/>
              <w:autoSpaceDN w:val="0"/>
              <w:spacing w:before="386" w:line="240" w:lineRule="exact"/>
              <w:jc w:val="center"/>
            </w:pPr>
            <w:r>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c>
          <w:tcPr>
            <w:tcW w:w="1360" w:type="dxa"/>
            <w:vMerge w:val="restart"/>
            <w:tcMar>
              <w:left w:w="0" w:type="dxa"/>
              <w:right w:w="0" w:type="dxa"/>
            </w:tcMar>
          </w:tcPr>
          <w:p w:rsidR="005439BA" w:rsidRDefault="004B0D60">
            <w:pPr>
              <w:widowControl/>
              <w:autoSpaceDE w:val="0"/>
              <w:autoSpaceDN w:val="0"/>
              <w:spacing w:before="386" w:line="240" w:lineRule="exact"/>
              <w:jc w:val="center"/>
            </w:pPr>
            <w:r>
              <w:rPr>
                <w:rFonts w:ascii="gU1TgTbe+SimSun" w:eastAsia="gU1TgTbe+SimSun" w:hAnsi="gU1TgTbe+SimSun"/>
                <w:color w:val="000000"/>
                <w:sz w:val="24"/>
              </w:rPr>
              <w:t>第二作者</w:t>
            </w:r>
            <w:r>
              <w:rPr>
                <w:rFonts w:ascii="901OcohL+SimSun" w:eastAsia="901OcohL+SimSun" w:hAnsi="901OcohL+SimSun"/>
                <w:color w:val="000000"/>
                <w:sz w:val="24"/>
              </w:rPr>
              <w:t xml:space="preserve"> </w:t>
            </w:r>
          </w:p>
        </w:tc>
        <w:tc>
          <w:tcPr>
            <w:tcW w:w="1280" w:type="dxa"/>
            <w:vMerge w:val="restart"/>
            <w:tcMar>
              <w:left w:w="0" w:type="dxa"/>
              <w:right w:w="0" w:type="dxa"/>
            </w:tcMar>
          </w:tcPr>
          <w:p w:rsidR="005439BA" w:rsidRDefault="004B0D60">
            <w:pPr>
              <w:widowControl/>
              <w:autoSpaceDE w:val="0"/>
              <w:autoSpaceDN w:val="0"/>
              <w:spacing w:before="386" w:line="240" w:lineRule="exact"/>
              <w:jc w:val="center"/>
            </w:pPr>
            <w:r>
              <w:rPr>
                <w:rFonts w:ascii="901OcohL+SimSun" w:eastAsia="901OcohL+SimSun" w:hAnsi="901OcohL+SimSun"/>
                <w:color w:val="000000"/>
                <w:sz w:val="24"/>
              </w:rPr>
              <w:t>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212"/>
        </w:trPr>
        <w:tc>
          <w:tcPr>
            <w:tcW w:w="580" w:type="dxa"/>
            <w:vMerge w:val="restart"/>
            <w:tcMar>
              <w:left w:w="0" w:type="dxa"/>
              <w:right w:w="0" w:type="dxa"/>
            </w:tcMar>
          </w:tcPr>
          <w:p w:rsidR="005439BA" w:rsidRDefault="004B0D60">
            <w:pPr>
              <w:widowControl/>
              <w:autoSpaceDE w:val="0"/>
              <w:autoSpaceDN w:val="0"/>
              <w:spacing w:before="36" w:line="240" w:lineRule="exact"/>
              <w:ind w:left="180"/>
              <w:jc w:val="left"/>
            </w:pPr>
            <w:r>
              <w:rPr>
                <w:rFonts w:ascii="gU1TgTbe+SimSun" w:eastAsia="gU1TgTbe+SimSun" w:hAnsi="gU1TgTbe+SimSun"/>
                <w:color w:val="000000"/>
                <w:sz w:val="24"/>
              </w:rPr>
              <w:t>文</w:t>
            </w:r>
            <w:r>
              <w:rPr>
                <w:rFonts w:ascii="901OcohL+SimSun" w:eastAsia="901OcohL+SimSun" w:hAnsi="901OcohL+SimSun"/>
                <w:color w:val="000000"/>
                <w:sz w:val="24"/>
              </w:rPr>
              <w:t xml:space="preserve"> </w:t>
            </w:r>
          </w:p>
        </w:tc>
        <w:tc>
          <w:tcPr>
            <w:tcW w:w="1504" w:type="dxa"/>
            <w:vMerge/>
          </w:tcPr>
          <w:p w:rsidR="005439BA" w:rsidRDefault="005439BA"/>
        </w:tc>
        <w:tc>
          <w:tcPr>
            <w:tcW w:w="1504" w:type="dxa"/>
            <w:vMerge/>
          </w:tcPr>
          <w:p w:rsidR="005439BA" w:rsidRDefault="005439BA"/>
        </w:tc>
        <w:tc>
          <w:tcPr>
            <w:tcW w:w="1504" w:type="dxa"/>
            <w:vMerge/>
          </w:tcPr>
          <w:p w:rsidR="005439BA" w:rsidRDefault="005439BA"/>
        </w:tc>
        <w:tc>
          <w:tcPr>
            <w:tcW w:w="1504" w:type="dxa"/>
            <w:vMerge/>
          </w:tcPr>
          <w:p w:rsidR="005439BA" w:rsidRDefault="005439BA"/>
        </w:tc>
        <w:tc>
          <w:tcPr>
            <w:tcW w:w="1504" w:type="dxa"/>
            <w:vMerge/>
          </w:tcPr>
          <w:p w:rsidR="005439BA" w:rsidRDefault="005439BA"/>
        </w:tc>
      </w:tr>
      <w:tr w:rsidR="005439BA">
        <w:trPr>
          <w:trHeight w:hRule="exact" w:val="312"/>
        </w:trPr>
        <w:tc>
          <w:tcPr>
            <w:tcW w:w="1504" w:type="dxa"/>
            <w:vMerge/>
          </w:tcPr>
          <w:p w:rsidR="005439BA" w:rsidRDefault="005439BA"/>
        </w:tc>
        <w:tc>
          <w:tcPr>
            <w:tcW w:w="2900" w:type="dxa"/>
            <w:tcMar>
              <w:left w:w="0" w:type="dxa"/>
              <w:right w:w="0" w:type="dxa"/>
            </w:tcMar>
          </w:tcPr>
          <w:p w:rsidR="005439BA" w:rsidRDefault="004B0D60">
            <w:pPr>
              <w:widowControl/>
              <w:autoSpaceDE w:val="0"/>
              <w:autoSpaceDN w:val="0"/>
              <w:spacing w:before="36" w:line="240" w:lineRule="exact"/>
              <w:ind w:left="56"/>
              <w:jc w:val="left"/>
            </w:pPr>
            <w:r>
              <w:rPr>
                <w:rFonts w:ascii="gU1TgTbe+SimSun" w:eastAsia="gU1TgTbe+SimSun" w:hAnsi="gU1TgTbe+SimSun"/>
                <w:color w:val="000000"/>
                <w:sz w:val="24"/>
              </w:rPr>
              <w:t>物</w:t>
            </w:r>
            <w:r>
              <w:rPr>
                <w:rFonts w:ascii="901OcohL+SimSun" w:eastAsia="901OcohL+SimSun" w:hAnsi="901OcohL+SimSun"/>
                <w:color w:val="000000"/>
                <w:sz w:val="24"/>
              </w:rPr>
              <w:t>/</w:t>
            </w:r>
            <w:r>
              <w:rPr>
                <w:rFonts w:ascii="gU1TgTbe+SimSun" w:eastAsia="gU1TgTbe+SimSun" w:hAnsi="gU1TgTbe+SimSun"/>
                <w:color w:val="000000"/>
                <w:sz w:val="24"/>
              </w:rPr>
              <w:t>学术会议论文集及内</w:t>
            </w:r>
          </w:p>
        </w:tc>
        <w:tc>
          <w:tcPr>
            <w:tcW w:w="1504" w:type="dxa"/>
            <w:vMerge/>
          </w:tcPr>
          <w:p w:rsidR="005439BA" w:rsidRDefault="005439BA"/>
        </w:tc>
        <w:tc>
          <w:tcPr>
            <w:tcW w:w="1504" w:type="dxa"/>
            <w:vMerge/>
          </w:tcPr>
          <w:p w:rsidR="005439BA" w:rsidRDefault="005439BA"/>
        </w:tc>
        <w:tc>
          <w:tcPr>
            <w:tcW w:w="1504" w:type="dxa"/>
            <w:vMerge/>
          </w:tcPr>
          <w:p w:rsidR="005439BA" w:rsidRDefault="005439BA"/>
        </w:tc>
        <w:tc>
          <w:tcPr>
            <w:tcW w:w="1504" w:type="dxa"/>
            <w:vMerge/>
          </w:tcPr>
          <w:p w:rsidR="005439BA" w:rsidRDefault="005439BA"/>
        </w:tc>
      </w:tr>
    </w:tbl>
    <w:p w:rsidR="005439BA" w:rsidRDefault="004B0D60">
      <w:pPr>
        <w:widowControl/>
        <w:autoSpaceDE w:val="0"/>
        <w:autoSpaceDN w:val="0"/>
        <w:spacing w:before="36" w:line="240" w:lineRule="exact"/>
        <w:ind w:left="816"/>
        <w:jc w:val="left"/>
      </w:pPr>
      <w:r>
        <w:rPr>
          <w:rFonts w:ascii="gU1TgTbe+SimSun" w:eastAsia="gU1TgTbe+SimSun" w:hAnsi="gU1TgTbe+SimSun"/>
          <w:color w:val="000000"/>
          <w:sz w:val="24"/>
        </w:rPr>
        <w:t>部刊物</w:t>
      </w:r>
      <w:r>
        <w:rPr>
          <w:rFonts w:ascii="901OcohL+SimSun" w:eastAsia="901OcohL+SimSun" w:hAnsi="901OcohL+SimSun"/>
          <w:color w:val="000000"/>
          <w:sz w:val="24"/>
        </w:rPr>
        <w:t xml:space="preserve"> </w:t>
      </w:r>
    </w:p>
    <w:p w:rsidR="005439BA" w:rsidRDefault="004B0D60">
      <w:pPr>
        <w:widowControl/>
        <w:autoSpaceDE w:val="0"/>
        <w:autoSpaceDN w:val="0"/>
        <w:spacing w:before="146" w:line="240" w:lineRule="exact"/>
        <w:ind w:left="360"/>
        <w:jc w:val="left"/>
      </w:pPr>
      <w:r>
        <w:rPr>
          <w:rFonts w:ascii="gU1TgTbe+SimSun" w:eastAsia="gU1TgTbe+SimSun" w:hAnsi="gU1TgTbe+SimSun"/>
          <w:color w:val="000000"/>
          <w:sz w:val="24"/>
        </w:rPr>
        <w:t>注</w:t>
      </w:r>
      <w:r>
        <w:rPr>
          <w:rFonts w:ascii="901OcohL+SimSun" w:eastAsia="901OcohL+SimSun" w:hAnsi="901OcohL+SimSun"/>
          <w:color w:val="000000"/>
          <w:sz w:val="24"/>
        </w:rPr>
        <w:t>:</w:t>
      </w:r>
      <w:r>
        <w:rPr>
          <w:rFonts w:ascii="gU1TgTbe+SimSun" w:eastAsia="gU1TgTbe+SimSun" w:hAnsi="gU1TgTbe+SimSun"/>
          <w:color w:val="000000"/>
          <w:sz w:val="24"/>
        </w:rPr>
        <w:t>刊物分类参见学校科研处《西南财经大学核心期刊目录及期刊等级分类》</w:t>
      </w:r>
      <w:r>
        <w:rPr>
          <w:rFonts w:ascii="901OcohL+SimSun" w:eastAsia="901OcohL+SimSun" w:hAnsi="901OcohL+SimSun"/>
          <w:color w:val="000000"/>
          <w:sz w:val="24"/>
        </w:rPr>
        <w:t xml:space="preserve"> </w:t>
      </w:r>
    </w:p>
    <w:p w:rsidR="005439BA" w:rsidRDefault="004B0D60">
      <w:pPr>
        <w:widowControl/>
        <w:autoSpaceDE w:val="0"/>
        <w:autoSpaceDN w:val="0"/>
        <w:spacing w:before="148" w:after="30" w:line="258" w:lineRule="exact"/>
        <w:ind w:left="360"/>
        <w:jc w:val="left"/>
      </w:pPr>
      <w:r>
        <w:rPr>
          <w:rFonts w:ascii="gU1TgTbe+SimSun" w:eastAsia="gU1TgTbe+SimSun" w:hAnsi="gU1TgTbe+SimSun"/>
          <w:b/>
          <w:color w:val="000000"/>
          <w:sz w:val="24"/>
        </w:rPr>
        <w:t>（</w:t>
      </w:r>
      <w:r>
        <w:rPr>
          <w:rFonts w:ascii="901OcohL+SimSun" w:eastAsia="901OcohL+SimSun" w:hAnsi="901OcohL+SimSun"/>
          <w:b/>
          <w:color w:val="000000"/>
          <w:sz w:val="24"/>
        </w:rPr>
        <w:t>3</w:t>
      </w:r>
      <w:r>
        <w:rPr>
          <w:rFonts w:ascii="gU1TgTbe+SimSun" w:eastAsia="gU1TgTbe+SimSun" w:hAnsi="gU1TgTbe+SimSun"/>
          <w:b/>
          <w:color w:val="000000"/>
          <w:sz w:val="24"/>
        </w:rPr>
        <w:t>）有三个作者时</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tbl>
      <w:tblPr>
        <w:tblW w:w="0" w:type="auto"/>
        <w:tblInd w:w="640" w:type="dxa"/>
        <w:tblLayout w:type="fixed"/>
        <w:tblLook w:val="04A0" w:firstRow="1" w:lastRow="0" w:firstColumn="1" w:lastColumn="0" w:noHBand="0" w:noVBand="1"/>
      </w:tblPr>
      <w:tblGrid>
        <w:gridCol w:w="2260"/>
        <w:gridCol w:w="1800"/>
        <w:gridCol w:w="2280"/>
        <w:gridCol w:w="1760"/>
      </w:tblGrid>
      <w:tr w:rsidR="005439BA">
        <w:trPr>
          <w:trHeight w:hRule="exact" w:val="300"/>
        </w:trPr>
        <w:tc>
          <w:tcPr>
            <w:tcW w:w="2260" w:type="dxa"/>
            <w:vMerge w:val="restart"/>
            <w:tcMar>
              <w:left w:w="0" w:type="dxa"/>
              <w:right w:w="0" w:type="dxa"/>
            </w:tcMar>
          </w:tcPr>
          <w:p w:rsidR="005439BA" w:rsidRDefault="004B0D60">
            <w:pPr>
              <w:widowControl/>
              <w:autoSpaceDE w:val="0"/>
              <w:autoSpaceDN w:val="0"/>
              <w:spacing w:before="188" w:line="240" w:lineRule="exact"/>
              <w:ind w:left="654"/>
              <w:jc w:val="left"/>
            </w:pPr>
            <w:r>
              <w:rPr>
                <w:rFonts w:ascii="gU1TgTbe+SimSun" w:eastAsia="gU1TgTbe+SimSun" w:hAnsi="gU1TgTbe+SimSun"/>
                <w:color w:val="000000"/>
                <w:sz w:val="24"/>
              </w:rPr>
              <w:t>类别和等级</w:t>
            </w:r>
            <w:r>
              <w:rPr>
                <w:rFonts w:ascii="901OcohL+SimSun" w:eastAsia="901OcohL+SimSun" w:hAnsi="901OcohL+SimSun"/>
                <w:color w:val="000000"/>
                <w:sz w:val="24"/>
              </w:rPr>
              <w:t xml:space="preserve"> </w:t>
            </w:r>
          </w:p>
        </w:tc>
        <w:tc>
          <w:tcPr>
            <w:tcW w:w="1800" w:type="dxa"/>
            <w:tcMar>
              <w:left w:w="0" w:type="dxa"/>
              <w:right w:w="0" w:type="dxa"/>
            </w:tcMar>
          </w:tcPr>
          <w:p w:rsidR="005439BA" w:rsidRDefault="004B0D60">
            <w:pPr>
              <w:widowControl/>
              <w:autoSpaceDE w:val="0"/>
              <w:autoSpaceDN w:val="0"/>
              <w:spacing w:before="32" w:line="240" w:lineRule="exact"/>
              <w:ind w:left="320"/>
              <w:jc w:val="left"/>
            </w:pPr>
            <w:r>
              <w:rPr>
                <w:rFonts w:ascii="gU1TgTbe+SimSun" w:eastAsia="gU1TgTbe+SimSun" w:hAnsi="gU1TgTbe+SimSun"/>
                <w:color w:val="000000"/>
                <w:sz w:val="24"/>
              </w:rPr>
              <w:t>计入课</w:t>
            </w:r>
          </w:p>
        </w:tc>
        <w:tc>
          <w:tcPr>
            <w:tcW w:w="2280" w:type="dxa"/>
            <w:tcMar>
              <w:left w:w="0" w:type="dxa"/>
              <w:right w:w="0" w:type="dxa"/>
            </w:tcMar>
          </w:tcPr>
          <w:p w:rsidR="005439BA" w:rsidRDefault="004B0D60">
            <w:pPr>
              <w:widowControl/>
              <w:autoSpaceDE w:val="0"/>
              <w:autoSpaceDN w:val="0"/>
              <w:spacing w:before="32" w:line="240" w:lineRule="exact"/>
              <w:jc w:val="center"/>
            </w:pPr>
            <w:r>
              <w:rPr>
                <w:rFonts w:ascii="gU1TgTbe+SimSun" w:eastAsia="gU1TgTbe+SimSun" w:hAnsi="gU1TgTbe+SimSun"/>
                <w:color w:val="000000"/>
                <w:sz w:val="24"/>
              </w:rPr>
              <w:t>计入课</w:t>
            </w:r>
          </w:p>
        </w:tc>
        <w:tc>
          <w:tcPr>
            <w:tcW w:w="1760" w:type="dxa"/>
            <w:tcMar>
              <w:left w:w="0" w:type="dxa"/>
              <w:right w:w="0" w:type="dxa"/>
            </w:tcMar>
          </w:tcPr>
          <w:p w:rsidR="005439BA" w:rsidRDefault="004B0D60">
            <w:pPr>
              <w:widowControl/>
              <w:autoSpaceDE w:val="0"/>
              <w:autoSpaceDN w:val="0"/>
              <w:spacing w:before="32" w:line="240" w:lineRule="exact"/>
              <w:ind w:right="264"/>
              <w:jc w:val="right"/>
            </w:pPr>
            <w:r>
              <w:rPr>
                <w:rFonts w:ascii="gU1TgTbe+SimSun" w:eastAsia="gU1TgTbe+SimSun" w:hAnsi="gU1TgTbe+SimSun"/>
                <w:color w:val="000000"/>
                <w:sz w:val="24"/>
              </w:rPr>
              <w:t>计入课</w:t>
            </w:r>
          </w:p>
        </w:tc>
      </w:tr>
      <w:tr w:rsidR="005439BA">
        <w:trPr>
          <w:trHeight w:hRule="exact" w:val="264"/>
        </w:trPr>
        <w:tc>
          <w:tcPr>
            <w:tcW w:w="2256" w:type="dxa"/>
            <w:vMerge/>
          </w:tcPr>
          <w:p w:rsidR="005439BA" w:rsidRDefault="005439BA"/>
        </w:tc>
        <w:tc>
          <w:tcPr>
            <w:tcW w:w="1800" w:type="dxa"/>
            <w:tcMar>
              <w:left w:w="0" w:type="dxa"/>
              <w:right w:w="0" w:type="dxa"/>
            </w:tcMar>
          </w:tcPr>
          <w:p w:rsidR="005439BA" w:rsidRDefault="004B0D60">
            <w:pPr>
              <w:widowControl/>
              <w:autoSpaceDE w:val="0"/>
              <w:autoSpaceDN w:val="0"/>
              <w:spacing w:before="44" w:line="240" w:lineRule="exact"/>
              <w:ind w:left="440"/>
              <w:jc w:val="left"/>
            </w:pPr>
            <w:r>
              <w:rPr>
                <w:rFonts w:ascii="gU1TgTbe+SimSun" w:eastAsia="gU1TgTbe+SimSun" w:hAnsi="gU1TgTbe+SimSun"/>
                <w:color w:val="000000"/>
                <w:sz w:val="24"/>
              </w:rPr>
              <w:t>时数</w:t>
            </w:r>
            <w:r>
              <w:rPr>
                <w:rFonts w:ascii="901OcohL+SimSun" w:eastAsia="901OcohL+SimSun" w:hAnsi="901OcohL+SimSun"/>
                <w:color w:val="000000"/>
                <w:sz w:val="24"/>
              </w:rPr>
              <w:t xml:space="preserve"> </w:t>
            </w:r>
          </w:p>
        </w:tc>
        <w:tc>
          <w:tcPr>
            <w:tcW w:w="2280" w:type="dxa"/>
            <w:tcMar>
              <w:left w:w="0" w:type="dxa"/>
              <w:right w:w="0" w:type="dxa"/>
            </w:tcMar>
          </w:tcPr>
          <w:p w:rsidR="005439BA" w:rsidRDefault="004B0D60">
            <w:pPr>
              <w:widowControl/>
              <w:autoSpaceDE w:val="0"/>
              <w:autoSpaceDN w:val="0"/>
              <w:spacing w:before="44" w:line="240" w:lineRule="exact"/>
              <w:ind w:left="908"/>
              <w:jc w:val="left"/>
            </w:pPr>
            <w:r>
              <w:rPr>
                <w:rFonts w:ascii="gU1TgTbe+SimSun" w:eastAsia="gU1TgTbe+SimSun" w:hAnsi="gU1TgTbe+SimSun"/>
                <w:color w:val="000000"/>
                <w:sz w:val="24"/>
              </w:rPr>
              <w:t>时数</w:t>
            </w:r>
            <w:r>
              <w:rPr>
                <w:rFonts w:ascii="901OcohL+SimSun" w:eastAsia="901OcohL+SimSun" w:hAnsi="901OcohL+SimSun"/>
                <w:color w:val="000000"/>
                <w:sz w:val="24"/>
              </w:rPr>
              <w:t xml:space="preserve"> </w:t>
            </w:r>
          </w:p>
        </w:tc>
        <w:tc>
          <w:tcPr>
            <w:tcW w:w="1760" w:type="dxa"/>
            <w:tcMar>
              <w:left w:w="0" w:type="dxa"/>
              <w:right w:w="0" w:type="dxa"/>
            </w:tcMar>
          </w:tcPr>
          <w:p w:rsidR="005439BA" w:rsidRDefault="004B0D60">
            <w:pPr>
              <w:widowControl/>
              <w:autoSpaceDE w:val="0"/>
              <w:autoSpaceDN w:val="0"/>
              <w:spacing w:before="44" w:line="240" w:lineRule="exact"/>
              <w:ind w:left="896"/>
              <w:jc w:val="left"/>
            </w:pPr>
            <w:r>
              <w:rPr>
                <w:rFonts w:ascii="gU1TgTbe+SimSun" w:eastAsia="gU1TgTbe+SimSun" w:hAnsi="gU1TgTbe+SimSun"/>
                <w:color w:val="000000"/>
                <w:sz w:val="24"/>
              </w:rPr>
              <w:t>时数</w:t>
            </w:r>
            <w:r>
              <w:rPr>
                <w:rFonts w:ascii="901OcohL+SimSun" w:eastAsia="901OcohL+SimSun" w:hAnsi="901OcohL+SimSun"/>
                <w:color w:val="000000"/>
                <w:sz w:val="24"/>
              </w:rPr>
              <w:t xml:space="preserve"> </w:t>
            </w:r>
          </w:p>
        </w:tc>
      </w:tr>
    </w:tbl>
    <w:p w:rsidR="005439BA" w:rsidRDefault="005439BA">
      <w:pPr>
        <w:widowControl/>
        <w:autoSpaceDE w:val="0"/>
        <w:autoSpaceDN w:val="0"/>
        <w:spacing w:line="14" w:lineRule="exact"/>
      </w:pPr>
    </w:p>
    <w:p w:rsidR="005439BA" w:rsidRDefault="005439BA">
      <w:pPr>
        <w:sectPr w:rsidR="005439BA">
          <w:pgSz w:w="11906" w:h="17238"/>
          <w:pgMar w:top="774" w:right="1440" w:bottom="948" w:left="1440" w:header="720" w:footer="720" w:gutter="0"/>
          <w:cols w:space="720" w:equalWidth="0">
            <w:col w:w="9026" w:space="0"/>
          </w:cols>
          <w:docGrid w:linePitch="360"/>
        </w:sectPr>
      </w:pPr>
    </w:p>
    <w:p w:rsidR="005439BA" w:rsidRDefault="004B0D60">
      <w:pPr>
        <w:widowControl/>
        <w:autoSpaceDE w:val="0"/>
        <w:autoSpaceDN w:val="0"/>
        <w:spacing w:before="500" w:line="220" w:lineRule="exact"/>
      </w:pPr>
      <w:r>
        <w:rPr>
          <w:noProof/>
        </w:rPr>
        <w:lastRenderedPageBreak/>
        <w:drawing>
          <wp:anchor distT="0" distB="0" distL="0" distR="0" simplePos="0" relativeHeight="251646464" behindDoc="1" locked="0" layoutInCell="1" allowOverlap="1">
            <wp:simplePos x="0" y="0"/>
            <wp:positionH relativeFrom="page">
              <wp:posOffset>1143000</wp:posOffset>
            </wp:positionH>
            <wp:positionV relativeFrom="page">
              <wp:posOffset>2708910</wp:posOffset>
            </wp:positionV>
            <wp:extent cx="5273040" cy="5277272"/>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273040" cy="5277272"/>
                    </a:xfrm>
                    <a:prstGeom prst="rect">
                      <a:avLst/>
                    </a:prstGeom>
                  </pic:spPr>
                </pic:pic>
              </a:graphicData>
            </a:graphic>
          </wp:anchor>
        </w:drawing>
      </w:r>
      <w:r>
        <w:rPr>
          <w:noProof/>
        </w:rPr>
        <w:drawing>
          <wp:anchor distT="0" distB="0" distL="0" distR="0" simplePos="0" relativeHeight="251647488" behindDoc="1" locked="0" layoutInCell="1" allowOverlap="1">
            <wp:simplePos x="0" y="0"/>
            <wp:positionH relativeFrom="page">
              <wp:posOffset>1071880</wp:posOffset>
            </wp:positionH>
            <wp:positionV relativeFrom="page">
              <wp:posOffset>1323340</wp:posOffset>
            </wp:positionV>
            <wp:extent cx="6350" cy="3016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6350" cy="301625"/>
                    </a:xfrm>
                    <a:prstGeom prst="rect">
                      <a:avLst/>
                    </a:prstGeom>
                  </pic:spPr>
                </pic:pic>
              </a:graphicData>
            </a:graphic>
          </wp:anchor>
        </w:drawing>
      </w:r>
      <w:r>
        <w:rPr>
          <w:noProof/>
        </w:rPr>
        <w:drawing>
          <wp:anchor distT="0" distB="0" distL="0" distR="0" simplePos="0" relativeHeight="251648512" behindDoc="1" locked="0" layoutInCell="1" allowOverlap="1">
            <wp:simplePos x="0" y="0"/>
            <wp:positionH relativeFrom="page">
              <wp:posOffset>1071880</wp:posOffset>
            </wp:positionH>
            <wp:positionV relativeFrom="page">
              <wp:posOffset>1725930</wp:posOffset>
            </wp:positionV>
            <wp:extent cx="6350" cy="3016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6350" cy="301625"/>
                    </a:xfrm>
                    <a:prstGeom prst="rect">
                      <a:avLst/>
                    </a:prstGeom>
                  </pic:spPr>
                </pic:pic>
              </a:graphicData>
            </a:graphic>
          </wp:anchor>
        </w:drawing>
      </w:r>
      <w:r>
        <w:rPr>
          <w:noProof/>
        </w:rPr>
        <w:drawing>
          <wp:anchor distT="0" distB="0" distL="0" distR="0" simplePos="0" relativeHeight="251649536" behindDoc="1" locked="0" layoutInCell="1" allowOverlap="1">
            <wp:simplePos x="0" y="0"/>
            <wp:positionH relativeFrom="page">
              <wp:posOffset>1071880</wp:posOffset>
            </wp:positionH>
            <wp:positionV relativeFrom="page">
              <wp:posOffset>5380990</wp:posOffset>
            </wp:positionV>
            <wp:extent cx="6350" cy="2127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
                    <a:stretch>
                      <a:fillRect/>
                    </a:stretch>
                  </pic:blipFill>
                  <pic:spPr>
                    <a:xfrm>
                      <a:off x="0" y="0"/>
                      <a:ext cx="6350" cy="212725"/>
                    </a:xfrm>
                    <a:prstGeom prst="rect">
                      <a:avLst/>
                    </a:prstGeom>
                  </pic:spPr>
                </pic:pic>
              </a:graphicData>
            </a:graphic>
          </wp:anchor>
        </w:drawing>
      </w:r>
      <w:r>
        <w:rPr>
          <w:noProof/>
        </w:rPr>
        <w:drawing>
          <wp:anchor distT="0" distB="0" distL="0" distR="0" simplePos="0" relativeHeight="251650560" behindDoc="1" locked="0" layoutInCell="1" allowOverlap="1">
            <wp:simplePos x="0" y="0"/>
            <wp:positionH relativeFrom="page">
              <wp:posOffset>1071880</wp:posOffset>
            </wp:positionH>
            <wp:positionV relativeFrom="page">
              <wp:posOffset>7103109</wp:posOffset>
            </wp:positionV>
            <wp:extent cx="6350" cy="2159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
                    <a:stretch>
                      <a:fillRect/>
                    </a:stretch>
                  </pic:blipFill>
                  <pic:spPr>
                    <a:xfrm>
                      <a:off x="0" y="0"/>
                      <a:ext cx="6350" cy="215900"/>
                    </a:xfrm>
                    <a:prstGeom prst="rect">
                      <a:avLst/>
                    </a:prstGeom>
                  </pic:spPr>
                </pic:pic>
              </a:graphicData>
            </a:graphic>
          </wp:anchor>
        </w:drawing>
      </w:r>
      <w:r>
        <w:rPr>
          <w:noProof/>
        </w:rPr>
        <w:drawing>
          <wp:anchor distT="0" distB="0" distL="0" distR="0" simplePos="0" relativeHeight="251651584" behindDoc="1" locked="0" layoutInCell="1" allowOverlap="1">
            <wp:simplePos x="0" y="0"/>
            <wp:positionH relativeFrom="page">
              <wp:posOffset>1071880</wp:posOffset>
            </wp:positionH>
            <wp:positionV relativeFrom="page">
              <wp:posOffset>6242050</wp:posOffset>
            </wp:positionV>
            <wp:extent cx="6350" cy="2127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
                    <a:stretch>
                      <a:fillRect/>
                    </a:stretch>
                  </pic:blipFill>
                  <pic:spPr>
                    <a:xfrm>
                      <a:off x="0" y="0"/>
                      <a:ext cx="6350" cy="212725"/>
                    </a:xfrm>
                    <a:prstGeom prst="rect">
                      <a:avLst/>
                    </a:prstGeom>
                  </pic:spPr>
                </pic:pic>
              </a:graphicData>
            </a:graphic>
          </wp:anchor>
        </w:drawing>
      </w:r>
    </w:p>
    <w:tbl>
      <w:tblPr>
        <w:tblW w:w="0" w:type="auto"/>
        <w:tblInd w:w="254" w:type="dxa"/>
        <w:tblLayout w:type="fixed"/>
        <w:tblLook w:val="04A0" w:firstRow="1" w:lastRow="0" w:firstColumn="1" w:lastColumn="0" w:noHBand="0" w:noVBand="1"/>
      </w:tblPr>
      <w:tblGrid>
        <w:gridCol w:w="456"/>
        <w:gridCol w:w="1096"/>
        <w:gridCol w:w="1278"/>
        <w:gridCol w:w="992"/>
        <w:gridCol w:w="1276"/>
        <w:gridCol w:w="992"/>
        <w:gridCol w:w="1274"/>
        <w:gridCol w:w="994"/>
      </w:tblGrid>
      <w:tr w:rsidR="005439BA">
        <w:trPr>
          <w:trHeight w:hRule="exact" w:val="636"/>
        </w:trPr>
        <w:tc>
          <w:tcPr>
            <w:tcW w:w="456" w:type="dxa"/>
            <w:vMerge w:val="restart"/>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12" w:line="312" w:lineRule="exact"/>
              <w:ind w:left="100"/>
            </w:pPr>
            <w:r>
              <w:rPr>
                <w:rFonts w:ascii="gU1TgTbe+SimSun" w:eastAsia="gU1TgTbe+SimSun" w:hAnsi="gU1TgTbe+SimSun"/>
                <w:color w:val="000000"/>
                <w:sz w:val="24"/>
              </w:rPr>
              <w:t>学</w:t>
            </w:r>
            <w:r>
              <w:rPr>
                <w:rFonts w:ascii="901OcohL+SimSun" w:eastAsia="901OcohL+SimSun" w:hAnsi="901OcohL+SimSun"/>
                <w:color w:val="000000"/>
                <w:sz w:val="24"/>
              </w:rPr>
              <w:t xml:space="preserve"> </w:t>
            </w:r>
            <w:r>
              <w:rPr>
                <w:rFonts w:ascii="gU1TgTbe+SimSun" w:eastAsia="gU1TgTbe+SimSun" w:hAnsi="gU1TgTbe+SimSun"/>
                <w:color w:val="000000"/>
                <w:sz w:val="24"/>
              </w:rPr>
              <w:t>术</w:t>
            </w:r>
            <w:r>
              <w:rPr>
                <w:rFonts w:ascii="901OcohL+SimSun" w:eastAsia="901OcohL+SimSun" w:hAnsi="901OcohL+SimSun"/>
                <w:color w:val="000000"/>
                <w:sz w:val="24"/>
              </w:rPr>
              <w:t xml:space="preserve"> </w:t>
            </w:r>
            <w:r>
              <w:rPr>
                <w:rFonts w:ascii="gU1TgTbe+SimSun" w:eastAsia="gU1TgTbe+SimSun" w:hAnsi="gU1TgTbe+SimSun"/>
                <w:color w:val="000000"/>
                <w:sz w:val="24"/>
              </w:rPr>
              <w:t>论</w:t>
            </w:r>
            <w:r>
              <w:rPr>
                <w:rFonts w:ascii="901OcohL+SimSun" w:eastAsia="901OcohL+SimSun" w:hAnsi="901OcohL+SimSun"/>
                <w:color w:val="000000"/>
                <w:sz w:val="24"/>
              </w:rPr>
              <w:t xml:space="preserve"> </w:t>
            </w:r>
            <w:r>
              <w:rPr>
                <w:rFonts w:ascii="gU1TgTbe+SimSun" w:eastAsia="gU1TgTbe+SimSun" w:hAnsi="gU1TgTbe+SimSun"/>
                <w:color w:val="000000"/>
                <w:sz w:val="24"/>
              </w:rPr>
              <w:t>文</w:t>
            </w:r>
            <w:r>
              <w:rPr>
                <w:rFonts w:ascii="901OcohL+SimSun" w:eastAsia="901OcohL+SimSun" w:hAnsi="901OcohL+SimSun"/>
                <w:color w:val="000000"/>
                <w:sz w:val="24"/>
              </w:rPr>
              <w:t xml:space="preserve"> </w:t>
            </w:r>
          </w:p>
        </w:tc>
        <w:tc>
          <w:tcPr>
            <w:tcW w:w="1096"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34" w:line="240" w:lineRule="exact"/>
              <w:jc w:val="center"/>
            </w:pPr>
            <w:r>
              <w:rPr>
                <w:rFonts w:ascii="901OcohL+SimSun" w:eastAsia="901OcohL+SimSun" w:hAnsi="901OcohL+SimSun"/>
                <w:color w:val="000000"/>
                <w:sz w:val="24"/>
              </w:rPr>
              <w:t>A</w:t>
            </w:r>
            <w:r w:rsidR="00B42582">
              <w:rPr>
                <w:rFonts w:ascii="901OcohL+SimSun" w:eastAsia="901OcohL+SimSun" w:hAnsi="901OcohL+SimSun"/>
                <w:color w:val="000000"/>
                <w:sz w:val="24"/>
              </w:rPr>
              <w:t>+</w:t>
            </w:r>
            <w:r>
              <w:rPr>
                <w:rFonts w:ascii="gU1TgTbe+SimSun" w:eastAsia="gU1TgTbe+SimSun" w:hAnsi="gU1TgTbe+SimSun"/>
                <w:color w:val="000000"/>
                <w:sz w:val="24"/>
              </w:rPr>
              <w:t>级核心</w:t>
            </w:r>
          </w:p>
          <w:p w:rsidR="005439BA" w:rsidRDefault="004B0D60">
            <w:pPr>
              <w:widowControl/>
              <w:autoSpaceDE w:val="0"/>
              <w:autoSpaceDN w:val="0"/>
              <w:spacing w:before="72" w:line="240" w:lineRule="exact"/>
              <w:ind w:left="302"/>
              <w:jc w:val="left"/>
            </w:pPr>
            <w:r>
              <w:rPr>
                <w:rFonts w:ascii="gU1TgTbe+SimSun" w:eastAsia="gU1TgTbe+SimSun" w:hAnsi="gU1TgTbe+SimSun"/>
                <w:color w:val="000000"/>
                <w:sz w:val="24"/>
              </w:rPr>
              <w:t>期刊</w:t>
            </w:r>
            <w:r>
              <w:rPr>
                <w:rFonts w:ascii="901OcohL+SimSun" w:eastAsia="901OcohL+SimSun" w:hAnsi="901OcohL+SimSun"/>
                <w:color w:val="000000"/>
                <w:sz w:val="24"/>
              </w:rPr>
              <w:t xml:space="preserve"> </w:t>
            </w:r>
          </w:p>
        </w:tc>
        <w:tc>
          <w:tcPr>
            <w:tcW w:w="1278"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90" w:line="240" w:lineRule="exact"/>
              <w:ind w:left="152"/>
              <w:jc w:val="left"/>
            </w:pPr>
            <w:r>
              <w:rPr>
                <w:rFonts w:ascii="gU1TgTbe+SimSun" w:eastAsia="gU1TgTbe+SimSun" w:hAnsi="gU1TgTbe+SimSun"/>
                <w:color w:val="000000"/>
                <w:sz w:val="24"/>
              </w:rPr>
              <w:t>第一作者</w:t>
            </w:r>
            <w:r>
              <w:rPr>
                <w:rFonts w:ascii="901OcohL+SimSun" w:eastAsia="901OcohL+SimSun" w:hAnsi="901OcohL+SimSun"/>
                <w:color w:val="000000"/>
                <w:sz w:val="24"/>
              </w:rPr>
              <w:t xml:space="preserve"> </w:t>
            </w:r>
          </w:p>
        </w:tc>
        <w:tc>
          <w:tcPr>
            <w:tcW w:w="992" w:type="dxa"/>
            <w:tcBorders>
              <w:top w:val="single" w:sz="4" w:space="0" w:color="000000"/>
              <w:left w:val="single" w:sz="4"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190" w:line="240" w:lineRule="exact"/>
              <w:ind w:left="102"/>
              <w:jc w:val="left"/>
            </w:pPr>
            <w:r>
              <w:rPr>
                <w:rFonts w:ascii="901OcohL+SimSun" w:eastAsia="901OcohL+SimSun" w:hAnsi="901OcohL+SimSun"/>
                <w:color w:val="000000"/>
                <w:sz w:val="24"/>
              </w:rPr>
              <w:t>15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c>
          <w:tcPr>
            <w:tcW w:w="1276"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90" w:line="240" w:lineRule="exact"/>
              <w:ind w:left="152"/>
              <w:jc w:val="left"/>
            </w:pPr>
            <w:r>
              <w:rPr>
                <w:rFonts w:ascii="gU1TgTbe+SimSun" w:eastAsia="gU1TgTbe+SimSun" w:hAnsi="gU1TgTbe+SimSun"/>
                <w:color w:val="000000"/>
                <w:sz w:val="24"/>
              </w:rPr>
              <w:t>第二作者</w:t>
            </w:r>
            <w:r>
              <w:rPr>
                <w:rFonts w:ascii="901OcohL+SimSun" w:eastAsia="901OcohL+SimSun" w:hAnsi="901OcohL+SimSun"/>
                <w:color w:val="000000"/>
                <w:sz w:val="24"/>
              </w:rPr>
              <w:t xml:space="preserve"> </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34" w:line="240" w:lineRule="exact"/>
              <w:jc w:val="center"/>
            </w:pPr>
            <w:r>
              <w:rPr>
                <w:rFonts w:ascii="901OcohL+SimSun" w:eastAsia="901OcohL+SimSun" w:hAnsi="901OcohL+SimSun"/>
                <w:color w:val="000000"/>
                <w:sz w:val="24"/>
              </w:rPr>
              <w:t>7.5</w:t>
            </w:r>
            <w:r>
              <w:rPr>
                <w:rFonts w:ascii="gU1TgTbe+SimSun" w:eastAsia="gU1TgTbe+SimSun" w:hAnsi="gU1TgTbe+SimSun"/>
                <w:color w:val="000000"/>
                <w:sz w:val="24"/>
              </w:rPr>
              <w:t>课</w:t>
            </w:r>
          </w:p>
          <w:p w:rsidR="005439BA" w:rsidRDefault="004B0D60">
            <w:pPr>
              <w:widowControl/>
              <w:autoSpaceDE w:val="0"/>
              <w:autoSpaceDN w:val="0"/>
              <w:spacing w:before="72" w:line="240" w:lineRule="exact"/>
              <w:ind w:left="370"/>
              <w:jc w:val="left"/>
            </w:pPr>
            <w:r>
              <w:rPr>
                <w:rFonts w:ascii="gU1TgTbe+SimSun" w:eastAsia="gU1TgTbe+SimSun" w:hAnsi="gU1TgTbe+SimSun"/>
                <w:color w:val="000000"/>
                <w:sz w:val="24"/>
              </w:rPr>
              <w:t>时</w:t>
            </w:r>
            <w:r>
              <w:rPr>
                <w:rFonts w:ascii="901OcohL+SimSun" w:eastAsia="901OcohL+SimSun" w:hAnsi="901OcohL+SimSun"/>
                <w:color w:val="000000"/>
                <w:sz w:val="24"/>
              </w:rPr>
              <w:t xml:space="preserve"> </w:t>
            </w:r>
          </w:p>
        </w:tc>
        <w:tc>
          <w:tcPr>
            <w:tcW w:w="127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90" w:line="240" w:lineRule="exact"/>
              <w:ind w:left="152"/>
              <w:jc w:val="left"/>
            </w:pPr>
            <w:r>
              <w:rPr>
                <w:rFonts w:ascii="gU1TgTbe+SimSun" w:eastAsia="gU1TgTbe+SimSun" w:hAnsi="gU1TgTbe+SimSun"/>
                <w:color w:val="000000"/>
                <w:sz w:val="24"/>
              </w:rPr>
              <w:t>第三作者</w:t>
            </w:r>
            <w:r>
              <w:rPr>
                <w:rFonts w:ascii="901OcohL+SimSun" w:eastAsia="901OcohL+SimSun" w:hAnsi="901OcohL+SimSun"/>
                <w:color w:val="000000"/>
                <w:sz w:val="24"/>
              </w:rPr>
              <w:t xml:space="preserve"> </w:t>
            </w:r>
          </w:p>
        </w:tc>
        <w:tc>
          <w:tcPr>
            <w:tcW w:w="99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34" w:line="240" w:lineRule="exact"/>
              <w:jc w:val="center"/>
            </w:pPr>
            <w:r>
              <w:rPr>
                <w:rFonts w:ascii="901OcohL+SimSun" w:eastAsia="901OcohL+SimSun" w:hAnsi="901OcohL+SimSun"/>
                <w:color w:val="000000"/>
                <w:sz w:val="24"/>
              </w:rPr>
              <w:t>7.5</w:t>
            </w:r>
            <w:r>
              <w:rPr>
                <w:rFonts w:ascii="gU1TgTbe+SimSun" w:eastAsia="gU1TgTbe+SimSun" w:hAnsi="gU1TgTbe+SimSun"/>
                <w:color w:val="000000"/>
                <w:sz w:val="24"/>
              </w:rPr>
              <w:t>课</w:t>
            </w:r>
          </w:p>
          <w:p w:rsidR="005439BA" w:rsidRDefault="004B0D60">
            <w:pPr>
              <w:widowControl/>
              <w:autoSpaceDE w:val="0"/>
              <w:autoSpaceDN w:val="0"/>
              <w:spacing w:before="72" w:line="240" w:lineRule="exact"/>
              <w:ind w:left="374"/>
              <w:jc w:val="left"/>
            </w:pPr>
            <w:r>
              <w:rPr>
                <w:rFonts w:ascii="gU1TgTbe+SimSun" w:eastAsia="gU1TgTbe+SimSun" w:hAnsi="gU1TgTbe+SimSun"/>
                <w:color w:val="000000"/>
                <w:sz w:val="24"/>
              </w:rPr>
              <w:t>时</w:t>
            </w:r>
            <w:r>
              <w:rPr>
                <w:rFonts w:ascii="901OcohL+SimSun" w:eastAsia="901OcohL+SimSun" w:hAnsi="901OcohL+SimSun"/>
                <w:color w:val="000000"/>
                <w:sz w:val="24"/>
              </w:rPr>
              <w:t xml:space="preserve"> </w:t>
            </w:r>
          </w:p>
        </w:tc>
      </w:tr>
      <w:tr w:rsidR="005439BA">
        <w:trPr>
          <w:trHeight w:hRule="exact" w:val="634"/>
        </w:trPr>
        <w:tc>
          <w:tcPr>
            <w:tcW w:w="1128" w:type="dxa"/>
            <w:vMerge/>
            <w:tcBorders>
              <w:top w:val="single" w:sz="4" w:space="0" w:color="000000"/>
              <w:left w:val="single" w:sz="4" w:space="0" w:color="000000"/>
              <w:bottom w:val="single" w:sz="3" w:space="0" w:color="000000"/>
              <w:right w:val="single" w:sz="4" w:space="0" w:color="000000"/>
            </w:tcBorders>
          </w:tcPr>
          <w:p w:rsidR="005439BA" w:rsidRDefault="005439BA"/>
        </w:tc>
        <w:tc>
          <w:tcPr>
            <w:tcW w:w="1096"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B42582">
            <w:pPr>
              <w:widowControl/>
              <w:autoSpaceDE w:val="0"/>
              <w:autoSpaceDN w:val="0"/>
              <w:spacing w:before="34" w:line="240" w:lineRule="exact"/>
              <w:jc w:val="center"/>
            </w:pPr>
            <w:r>
              <w:rPr>
                <w:rFonts w:ascii="901OcohL+SimSun" w:eastAsia="901OcohL+SimSun" w:hAnsi="901OcohL+SimSun"/>
                <w:color w:val="000000"/>
                <w:sz w:val="24"/>
              </w:rPr>
              <w:t>A1</w:t>
            </w:r>
            <w:r w:rsidR="004B0D60">
              <w:rPr>
                <w:rFonts w:ascii="gU1TgTbe+SimSun" w:eastAsia="gU1TgTbe+SimSun" w:hAnsi="gU1TgTbe+SimSun"/>
                <w:color w:val="000000"/>
                <w:sz w:val="24"/>
              </w:rPr>
              <w:t>级核</w:t>
            </w:r>
          </w:p>
          <w:p w:rsidR="005439BA" w:rsidRDefault="004B0D60">
            <w:pPr>
              <w:widowControl/>
              <w:autoSpaceDE w:val="0"/>
              <w:autoSpaceDN w:val="0"/>
              <w:spacing w:before="72" w:line="240" w:lineRule="exact"/>
              <w:ind w:left="182"/>
              <w:jc w:val="left"/>
            </w:pPr>
            <w:r>
              <w:rPr>
                <w:rFonts w:ascii="gU1TgTbe+SimSun" w:eastAsia="gU1TgTbe+SimSun" w:hAnsi="gU1TgTbe+SimSun"/>
                <w:color w:val="000000"/>
                <w:sz w:val="24"/>
              </w:rPr>
              <w:t>心期刊</w:t>
            </w:r>
            <w:r>
              <w:rPr>
                <w:rFonts w:ascii="901OcohL+SimSun" w:eastAsia="901OcohL+SimSun" w:hAnsi="901OcohL+SimSun"/>
                <w:color w:val="000000"/>
                <w:sz w:val="24"/>
              </w:rPr>
              <w:t xml:space="preserve"> </w:t>
            </w:r>
          </w:p>
        </w:tc>
        <w:tc>
          <w:tcPr>
            <w:tcW w:w="1278"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90" w:line="240" w:lineRule="exact"/>
              <w:ind w:left="152"/>
              <w:jc w:val="left"/>
            </w:pPr>
            <w:r>
              <w:rPr>
                <w:rFonts w:ascii="gU1TgTbe+SimSun" w:eastAsia="gU1TgTbe+SimSun" w:hAnsi="gU1TgTbe+SimSun"/>
                <w:color w:val="000000"/>
                <w:sz w:val="24"/>
              </w:rPr>
              <w:t>第一作者</w:t>
            </w:r>
            <w:r>
              <w:rPr>
                <w:rFonts w:ascii="901OcohL+SimSun" w:eastAsia="901OcohL+SimSun" w:hAnsi="901OcohL+SimSun"/>
                <w:color w:val="000000"/>
                <w:sz w:val="24"/>
              </w:rPr>
              <w:t xml:space="preserve"> </w:t>
            </w:r>
          </w:p>
        </w:tc>
        <w:tc>
          <w:tcPr>
            <w:tcW w:w="992" w:type="dxa"/>
            <w:tcBorders>
              <w:top w:val="single" w:sz="4" w:space="0" w:color="000000"/>
              <w:left w:val="single" w:sz="4"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190" w:line="240" w:lineRule="exact"/>
              <w:ind w:left="160"/>
              <w:jc w:val="left"/>
            </w:pPr>
            <w:r>
              <w:rPr>
                <w:rFonts w:ascii="901OcohL+SimSun" w:eastAsia="901OcohL+SimSun" w:hAnsi="901OcohL+SimSun"/>
                <w:color w:val="000000"/>
                <w:sz w:val="24"/>
              </w:rPr>
              <w:t>7</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c>
          <w:tcPr>
            <w:tcW w:w="1276"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90" w:line="240" w:lineRule="exact"/>
              <w:ind w:left="152"/>
              <w:jc w:val="left"/>
            </w:pPr>
            <w:r>
              <w:rPr>
                <w:rFonts w:ascii="gU1TgTbe+SimSun" w:eastAsia="gU1TgTbe+SimSun" w:hAnsi="gU1TgTbe+SimSun"/>
                <w:color w:val="000000"/>
                <w:sz w:val="24"/>
              </w:rPr>
              <w:t>第二作者</w:t>
            </w:r>
            <w:r>
              <w:rPr>
                <w:rFonts w:ascii="901OcohL+SimSun" w:eastAsia="901OcohL+SimSun" w:hAnsi="901OcohL+SimSun"/>
                <w:color w:val="000000"/>
                <w:sz w:val="24"/>
              </w:rPr>
              <w:t xml:space="preserve"> </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90" w:line="240" w:lineRule="exact"/>
              <w:ind w:left="158"/>
              <w:jc w:val="left"/>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c>
          <w:tcPr>
            <w:tcW w:w="127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90" w:line="240" w:lineRule="exact"/>
              <w:ind w:left="152"/>
              <w:jc w:val="left"/>
            </w:pPr>
            <w:r>
              <w:rPr>
                <w:rFonts w:ascii="gU1TgTbe+SimSun" w:eastAsia="gU1TgTbe+SimSun" w:hAnsi="gU1TgTbe+SimSun"/>
                <w:color w:val="000000"/>
                <w:sz w:val="24"/>
              </w:rPr>
              <w:t>第三作者</w:t>
            </w:r>
            <w:r>
              <w:rPr>
                <w:rFonts w:ascii="901OcohL+SimSun" w:eastAsia="901OcohL+SimSun" w:hAnsi="901OcohL+SimSun"/>
                <w:color w:val="000000"/>
                <w:sz w:val="24"/>
              </w:rPr>
              <w:t xml:space="preserve"> </w:t>
            </w:r>
          </w:p>
        </w:tc>
        <w:tc>
          <w:tcPr>
            <w:tcW w:w="99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90" w:line="240" w:lineRule="exact"/>
              <w:ind w:left="164"/>
              <w:jc w:val="left"/>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632"/>
        </w:trPr>
        <w:tc>
          <w:tcPr>
            <w:tcW w:w="1128" w:type="dxa"/>
            <w:vMerge/>
            <w:tcBorders>
              <w:top w:val="single" w:sz="4" w:space="0" w:color="000000"/>
              <w:left w:val="single" w:sz="4" w:space="0" w:color="000000"/>
              <w:bottom w:val="single" w:sz="3" w:space="0" w:color="000000"/>
              <w:right w:val="single" w:sz="4" w:space="0" w:color="000000"/>
            </w:tcBorders>
          </w:tcPr>
          <w:p w:rsidR="005439BA" w:rsidRDefault="005439BA"/>
        </w:tc>
        <w:tc>
          <w:tcPr>
            <w:tcW w:w="1096"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B42582">
            <w:pPr>
              <w:widowControl/>
              <w:autoSpaceDE w:val="0"/>
              <w:autoSpaceDN w:val="0"/>
              <w:spacing w:before="32" w:line="240" w:lineRule="exact"/>
              <w:jc w:val="center"/>
            </w:pPr>
            <w:r>
              <w:rPr>
                <w:rFonts w:ascii="901OcohL+SimSun" w:eastAsia="901OcohL+SimSun" w:hAnsi="901OcohL+SimSun"/>
                <w:color w:val="000000"/>
                <w:sz w:val="24"/>
              </w:rPr>
              <w:t>A</w:t>
            </w:r>
            <w:r w:rsidR="004B0D60">
              <w:rPr>
                <w:rFonts w:ascii="901OcohL+SimSun" w:eastAsia="901OcohL+SimSun" w:hAnsi="901OcohL+SimSun"/>
                <w:color w:val="000000"/>
                <w:sz w:val="24"/>
              </w:rPr>
              <w:t>2</w:t>
            </w:r>
            <w:r w:rsidR="004B0D60">
              <w:rPr>
                <w:rFonts w:ascii="gU1TgTbe+SimSun" w:eastAsia="gU1TgTbe+SimSun" w:hAnsi="gU1TgTbe+SimSun"/>
                <w:color w:val="000000"/>
                <w:sz w:val="24"/>
              </w:rPr>
              <w:t>级核</w:t>
            </w:r>
          </w:p>
          <w:p w:rsidR="005439BA" w:rsidRDefault="004B0D60">
            <w:pPr>
              <w:widowControl/>
              <w:autoSpaceDE w:val="0"/>
              <w:autoSpaceDN w:val="0"/>
              <w:spacing w:before="72" w:line="240" w:lineRule="exact"/>
              <w:ind w:left="182"/>
              <w:jc w:val="left"/>
            </w:pPr>
            <w:r>
              <w:rPr>
                <w:rFonts w:ascii="gU1TgTbe+SimSun" w:eastAsia="gU1TgTbe+SimSun" w:hAnsi="gU1TgTbe+SimSun"/>
                <w:color w:val="000000"/>
                <w:sz w:val="24"/>
              </w:rPr>
              <w:t>心期刊</w:t>
            </w:r>
            <w:r>
              <w:rPr>
                <w:rFonts w:ascii="901OcohL+SimSun" w:eastAsia="901OcohL+SimSun" w:hAnsi="901OcohL+SimSun"/>
                <w:color w:val="000000"/>
                <w:sz w:val="24"/>
              </w:rPr>
              <w:t xml:space="preserve"> </w:t>
            </w:r>
          </w:p>
        </w:tc>
        <w:tc>
          <w:tcPr>
            <w:tcW w:w="1278"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88" w:line="240" w:lineRule="exact"/>
              <w:ind w:left="152"/>
              <w:jc w:val="left"/>
            </w:pPr>
            <w:r>
              <w:rPr>
                <w:rFonts w:ascii="gU1TgTbe+SimSun" w:eastAsia="gU1TgTbe+SimSun" w:hAnsi="gU1TgTbe+SimSun"/>
                <w:color w:val="000000"/>
                <w:sz w:val="24"/>
              </w:rPr>
              <w:t>第一作者</w:t>
            </w:r>
            <w:r>
              <w:rPr>
                <w:rFonts w:ascii="901OcohL+SimSun" w:eastAsia="901OcohL+SimSun" w:hAnsi="901OcohL+SimSun"/>
                <w:color w:val="000000"/>
                <w:sz w:val="24"/>
              </w:rPr>
              <w:t xml:space="preserve"> </w:t>
            </w:r>
          </w:p>
        </w:tc>
        <w:tc>
          <w:tcPr>
            <w:tcW w:w="992" w:type="dxa"/>
            <w:tcBorders>
              <w:top w:val="single" w:sz="4" w:space="0" w:color="000000"/>
              <w:left w:val="single" w:sz="4" w:space="0" w:color="000000"/>
              <w:bottom w:val="single" w:sz="3" w:space="0" w:color="000000"/>
              <w:right w:val="single" w:sz="3" w:space="0" w:color="000000"/>
            </w:tcBorders>
            <w:tcMar>
              <w:left w:w="0" w:type="dxa"/>
              <w:right w:w="0" w:type="dxa"/>
            </w:tcMar>
          </w:tcPr>
          <w:p w:rsidR="005439BA" w:rsidRDefault="004B0D60">
            <w:pPr>
              <w:widowControl/>
              <w:autoSpaceDE w:val="0"/>
              <w:autoSpaceDN w:val="0"/>
              <w:spacing w:before="188" w:line="240" w:lineRule="exact"/>
              <w:ind w:left="160"/>
              <w:jc w:val="left"/>
            </w:pPr>
            <w:r>
              <w:rPr>
                <w:rFonts w:ascii="901OcohL+SimSun" w:eastAsia="901OcohL+SimSun" w:hAnsi="901OcohL+SimSun"/>
                <w:color w:val="000000"/>
                <w:sz w:val="24"/>
              </w:rPr>
              <w:t>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c>
          <w:tcPr>
            <w:tcW w:w="1276"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88" w:line="240" w:lineRule="exact"/>
              <w:ind w:left="152"/>
              <w:jc w:val="left"/>
            </w:pPr>
            <w:r>
              <w:rPr>
                <w:rFonts w:ascii="gU1TgTbe+SimSun" w:eastAsia="gU1TgTbe+SimSun" w:hAnsi="gU1TgTbe+SimSun"/>
                <w:color w:val="000000"/>
                <w:sz w:val="24"/>
              </w:rPr>
              <w:t>第二作者</w:t>
            </w:r>
            <w:r>
              <w:rPr>
                <w:rFonts w:ascii="901OcohL+SimSun" w:eastAsia="901OcohL+SimSun" w:hAnsi="901OcohL+SimSun"/>
                <w:color w:val="000000"/>
                <w:sz w:val="24"/>
              </w:rPr>
              <w:t xml:space="preserve"> </w:t>
            </w:r>
          </w:p>
        </w:tc>
        <w:tc>
          <w:tcPr>
            <w:tcW w:w="992"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88" w:line="240" w:lineRule="exact"/>
              <w:ind w:left="158"/>
              <w:jc w:val="left"/>
            </w:pPr>
            <w:r>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c>
          <w:tcPr>
            <w:tcW w:w="127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88" w:line="240" w:lineRule="exact"/>
              <w:ind w:left="152"/>
              <w:jc w:val="left"/>
            </w:pPr>
            <w:r>
              <w:rPr>
                <w:rFonts w:ascii="gU1TgTbe+SimSun" w:eastAsia="gU1TgTbe+SimSun" w:hAnsi="gU1TgTbe+SimSun"/>
                <w:color w:val="000000"/>
                <w:sz w:val="24"/>
              </w:rPr>
              <w:t>第三作者</w:t>
            </w:r>
            <w:r>
              <w:rPr>
                <w:rFonts w:ascii="901OcohL+SimSun" w:eastAsia="901OcohL+SimSun" w:hAnsi="901OcohL+SimSun"/>
                <w:color w:val="000000"/>
                <w:sz w:val="24"/>
              </w:rPr>
              <w:t xml:space="preserve"> </w:t>
            </w:r>
          </w:p>
        </w:tc>
        <w:tc>
          <w:tcPr>
            <w:tcW w:w="99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88" w:line="240" w:lineRule="exact"/>
              <w:ind w:left="164"/>
              <w:jc w:val="left"/>
            </w:pPr>
            <w:r>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1260"/>
        </w:trPr>
        <w:tc>
          <w:tcPr>
            <w:tcW w:w="1128" w:type="dxa"/>
            <w:vMerge/>
            <w:tcBorders>
              <w:top w:val="single" w:sz="4" w:space="0" w:color="000000"/>
              <w:left w:val="single" w:sz="4" w:space="0" w:color="000000"/>
              <w:bottom w:val="single" w:sz="3" w:space="0" w:color="000000"/>
              <w:right w:val="single" w:sz="4" w:space="0" w:color="000000"/>
            </w:tcBorders>
          </w:tcPr>
          <w:p w:rsidR="005439BA" w:rsidRDefault="005439BA"/>
        </w:tc>
        <w:tc>
          <w:tcPr>
            <w:tcW w:w="1096" w:type="dxa"/>
            <w:tcBorders>
              <w:top w:val="single" w:sz="3" w:space="0" w:color="000000"/>
              <w:left w:val="single" w:sz="4" w:space="0" w:color="000000"/>
              <w:bottom w:val="single" w:sz="3" w:space="0" w:color="000000"/>
              <w:right w:val="single" w:sz="4" w:space="0" w:color="000000"/>
            </w:tcBorders>
            <w:tcMar>
              <w:left w:w="0" w:type="dxa"/>
              <w:right w:w="0" w:type="dxa"/>
            </w:tcMar>
          </w:tcPr>
          <w:p w:rsidR="005439BA" w:rsidRDefault="00B42582">
            <w:pPr>
              <w:widowControl/>
              <w:autoSpaceDE w:val="0"/>
              <w:autoSpaceDN w:val="0"/>
              <w:spacing w:line="302" w:lineRule="exact"/>
              <w:ind w:left="100" w:right="144"/>
              <w:jc w:val="left"/>
            </w:pPr>
            <w:r>
              <w:rPr>
                <w:rFonts w:ascii="Cambria" w:eastAsia="901OcohL+SimSun" w:hAnsi="Cambria" w:cs="Cambria"/>
                <w:color w:val="000000"/>
                <w:sz w:val="24"/>
              </w:rPr>
              <w:t>B</w:t>
            </w:r>
            <w:r w:rsidR="004B0D60">
              <w:rPr>
                <w:rFonts w:ascii="gU1TgTbe+SimSun" w:eastAsia="gU1TgTbe+SimSun" w:hAnsi="gU1TgTbe+SimSun"/>
                <w:color w:val="000000"/>
                <w:sz w:val="24"/>
              </w:rPr>
              <w:t>级以下其他</w:t>
            </w:r>
            <w:r w:rsidR="004B0D60">
              <w:br/>
            </w:r>
            <w:r w:rsidR="004B0D60">
              <w:rPr>
                <w:rFonts w:ascii="gU1TgTbe+SimSun" w:eastAsia="gU1TgTbe+SimSun" w:hAnsi="gU1TgTbe+SimSun"/>
                <w:color w:val="000000"/>
                <w:sz w:val="24"/>
              </w:rPr>
              <w:t>正式核</w:t>
            </w:r>
            <w:r w:rsidR="004B0D60">
              <w:br/>
            </w:r>
            <w:r w:rsidR="004B0D60">
              <w:rPr>
                <w:rFonts w:ascii="gU1TgTbe+SimSun" w:eastAsia="gU1TgTbe+SimSun" w:hAnsi="gU1TgTbe+SimSun"/>
                <w:color w:val="000000"/>
                <w:sz w:val="24"/>
              </w:rPr>
              <w:t>心刊物</w:t>
            </w:r>
            <w:r w:rsidR="004B0D60">
              <w:rPr>
                <w:rFonts w:ascii="901OcohL+SimSun" w:eastAsia="901OcohL+SimSun" w:hAnsi="901OcohL+SimSun"/>
                <w:color w:val="000000"/>
                <w:sz w:val="24"/>
              </w:rPr>
              <w:t xml:space="preserve"> </w:t>
            </w:r>
          </w:p>
        </w:tc>
        <w:tc>
          <w:tcPr>
            <w:tcW w:w="1278" w:type="dxa"/>
            <w:tcBorders>
              <w:top w:val="single" w:sz="3"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504" w:line="240" w:lineRule="exact"/>
              <w:ind w:left="152"/>
              <w:jc w:val="left"/>
            </w:pPr>
            <w:r>
              <w:rPr>
                <w:rFonts w:ascii="gU1TgTbe+SimSun" w:eastAsia="gU1TgTbe+SimSun" w:hAnsi="gU1TgTbe+SimSun"/>
                <w:color w:val="000000"/>
                <w:sz w:val="24"/>
              </w:rPr>
              <w:t>第一作者</w:t>
            </w:r>
            <w:r>
              <w:rPr>
                <w:rFonts w:ascii="901OcohL+SimSun" w:eastAsia="901OcohL+SimSun" w:hAnsi="901OcohL+SimSun"/>
                <w:color w:val="000000"/>
                <w:sz w:val="24"/>
              </w:rPr>
              <w:t xml:space="preserve"> </w:t>
            </w:r>
          </w:p>
        </w:tc>
        <w:tc>
          <w:tcPr>
            <w:tcW w:w="992" w:type="dxa"/>
            <w:tcBorders>
              <w:top w:val="single" w:sz="3" w:space="0" w:color="000000"/>
              <w:left w:val="single" w:sz="4" w:space="0" w:color="000000"/>
              <w:bottom w:val="single" w:sz="3" w:space="0" w:color="000000"/>
              <w:right w:val="single" w:sz="3" w:space="0" w:color="000000"/>
            </w:tcBorders>
            <w:tcMar>
              <w:left w:w="0" w:type="dxa"/>
              <w:right w:w="0" w:type="dxa"/>
            </w:tcMar>
          </w:tcPr>
          <w:p w:rsidR="005439BA" w:rsidRDefault="004B0D60">
            <w:pPr>
              <w:widowControl/>
              <w:autoSpaceDE w:val="0"/>
              <w:autoSpaceDN w:val="0"/>
              <w:spacing w:before="504" w:line="240" w:lineRule="exact"/>
              <w:ind w:left="160"/>
              <w:jc w:val="left"/>
            </w:pPr>
            <w:r>
              <w:rPr>
                <w:rFonts w:ascii="901OcohL+SimSun" w:eastAsia="901OcohL+SimSun" w:hAnsi="901OcohL+SimSun"/>
                <w:color w:val="000000"/>
                <w:sz w:val="24"/>
              </w:rPr>
              <w:t>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c>
          <w:tcPr>
            <w:tcW w:w="1276" w:type="dxa"/>
            <w:tcBorders>
              <w:top w:val="single" w:sz="3"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504" w:line="240" w:lineRule="exact"/>
              <w:ind w:left="152"/>
              <w:jc w:val="left"/>
            </w:pPr>
            <w:r>
              <w:rPr>
                <w:rFonts w:ascii="gU1TgTbe+SimSun" w:eastAsia="gU1TgTbe+SimSun" w:hAnsi="gU1TgTbe+SimSun"/>
                <w:color w:val="000000"/>
                <w:sz w:val="24"/>
              </w:rPr>
              <w:t>第二作者</w:t>
            </w:r>
            <w:r>
              <w:rPr>
                <w:rFonts w:ascii="901OcohL+SimSun" w:eastAsia="901OcohL+SimSun" w:hAnsi="901OcohL+SimSun"/>
                <w:color w:val="000000"/>
                <w:sz w:val="24"/>
              </w:rPr>
              <w:t xml:space="preserve"> </w:t>
            </w:r>
          </w:p>
        </w:tc>
        <w:tc>
          <w:tcPr>
            <w:tcW w:w="992" w:type="dxa"/>
            <w:tcBorders>
              <w:top w:val="single" w:sz="3"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504" w:line="240" w:lineRule="exact"/>
              <w:ind w:left="158"/>
              <w:jc w:val="left"/>
            </w:pPr>
            <w:r>
              <w:rPr>
                <w:rFonts w:ascii="901OcohL+SimSun" w:eastAsia="901OcohL+SimSun" w:hAnsi="901OcohL+SimSun"/>
                <w:color w:val="000000"/>
                <w:sz w:val="24"/>
              </w:rPr>
              <w:t>1</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c>
          <w:tcPr>
            <w:tcW w:w="1274" w:type="dxa"/>
            <w:tcBorders>
              <w:top w:val="single" w:sz="3"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504" w:line="240" w:lineRule="exact"/>
              <w:ind w:left="152"/>
              <w:jc w:val="left"/>
            </w:pPr>
            <w:r>
              <w:rPr>
                <w:rFonts w:ascii="gU1TgTbe+SimSun" w:eastAsia="gU1TgTbe+SimSun" w:hAnsi="gU1TgTbe+SimSun"/>
                <w:color w:val="000000"/>
                <w:sz w:val="24"/>
              </w:rPr>
              <w:t>第三作者</w:t>
            </w:r>
            <w:r>
              <w:rPr>
                <w:rFonts w:ascii="901OcohL+SimSun" w:eastAsia="901OcohL+SimSun" w:hAnsi="901OcohL+SimSun"/>
                <w:color w:val="000000"/>
                <w:sz w:val="24"/>
              </w:rPr>
              <w:t xml:space="preserve"> </w:t>
            </w:r>
          </w:p>
        </w:tc>
        <w:tc>
          <w:tcPr>
            <w:tcW w:w="994" w:type="dxa"/>
            <w:tcBorders>
              <w:top w:val="single" w:sz="3"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504" w:line="240" w:lineRule="exact"/>
              <w:ind w:left="164"/>
              <w:jc w:val="left"/>
            </w:pPr>
            <w:r>
              <w:rPr>
                <w:rFonts w:ascii="901OcohL+SimSun" w:eastAsia="901OcohL+SimSun" w:hAnsi="901OcohL+SimSun"/>
                <w:color w:val="000000"/>
                <w:sz w:val="24"/>
              </w:rPr>
              <w:t>1</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0"/>
        </w:trPr>
        <w:tc>
          <w:tcPr>
            <w:tcW w:w="8358" w:type="dxa"/>
            <w:gridSpan w:val="8"/>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jc w:val="center"/>
            </w:pPr>
            <w:r>
              <w:rPr>
                <w:rFonts w:ascii="gU1TgTbe+SimSun" w:eastAsia="gU1TgTbe+SimSun" w:hAnsi="gU1TgTbe+SimSun"/>
                <w:color w:val="000000"/>
                <w:sz w:val="24"/>
              </w:rPr>
              <w:t>注</w:t>
            </w:r>
            <w:r>
              <w:rPr>
                <w:rFonts w:ascii="901OcohL+SimSun" w:eastAsia="901OcohL+SimSun" w:hAnsi="901OcohL+SimSun"/>
                <w:color w:val="000000"/>
                <w:sz w:val="24"/>
              </w:rPr>
              <w:t>:</w:t>
            </w:r>
            <w:r>
              <w:rPr>
                <w:rFonts w:ascii="gU1TgTbe+SimSun" w:eastAsia="gU1TgTbe+SimSun" w:hAnsi="gU1TgTbe+SimSun"/>
                <w:color w:val="000000"/>
                <w:sz w:val="24"/>
              </w:rPr>
              <w:t>刊物分类参见学校科研处《西南财经大学核心期刊目录及期刊等级分类》</w:t>
            </w:r>
            <w:r>
              <w:rPr>
                <w:rFonts w:ascii="901OcohL+SimSun" w:eastAsia="901OcohL+SimSun" w:hAnsi="901OcohL+SimSun"/>
                <w:color w:val="000000"/>
                <w:sz w:val="24"/>
              </w:rPr>
              <w:t xml:space="preserve"> </w:t>
            </w:r>
          </w:p>
        </w:tc>
      </w:tr>
    </w:tbl>
    <w:p w:rsidR="005439BA" w:rsidRDefault="004B0D60">
      <w:pPr>
        <w:widowControl/>
        <w:autoSpaceDE w:val="0"/>
        <w:autoSpaceDN w:val="0"/>
        <w:spacing w:line="294" w:lineRule="exact"/>
        <w:ind w:left="360" w:right="432"/>
        <w:jc w:val="left"/>
      </w:pPr>
      <w:r>
        <w:rPr>
          <w:rFonts w:ascii="gU1TgTbe+SimSun" w:eastAsia="gU1TgTbe+SimSun" w:hAnsi="gU1TgTbe+SimSun"/>
          <w:b/>
          <w:color w:val="000000"/>
          <w:sz w:val="24"/>
        </w:rPr>
        <w:t>注：不同级别论文的作者在评选单项奖时，论文累加课时数的上限不超过上一级别的单篇课时数。</w:t>
      </w:r>
      <w:r>
        <w:rPr>
          <w:rFonts w:ascii="901OcohL+SimSun" w:eastAsia="901OcohL+SimSun" w:hAnsi="901OcohL+SimSun"/>
          <w:b/>
          <w:color w:val="000000"/>
          <w:sz w:val="24"/>
        </w:rPr>
        <w:t xml:space="preserve"> </w:t>
      </w:r>
    </w:p>
    <w:p w:rsidR="005439BA" w:rsidRDefault="004B0D60" w:rsidP="00B42582">
      <w:pPr>
        <w:widowControl/>
        <w:tabs>
          <w:tab w:val="left" w:pos="364"/>
        </w:tabs>
        <w:autoSpaceDE w:val="0"/>
        <w:autoSpaceDN w:val="0"/>
        <w:spacing w:line="320" w:lineRule="exact"/>
        <w:ind w:right="288" w:firstLineChars="200" w:firstLine="471"/>
        <w:jc w:val="left"/>
      </w:pPr>
      <w:r>
        <w:rPr>
          <w:rFonts w:ascii="901OcohL+SimSun" w:eastAsia="901OcohL+SimSun" w:hAnsi="901OcohL+SimSun"/>
          <w:b/>
          <w:color w:val="000000"/>
          <w:sz w:val="24"/>
        </w:rPr>
        <w:t>4.</w:t>
      </w:r>
      <w:r>
        <w:rPr>
          <w:rFonts w:ascii="gU1TgTbe+SimSun" w:eastAsia="gU1TgTbe+SimSun" w:hAnsi="gU1TgTbe+SimSun"/>
          <w:b/>
          <w:color w:val="000000"/>
          <w:sz w:val="24"/>
        </w:rPr>
        <w:t>与老师合作进行科研项目</w:t>
      </w:r>
      <w:r>
        <w:rPr>
          <w:rFonts w:ascii="901OcohL+SimSun" w:eastAsia="901OcohL+SimSun" w:hAnsi="901OcohL+SimSun"/>
          <w:b/>
          <w:color w:val="000000"/>
          <w:sz w:val="24"/>
        </w:rPr>
        <w:t xml:space="preserve"> </w:t>
      </w:r>
      <w:r>
        <w:br/>
      </w:r>
      <w:r>
        <w:tab/>
      </w:r>
      <w:r>
        <w:rPr>
          <w:rFonts w:ascii="gU1TgTbe+SimSun" w:eastAsia="gU1TgTbe+SimSun" w:hAnsi="gU1TgTbe+SimSun"/>
          <w:color w:val="000000"/>
          <w:sz w:val="24"/>
        </w:rPr>
        <w:t>依据科研老师出具的证明建议课时为准，每个项目上限</w:t>
      </w:r>
      <w:r>
        <w:rPr>
          <w:rFonts w:ascii="PTZ3LLzS+Calibri" w:eastAsia="PTZ3LLzS+Calibri" w:hAnsi="PTZ3LLzS+Calibri"/>
          <w:color w:val="000000"/>
          <w:sz w:val="24"/>
        </w:rPr>
        <w:t>4</w:t>
      </w:r>
      <w:r>
        <w:rPr>
          <w:rFonts w:ascii="gU1TgTbe+SimSun" w:eastAsia="gU1TgTbe+SimSun" w:hAnsi="gU1TgTbe+SimSun"/>
          <w:color w:val="000000"/>
          <w:sz w:val="24"/>
        </w:rPr>
        <w:t>课时，多个项目可叠加（证明模板可以参见附件一：科研项目课时证明）</w:t>
      </w:r>
      <w:r>
        <w:rPr>
          <w:rFonts w:ascii="PTZ3LLzS+Calibri" w:eastAsia="PTZ3LLzS+Calibri" w:hAnsi="PTZ3LLzS+Calibri"/>
          <w:color w:val="000000"/>
          <w:sz w:val="24"/>
        </w:rPr>
        <w:t xml:space="preserve"> </w:t>
      </w:r>
    </w:p>
    <w:p w:rsidR="005439BA" w:rsidRDefault="004B0D60">
      <w:pPr>
        <w:widowControl/>
        <w:autoSpaceDE w:val="0"/>
        <w:autoSpaceDN w:val="0"/>
        <w:spacing w:before="168" w:line="320" w:lineRule="exact"/>
        <w:ind w:left="360"/>
        <w:jc w:val="left"/>
      </w:pPr>
      <w:r>
        <w:rPr>
          <w:rFonts w:ascii="gU1TgTbe+SimSun" w:eastAsia="gU1TgTbe+SimSun" w:hAnsi="gU1TgTbe+SimSun"/>
          <w:b/>
          <w:color w:val="000000"/>
          <w:sz w:val="31"/>
        </w:rPr>
        <w:t>三、社会实践类</w:t>
      </w:r>
      <w:r>
        <w:rPr>
          <w:rFonts w:ascii="901OcohL+SimSun" w:eastAsia="901OcohL+SimSun" w:hAnsi="901OcohL+SimSun"/>
          <w:b/>
          <w:color w:val="000000"/>
          <w:sz w:val="31"/>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182" w:after="38" w:line="240" w:lineRule="exact"/>
        <w:ind w:left="360"/>
        <w:jc w:val="left"/>
      </w:pPr>
      <w:r>
        <w:rPr>
          <w:rFonts w:ascii="901OcohL+SimSun" w:eastAsia="901OcohL+SimSun" w:hAnsi="901OcohL+SimSun"/>
          <w:b/>
          <w:color w:val="000000"/>
          <w:sz w:val="24"/>
        </w:rPr>
        <w:t xml:space="preserve">1. </w:t>
      </w:r>
      <w:r>
        <w:rPr>
          <w:rFonts w:ascii="gU1TgTbe+SimSun" w:eastAsia="gU1TgTbe+SimSun" w:hAnsi="gU1TgTbe+SimSun"/>
          <w:b/>
          <w:color w:val="000000"/>
          <w:sz w:val="24"/>
        </w:rPr>
        <w:t>“三下乡”、“西财暖冬”、“把西财带回母校”等社会实践活动</w:t>
      </w:r>
      <w:r>
        <w:rPr>
          <w:rFonts w:ascii="901OcohL+SimSun" w:eastAsia="901OcohL+SimSun" w:hAnsi="901OcohL+SimSun"/>
          <w:b/>
          <w:color w:val="000000"/>
          <w:sz w:val="24"/>
        </w:rPr>
        <w:t xml:space="preserve"> </w:t>
      </w:r>
    </w:p>
    <w:tbl>
      <w:tblPr>
        <w:tblW w:w="0" w:type="auto"/>
        <w:tblInd w:w="254" w:type="dxa"/>
        <w:tblLayout w:type="fixed"/>
        <w:tblLook w:val="04A0" w:firstRow="1" w:lastRow="0" w:firstColumn="1" w:lastColumn="0" w:noHBand="0" w:noVBand="1"/>
      </w:tblPr>
      <w:tblGrid>
        <w:gridCol w:w="1694"/>
        <w:gridCol w:w="4820"/>
        <w:gridCol w:w="1784"/>
      </w:tblGrid>
      <w:tr w:rsidR="005439BA">
        <w:trPr>
          <w:trHeight w:hRule="exact" w:val="454"/>
        </w:trPr>
        <w:tc>
          <w:tcPr>
            <w:tcW w:w="169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360"/>
              <w:jc w:val="left"/>
            </w:pPr>
            <w:r>
              <w:rPr>
                <w:rFonts w:ascii="gU1TgTbe+SimSun" w:eastAsia="gU1TgTbe+SimSun" w:hAnsi="gU1TgTbe+SimSun"/>
                <w:color w:val="000000"/>
                <w:sz w:val="24"/>
              </w:rPr>
              <w:t>获奖级别</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1926"/>
              <w:jc w:val="left"/>
            </w:pPr>
            <w:r>
              <w:rPr>
                <w:rFonts w:ascii="gU1TgTbe+SimSun" w:eastAsia="gU1TgTbe+SimSun" w:hAnsi="gU1TgTbe+SimSun"/>
                <w:color w:val="000000"/>
                <w:sz w:val="24"/>
              </w:rPr>
              <w:t>获奖等级</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88"/>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52"/>
        </w:trPr>
        <w:tc>
          <w:tcPr>
            <w:tcW w:w="169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550" w:line="240" w:lineRule="exact"/>
              <w:ind w:left="480"/>
              <w:jc w:val="left"/>
            </w:pPr>
            <w:r>
              <w:rPr>
                <w:rFonts w:ascii="gU1TgTbe+SimSun" w:eastAsia="gU1TgTbe+SimSun" w:hAnsi="gU1TgTbe+SimSun"/>
                <w:color w:val="000000"/>
                <w:sz w:val="24"/>
              </w:rPr>
              <w:t>国家级</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一等奖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498"/>
              <w:jc w:val="left"/>
            </w:pPr>
            <w:r>
              <w:rPr>
                <w:rFonts w:ascii="901OcohL+SimSun" w:eastAsia="901OcohL+SimSun" w:hAnsi="901OcohL+SimSun"/>
                <w:color w:val="000000"/>
                <w:sz w:val="24"/>
              </w:rPr>
              <w:t>20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46"/>
              <w:jc w:val="left"/>
            </w:pPr>
            <w:r>
              <w:rPr>
                <w:rFonts w:ascii="gU1TgTbe+SimSun" w:eastAsia="gU1TgTbe+SimSun" w:hAnsi="gU1TgTbe+SimSun"/>
                <w:color w:val="000000"/>
                <w:sz w:val="24"/>
              </w:rPr>
              <w:t>二等奖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498"/>
              <w:jc w:val="left"/>
            </w:pPr>
            <w:r>
              <w:rPr>
                <w:rFonts w:ascii="901OcohL+SimSun" w:eastAsia="901OcohL+SimSun" w:hAnsi="901OcohL+SimSun"/>
                <w:color w:val="000000"/>
                <w:sz w:val="24"/>
              </w:rPr>
              <w:t>18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46"/>
              <w:jc w:val="left"/>
            </w:pPr>
            <w:r>
              <w:rPr>
                <w:rFonts w:ascii="gU1TgTbe+SimSun" w:eastAsia="gU1TgTbe+SimSun" w:hAnsi="gU1TgTbe+SimSun"/>
                <w:color w:val="000000"/>
                <w:sz w:val="24"/>
              </w:rPr>
              <w:t>三等奖</w:t>
            </w:r>
            <w:r>
              <w:rPr>
                <w:rFonts w:ascii="901OcohL+SimSun" w:eastAsia="901OcohL+SimSun" w:hAnsi="901OcohL+SimSun"/>
                <w:color w:val="000000"/>
                <w:sz w:val="24"/>
              </w:rPr>
              <w:t xml:space="preserve"> </w:t>
            </w:r>
          </w:p>
        </w:tc>
        <w:tc>
          <w:tcPr>
            <w:tcW w:w="178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498"/>
              <w:jc w:val="left"/>
            </w:pPr>
            <w:r>
              <w:rPr>
                <w:rFonts w:ascii="901OcohL+SimSun" w:eastAsia="901OcohL+SimSun" w:hAnsi="901OcohL+SimSun"/>
                <w:color w:val="000000"/>
                <w:sz w:val="24"/>
              </w:rPr>
              <w:t>16</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169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550" w:line="240" w:lineRule="exact"/>
              <w:ind w:left="600"/>
              <w:jc w:val="left"/>
            </w:pPr>
            <w:r>
              <w:rPr>
                <w:rFonts w:ascii="gU1TgTbe+SimSun" w:eastAsia="gU1TgTbe+SimSun" w:hAnsi="gU1TgTbe+SimSun"/>
                <w:color w:val="000000"/>
                <w:sz w:val="24"/>
              </w:rPr>
              <w:t>省级</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一等奖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498"/>
              <w:jc w:val="left"/>
            </w:pPr>
            <w:r>
              <w:rPr>
                <w:rFonts w:ascii="901OcohL+SimSun" w:eastAsia="901OcohL+SimSun" w:hAnsi="901OcohL+SimSun"/>
                <w:color w:val="000000"/>
                <w:sz w:val="24"/>
              </w:rPr>
              <w:t>16</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46"/>
              <w:jc w:val="left"/>
            </w:pPr>
            <w:r>
              <w:rPr>
                <w:rFonts w:ascii="gU1TgTbe+SimSun" w:eastAsia="gU1TgTbe+SimSun" w:hAnsi="gU1TgTbe+SimSun"/>
                <w:color w:val="000000"/>
                <w:sz w:val="24"/>
              </w:rPr>
              <w:t>二等奖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498"/>
              <w:jc w:val="left"/>
            </w:pPr>
            <w:r>
              <w:rPr>
                <w:rFonts w:ascii="901OcohL+SimSun" w:eastAsia="901OcohL+SimSun" w:hAnsi="901OcohL+SimSun"/>
                <w:color w:val="000000"/>
                <w:sz w:val="24"/>
              </w:rPr>
              <w:t>14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46"/>
              <w:jc w:val="left"/>
            </w:pPr>
            <w:r>
              <w:rPr>
                <w:rFonts w:ascii="gU1TgTbe+SimSun" w:eastAsia="gU1TgTbe+SimSun" w:hAnsi="gU1TgTbe+SimSun"/>
                <w:color w:val="000000"/>
                <w:sz w:val="24"/>
              </w:rPr>
              <w:t>三等奖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498"/>
              <w:jc w:val="left"/>
            </w:pPr>
            <w:r>
              <w:rPr>
                <w:rFonts w:ascii="901OcohL+SimSun" w:eastAsia="901OcohL+SimSun" w:hAnsi="901OcohL+SimSun"/>
                <w:color w:val="000000"/>
                <w:sz w:val="24"/>
              </w:rPr>
              <w:t>12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169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552" w:line="240" w:lineRule="exact"/>
              <w:ind w:left="600"/>
              <w:jc w:val="left"/>
            </w:pPr>
            <w:r>
              <w:rPr>
                <w:rFonts w:ascii="gU1TgTbe+SimSun" w:eastAsia="gU1TgTbe+SimSun" w:hAnsi="gU1TgTbe+SimSun"/>
                <w:color w:val="000000"/>
                <w:sz w:val="24"/>
              </w:rPr>
              <w:t>校级</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2046"/>
              <w:jc w:val="left"/>
            </w:pPr>
            <w:r>
              <w:rPr>
                <w:rFonts w:ascii="gU1TgTbe+SimSun" w:eastAsia="gU1TgTbe+SimSun" w:hAnsi="gU1TgTbe+SimSun"/>
                <w:color w:val="000000"/>
                <w:sz w:val="24"/>
              </w:rPr>
              <w:t>一等奖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498"/>
              <w:jc w:val="left"/>
            </w:pPr>
            <w:r>
              <w:rPr>
                <w:rFonts w:ascii="901OcohL+SimSun" w:eastAsia="901OcohL+SimSun" w:hAnsi="901OcohL+SimSun"/>
                <w:color w:val="000000"/>
                <w:sz w:val="24"/>
              </w:rPr>
              <w:t>12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46"/>
              <w:jc w:val="left"/>
            </w:pPr>
            <w:r>
              <w:rPr>
                <w:rFonts w:ascii="gU1TgTbe+SimSun" w:eastAsia="gU1TgTbe+SimSun" w:hAnsi="gU1TgTbe+SimSun"/>
                <w:color w:val="000000"/>
                <w:sz w:val="24"/>
              </w:rPr>
              <w:t>二等奖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498"/>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0"/>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三等奖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558"/>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6"/>
        </w:trPr>
        <w:tc>
          <w:tcPr>
            <w:tcW w:w="169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600"/>
              <w:jc w:val="left"/>
            </w:pPr>
            <w:r>
              <w:rPr>
                <w:rFonts w:ascii="gU1TgTbe+SimSun" w:eastAsia="gU1TgTbe+SimSun" w:hAnsi="gU1TgTbe+SimSun"/>
                <w:color w:val="000000"/>
                <w:sz w:val="24"/>
              </w:rPr>
              <w:t>院级</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926"/>
              <w:jc w:val="left"/>
            </w:pPr>
            <w:r>
              <w:rPr>
                <w:rFonts w:ascii="gU1TgTbe+SimSun" w:eastAsia="gU1TgTbe+SimSun" w:hAnsi="gU1TgTbe+SimSun"/>
                <w:color w:val="000000"/>
                <w:sz w:val="24"/>
              </w:rPr>
              <w:t>优秀团队</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558"/>
              <w:jc w:val="left"/>
            </w:pPr>
            <w:r>
              <w:rPr>
                <w:rFonts w:ascii="901OcohL+SimSun" w:eastAsia="901OcohL+SimSun" w:hAnsi="901OcohL+SimSun"/>
                <w:color w:val="000000"/>
                <w:sz w:val="24"/>
              </w:rPr>
              <w:t>6</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8298"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700"/>
              <w:jc w:val="left"/>
            </w:pPr>
            <w:r>
              <w:rPr>
                <w:rFonts w:ascii="gU1TgTbe+SimSun" w:eastAsia="gU1TgTbe+SimSun" w:hAnsi="gU1TgTbe+SimSun"/>
                <w:color w:val="000000"/>
                <w:sz w:val="24"/>
              </w:rPr>
              <w:t>完成结项报告，均计</w:t>
            </w:r>
            <w:r>
              <w:rPr>
                <w:rFonts w:ascii="901OcohL+SimSun" w:eastAsia="901OcohL+SimSun" w:hAnsi="901OcohL+SimSun"/>
                <w:color w:val="000000"/>
                <w:sz w:val="24"/>
              </w:rPr>
              <w:t>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4B0D60">
      <w:pPr>
        <w:widowControl/>
        <w:autoSpaceDE w:val="0"/>
        <w:autoSpaceDN w:val="0"/>
        <w:spacing w:before="30" w:after="40" w:line="240" w:lineRule="exact"/>
        <w:ind w:left="360"/>
        <w:jc w:val="left"/>
      </w:pPr>
      <w:r>
        <w:rPr>
          <w:rFonts w:ascii="901OcohL+SimSun" w:eastAsia="901OcohL+SimSun" w:hAnsi="901OcohL+SimSun"/>
          <w:b/>
          <w:color w:val="000000"/>
          <w:sz w:val="24"/>
        </w:rPr>
        <w:t xml:space="preserve">2. </w:t>
      </w:r>
      <w:r>
        <w:rPr>
          <w:rFonts w:ascii="gU1TgTbe+SimSun" w:eastAsia="gU1TgTbe+SimSun" w:hAnsi="gU1TgTbe+SimSun"/>
          <w:b/>
          <w:color w:val="000000"/>
          <w:sz w:val="24"/>
        </w:rPr>
        <w:t>社会实践优秀个人</w:t>
      </w:r>
      <w:r>
        <w:rPr>
          <w:rFonts w:ascii="901OcohL+SimSun" w:eastAsia="901OcohL+SimSun" w:hAnsi="901OcohL+SimSun"/>
          <w:color w:val="000000"/>
          <w:sz w:val="24"/>
        </w:rPr>
        <w:t xml:space="preserve"> </w:t>
      </w:r>
    </w:p>
    <w:tbl>
      <w:tblPr>
        <w:tblW w:w="0" w:type="auto"/>
        <w:tblInd w:w="254" w:type="dxa"/>
        <w:tblLayout w:type="fixed"/>
        <w:tblLook w:val="04A0" w:firstRow="1" w:lastRow="0" w:firstColumn="1" w:lastColumn="0" w:noHBand="0" w:noVBand="1"/>
      </w:tblPr>
      <w:tblGrid>
        <w:gridCol w:w="4146"/>
        <w:gridCol w:w="4152"/>
      </w:tblGrid>
      <w:tr w:rsidR="005439BA">
        <w:trPr>
          <w:trHeight w:hRule="exact" w:val="452"/>
        </w:trPr>
        <w:tc>
          <w:tcPr>
            <w:tcW w:w="4146" w:type="dxa"/>
            <w:tcBorders>
              <w:top w:val="single" w:sz="3" w:space="0" w:color="000000"/>
              <w:left w:val="single" w:sz="4"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102" w:line="240" w:lineRule="exact"/>
              <w:ind w:left="1586"/>
              <w:jc w:val="left"/>
            </w:pPr>
            <w:r>
              <w:rPr>
                <w:rFonts w:ascii="gU1TgTbe+SimSun" w:eastAsia="gU1TgTbe+SimSun" w:hAnsi="gU1TgTbe+SimSun"/>
                <w:color w:val="000000"/>
                <w:sz w:val="24"/>
              </w:rPr>
              <w:t>获奖级别</w:t>
            </w:r>
            <w:r>
              <w:rPr>
                <w:rFonts w:ascii="901OcohL+SimSun" w:eastAsia="901OcohL+SimSun" w:hAnsi="901OcohL+SimSun"/>
                <w:color w:val="000000"/>
                <w:sz w:val="24"/>
              </w:rPr>
              <w:t xml:space="preserve"> </w:t>
            </w:r>
          </w:p>
        </w:tc>
        <w:tc>
          <w:tcPr>
            <w:tcW w:w="4152" w:type="dxa"/>
            <w:tcBorders>
              <w:top w:val="single" w:sz="3"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470"/>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54"/>
        </w:trPr>
        <w:tc>
          <w:tcPr>
            <w:tcW w:w="4146" w:type="dxa"/>
            <w:tcBorders>
              <w:top w:val="single" w:sz="4" w:space="0" w:color="000000"/>
              <w:left w:val="single" w:sz="4"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98" w:line="240" w:lineRule="exact"/>
              <w:ind w:left="1706"/>
              <w:jc w:val="left"/>
            </w:pPr>
            <w:r>
              <w:rPr>
                <w:rFonts w:ascii="gU1TgTbe+SimSun" w:eastAsia="gU1TgTbe+SimSun" w:hAnsi="gU1TgTbe+SimSun"/>
                <w:color w:val="000000"/>
                <w:sz w:val="24"/>
              </w:rPr>
              <w:t>国家级</w:t>
            </w:r>
            <w:r>
              <w:rPr>
                <w:rFonts w:ascii="901OcohL+SimSun" w:eastAsia="901OcohL+SimSun" w:hAnsi="901OcohL+SimSun"/>
                <w:color w:val="000000"/>
                <w:sz w:val="24"/>
              </w:rPr>
              <w:t xml:space="preserve"> </w:t>
            </w:r>
          </w:p>
        </w:tc>
        <w:tc>
          <w:tcPr>
            <w:tcW w:w="415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678"/>
              <w:jc w:val="left"/>
            </w:pPr>
            <w:r>
              <w:rPr>
                <w:rFonts w:ascii="901OcohL+SimSun" w:eastAsia="901OcohL+SimSun" w:hAnsi="901OcohL+SimSun"/>
                <w:color w:val="000000"/>
                <w:sz w:val="24"/>
              </w:rPr>
              <w:t>15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4146" w:type="dxa"/>
            <w:tcBorders>
              <w:top w:val="single" w:sz="4" w:space="0" w:color="000000"/>
              <w:left w:val="single" w:sz="4"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98" w:line="240" w:lineRule="exact"/>
              <w:ind w:left="1826"/>
              <w:jc w:val="left"/>
            </w:pPr>
            <w:r>
              <w:rPr>
                <w:rFonts w:ascii="gU1TgTbe+SimSun" w:eastAsia="gU1TgTbe+SimSun" w:hAnsi="gU1TgTbe+SimSun"/>
                <w:color w:val="000000"/>
                <w:sz w:val="24"/>
              </w:rPr>
              <w:t>省级</w:t>
            </w:r>
            <w:r>
              <w:rPr>
                <w:rFonts w:ascii="901OcohL+SimSun" w:eastAsia="901OcohL+SimSun" w:hAnsi="901OcohL+SimSun"/>
                <w:color w:val="000000"/>
                <w:sz w:val="24"/>
              </w:rPr>
              <w:t xml:space="preserve"> </w:t>
            </w:r>
          </w:p>
        </w:tc>
        <w:tc>
          <w:tcPr>
            <w:tcW w:w="415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678"/>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32"/>
        </w:trPr>
        <w:tc>
          <w:tcPr>
            <w:tcW w:w="4146" w:type="dxa"/>
            <w:tcBorders>
              <w:top w:val="single" w:sz="4" w:space="0" w:color="000000"/>
              <w:left w:val="single" w:sz="4" w:space="0" w:color="000000"/>
              <w:bottom w:val="single" w:sz="3" w:space="0" w:color="000000"/>
              <w:right w:val="single" w:sz="3" w:space="0" w:color="000000"/>
            </w:tcBorders>
            <w:tcMar>
              <w:left w:w="0" w:type="dxa"/>
              <w:right w:w="0" w:type="dxa"/>
            </w:tcMar>
          </w:tcPr>
          <w:p w:rsidR="005439BA" w:rsidRDefault="004B0D60">
            <w:pPr>
              <w:widowControl/>
              <w:autoSpaceDE w:val="0"/>
              <w:autoSpaceDN w:val="0"/>
              <w:spacing w:before="100" w:line="240" w:lineRule="exact"/>
              <w:ind w:left="1826"/>
              <w:jc w:val="left"/>
            </w:pPr>
            <w:r>
              <w:rPr>
                <w:rFonts w:ascii="gU1TgTbe+SimSun" w:eastAsia="gU1TgTbe+SimSun" w:hAnsi="gU1TgTbe+SimSun"/>
                <w:color w:val="000000"/>
                <w:sz w:val="24"/>
              </w:rPr>
              <w:t>校级</w:t>
            </w:r>
            <w:r>
              <w:rPr>
                <w:rFonts w:ascii="901OcohL+SimSun" w:eastAsia="901OcohL+SimSun" w:hAnsi="901OcohL+SimSun"/>
                <w:color w:val="000000"/>
                <w:sz w:val="24"/>
              </w:rPr>
              <w:t xml:space="preserve"> </w:t>
            </w:r>
          </w:p>
        </w:tc>
        <w:tc>
          <w:tcPr>
            <w:tcW w:w="4152"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1738"/>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5439BA">
      <w:pPr>
        <w:widowControl/>
        <w:autoSpaceDE w:val="0"/>
        <w:autoSpaceDN w:val="0"/>
        <w:spacing w:line="14" w:lineRule="exact"/>
      </w:pPr>
    </w:p>
    <w:p w:rsidR="005439BA" w:rsidRDefault="005439BA">
      <w:pPr>
        <w:sectPr w:rsidR="005439BA">
          <w:pgSz w:w="11906" w:h="17238"/>
          <w:pgMar w:top="720" w:right="1440" w:bottom="858" w:left="1440" w:header="720" w:footer="720" w:gutter="0"/>
          <w:cols w:space="720" w:equalWidth="0">
            <w:col w:w="9026" w:space="0"/>
          </w:cols>
          <w:docGrid w:linePitch="360"/>
        </w:sectPr>
      </w:pPr>
    </w:p>
    <w:p w:rsidR="005439BA" w:rsidRDefault="004B0D60">
      <w:pPr>
        <w:widowControl/>
        <w:autoSpaceDE w:val="0"/>
        <w:autoSpaceDN w:val="0"/>
        <w:spacing w:before="500" w:line="220" w:lineRule="exact"/>
      </w:pPr>
      <w:r>
        <w:rPr>
          <w:noProof/>
        </w:rPr>
        <w:lastRenderedPageBreak/>
        <w:drawing>
          <wp:anchor distT="0" distB="0" distL="0" distR="0" simplePos="0" relativeHeight="251652608" behindDoc="1" locked="0" layoutInCell="1" allowOverlap="1">
            <wp:simplePos x="0" y="0"/>
            <wp:positionH relativeFrom="page">
              <wp:posOffset>1143000</wp:posOffset>
            </wp:positionH>
            <wp:positionV relativeFrom="page">
              <wp:posOffset>2708910</wp:posOffset>
            </wp:positionV>
            <wp:extent cx="5273040" cy="5277272"/>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273040" cy="5277272"/>
                    </a:xfrm>
                    <a:prstGeom prst="rect">
                      <a:avLst/>
                    </a:prstGeom>
                  </pic:spPr>
                </pic:pic>
              </a:graphicData>
            </a:graphic>
          </wp:anchor>
        </w:drawing>
      </w:r>
      <w:r>
        <w:rPr>
          <w:noProof/>
        </w:rPr>
        <w:drawing>
          <wp:anchor distT="0" distB="0" distL="0" distR="0" simplePos="0" relativeHeight="251653632" behindDoc="1" locked="0" layoutInCell="1" allowOverlap="1">
            <wp:simplePos x="0" y="0"/>
            <wp:positionH relativeFrom="page">
              <wp:posOffset>1071880</wp:posOffset>
            </wp:positionH>
            <wp:positionV relativeFrom="page">
              <wp:posOffset>7957820</wp:posOffset>
            </wp:positionV>
            <wp:extent cx="6350" cy="2349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
                    <a:stretch>
                      <a:fillRect/>
                    </a:stretch>
                  </pic:blipFill>
                  <pic:spPr>
                    <a:xfrm>
                      <a:off x="0" y="0"/>
                      <a:ext cx="6350" cy="234950"/>
                    </a:xfrm>
                    <a:prstGeom prst="rect">
                      <a:avLst/>
                    </a:prstGeom>
                  </pic:spPr>
                </pic:pic>
              </a:graphicData>
            </a:graphic>
          </wp:anchor>
        </w:drawing>
      </w:r>
      <w:r>
        <w:rPr>
          <w:noProof/>
        </w:rPr>
        <w:drawing>
          <wp:anchor distT="0" distB="0" distL="0" distR="0" simplePos="0" relativeHeight="251654656" behindDoc="1" locked="0" layoutInCell="1" allowOverlap="1">
            <wp:simplePos x="0" y="0"/>
            <wp:positionH relativeFrom="page">
              <wp:posOffset>1071880</wp:posOffset>
            </wp:positionH>
            <wp:positionV relativeFrom="page">
              <wp:posOffset>8901430</wp:posOffset>
            </wp:positionV>
            <wp:extent cx="6350" cy="23177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
                    <a:stretch>
                      <a:fillRect/>
                    </a:stretch>
                  </pic:blipFill>
                  <pic:spPr>
                    <a:xfrm>
                      <a:off x="0" y="0"/>
                      <a:ext cx="6350" cy="231775"/>
                    </a:xfrm>
                    <a:prstGeom prst="rect">
                      <a:avLst/>
                    </a:prstGeom>
                  </pic:spPr>
                </pic:pic>
              </a:graphicData>
            </a:graphic>
          </wp:anchor>
        </w:drawing>
      </w:r>
    </w:p>
    <w:tbl>
      <w:tblPr>
        <w:tblW w:w="0" w:type="auto"/>
        <w:tblInd w:w="254" w:type="dxa"/>
        <w:tblLayout w:type="fixed"/>
        <w:tblLook w:val="04A0" w:firstRow="1" w:lastRow="0" w:firstColumn="1" w:lastColumn="0" w:noHBand="0" w:noVBand="1"/>
      </w:tblPr>
      <w:tblGrid>
        <w:gridCol w:w="4146"/>
        <w:gridCol w:w="4152"/>
      </w:tblGrid>
      <w:tr w:rsidR="005439BA">
        <w:trPr>
          <w:trHeight w:hRule="exact" w:val="456"/>
        </w:trPr>
        <w:tc>
          <w:tcPr>
            <w:tcW w:w="4146" w:type="dxa"/>
            <w:tcBorders>
              <w:top w:val="single" w:sz="4" w:space="0" w:color="000000"/>
              <w:left w:val="single" w:sz="4"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98" w:line="240" w:lineRule="exact"/>
              <w:ind w:left="1826"/>
              <w:jc w:val="left"/>
            </w:pPr>
            <w:r>
              <w:rPr>
                <w:rFonts w:ascii="gU1TgTbe+SimSun" w:eastAsia="gU1TgTbe+SimSun" w:hAnsi="gU1TgTbe+SimSun"/>
                <w:color w:val="000000"/>
                <w:sz w:val="24"/>
              </w:rPr>
              <w:t>院级</w:t>
            </w:r>
            <w:r>
              <w:rPr>
                <w:rFonts w:ascii="901OcohL+SimSun" w:eastAsia="901OcohL+SimSun" w:hAnsi="901OcohL+SimSun"/>
                <w:color w:val="000000"/>
                <w:sz w:val="24"/>
              </w:rPr>
              <w:t xml:space="preserve"> </w:t>
            </w:r>
          </w:p>
        </w:tc>
        <w:tc>
          <w:tcPr>
            <w:tcW w:w="415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738"/>
              <w:jc w:val="left"/>
            </w:pPr>
            <w:r>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4B0D60">
      <w:pPr>
        <w:widowControl/>
        <w:autoSpaceDE w:val="0"/>
        <w:autoSpaceDN w:val="0"/>
        <w:spacing w:before="34" w:line="240" w:lineRule="exact"/>
        <w:jc w:val="center"/>
      </w:pPr>
      <w:r>
        <w:rPr>
          <w:rFonts w:ascii="901OcohL+SimSun" w:eastAsia="901OcohL+SimSun" w:hAnsi="901OcohL+SimSun"/>
          <w:b/>
          <w:color w:val="000000"/>
          <w:sz w:val="24"/>
        </w:rPr>
        <w:t xml:space="preserve">3. </w:t>
      </w:r>
      <w:r>
        <w:rPr>
          <w:rFonts w:ascii="gU1TgTbe+SimSun" w:eastAsia="gU1TgTbe+SimSun" w:hAnsi="gU1TgTbe+SimSun"/>
          <w:color w:val="000000"/>
          <w:sz w:val="24"/>
        </w:rPr>
        <w:t>社会实践：假期参与社会实践活动，经实践单位出示证明</w:t>
      </w:r>
      <w:r>
        <w:rPr>
          <w:rFonts w:ascii="901OcohL+SimSun" w:eastAsia="901OcohL+SimSun" w:hAnsi="901OcohL+SimSun"/>
          <w:color w:val="000000"/>
          <w:sz w:val="24"/>
        </w:rPr>
        <w:t>,</w:t>
      </w:r>
      <w:r>
        <w:rPr>
          <w:rFonts w:ascii="gU1TgTbe+SimSun" w:eastAsia="gU1TgTbe+SimSun" w:hAnsi="gU1TgTbe+SimSun"/>
          <w:color w:val="000000"/>
          <w:sz w:val="24"/>
        </w:rPr>
        <w:t>且撰写合格的实践</w:t>
      </w:r>
    </w:p>
    <w:p w:rsidR="005439BA" w:rsidRDefault="004B0D60" w:rsidP="00B51EE7">
      <w:pPr>
        <w:widowControl/>
        <w:autoSpaceDE w:val="0"/>
        <w:autoSpaceDN w:val="0"/>
        <w:spacing w:before="68" w:line="240" w:lineRule="exact"/>
      </w:pPr>
      <w:r>
        <w:rPr>
          <w:rFonts w:ascii="gU1TgTbe+SimSun" w:eastAsia="gU1TgTbe+SimSun" w:hAnsi="gU1TgTbe+SimSun"/>
          <w:color w:val="000000"/>
          <w:sz w:val="24"/>
        </w:rPr>
        <w:t>报告者，记</w:t>
      </w:r>
      <w:r w:rsidR="00B51EE7">
        <w:rPr>
          <w:rFonts w:ascii="901OcohL+SimSun" w:eastAsia="901OcohL+SimSun" w:hAnsi="901OcohL+SimSun"/>
          <w:color w:val="000000"/>
          <w:sz w:val="24"/>
        </w:rPr>
        <w:t>6</w:t>
      </w:r>
      <w:r>
        <w:rPr>
          <w:rFonts w:ascii="gU1TgTbe+SimSun" w:eastAsia="gU1TgTbe+SimSun" w:hAnsi="gU1TgTbe+SimSun"/>
          <w:color w:val="000000"/>
          <w:sz w:val="24"/>
        </w:rPr>
        <w:t>课时。在校时间，利用节假日进行实习，经实践单位证明，时间累计达到一个月并撰写合格的实践报告者，记</w:t>
      </w:r>
      <w:r>
        <w:rPr>
          <w:rFonts w:ascii="901OcohL+SimSun" w:eastAsia="901OcohL+SimSun" w:hAnsi="901OcohL+SimSun"/>
          <w:color w:val="000000"/>
          <w:sz w:val="24"/>
        </w:rPr>
        <w:t>3</w:t>
      </w:r>
      <w:r w:rsidR="00B51EE7">
        <w:rPr>
          <w:rFonts w:ascii="gU1TgTbe+SimSun" w:eastAsia="gU1TgTbe+SimSun" w:hAnsi="gU1TgTbe+SimSun"/>
          <w:color w:val="000000"/>
          <w:sz w:val="24"/>
        </w:rPr>
        <w:t>课时。</w:t>
      </w:r>
      <w:r>
        <w:rPr>
          <w:rFonts w:ascii="PTZ3LLzS+Calibri" w:eastAsia="PTZ3LLzS+Calibri" w:hAnsi="PTZ3LLzS+Calibri"/>
          <w:color w:val="000000"/>
        </w:rPr>
        <w:t xml:space="preserve"> </w:t>
      </w:r>
    </w:p>
    <w:p w:rsidR="005439BA" w:rsidRDefault="004B0D60">
      <w:pPr>
        <w:widowControl/>
        <w:autoSpaceDE w:val="0"/>
        <w:autoSpaceDN w:val="0"/>
        <w:spacing w:before="52" w:line="260" w:lineRule="exact"/>
        <w:ind w:left="360"/>
        <w:jc w:val="left"/>
      </w:pPr>
      <w:r>
        <w:rPr>
          <w:rFonts w:ascii="901OcohL+SimSun" w:eastAsia="901OcohL+SimSun" w:hAnsi="901OcohL+SimSun"/>
          <w:b/>
          <w:color w:val="000000"/>
          <w:sz w:val="24"/>
        </w:rPr>
        <w:t xml:space="preserve">4. </w:t>
      </w:r>
      <w:r>
        <w:rPr>
          <w:rFonts w:ascii="gU1TgTbe+SimSun" w:eastAsia="gU1TgTbe+SimSun" w:hAnsi="gU1TgTbe+SimSun"/>
          <w:color w:val="000000"/>
          <w:sz w:val="24"/>
        </w:rPr>
        <w:t>辅导员助理：每学期记</w:t>
      </w:r>
      <w:r>
        <w:rPr>
          <w:rFonts w:ascii="901OcohL+SimSun" w:eastAsia="901OcohL+SimSun" w:hAnsi="901OcohL+SimSun"/>
          <w:color w:val="000000"/>
          <w:sz w:val="24"/>
        </w:rPr>
        <w:t>5</w:t>
      </w:r>
      <w:r>
        <w:rPr>
          <w:rFonts w:ascii="gU1TgTbe+SimSun" w:eastAsia="gU1TgTbe+SimSun" w:hAnsi="gU1TgTbe+SimSun"/>
          <w:color w:val="000000"/>
          <w:sz w:val="24"/>
        </w:rPr>
        <w:t>课时（需由相应导员出示合格证明）。</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176" w:line="318" w:lineRule="exact"/>
        <w:ind w:left="360"/>
        <w:jc w:val="left"/>
      </w:pPr>
      <w:r>
        <w:rPr>
          <w:rFonts w:ascii="gU1TgTbe+SimSun" w:eastAsia="gU1TgTbe+SimSun" w:hAnsi="gU1TgTbe+SimSun"/>
          <w:b/>
          <w:color w:val="000000"/>
          <w:sz w:val="31"/>
        </w:rPr>
        <w:t>四、文体艺术与身心发展类</w:t>
      </w:r>
      <w:r>
        <w:rPr>
          <w:rFonts w:ascii="901OcohL+SimSun" w:eastAsia="901OcohL+SimSun" w:hAnsi="901OcohL+SimSun"/>
          <w:b/>
          <w:color w:val="000000"/>
          <w:sz w:val="31"/>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182" w:line="260" w:lineRule="exact"/>
        <w:ind w:left="360"/>
        <w:jc w:val="left"/>
      </w:pPr>
      <w:r>
        <w:rPr>
          <w:rFonts w:ascii="gU1TgTbe+SimSun" w:eastAsia="gU1TgTbe+SimSun" w:hAnsi="gU1TgTbe+SimSun"/>
          <w:b/>
          <w:color w:val="000000"/>
          <w:sz w:val="24"/>
        </w:rPr>
        <w:t>（一）体育活动</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52" w:after="40" w:line="240" w:lineRule="exact"/>
        <w:ind w:left="360"/>
        <w:jc w:val="left"/>
      </w:pPr>
      <w:r>
        <w:rPr>
          <w:rFonts w:ascii="901OcohL+SimSun" w:eastAsia="901OcohL+SimSun" w:hAnsi="901OcohL+SimSun"/>
          <w:b/>
          <w:color w:val="000000"/>
          <w:sz w:val="24"/>
        </w:rPr>
        <w:t>1.</w:t>
      </w:r>
      <w:r>
        <w:rPr>
          <w:rFonts w:ascii="gU1TgTbe+SimSun" w:eastAsia="gU1TgTbe+SimSun" w:hAnsi="gU1TgTbe+SimSun"/>
          <w:b/>
          <w:color w:val="000000"/>
          <w:sz w:val="24"/>
        </w:rPr>
        <w:t>国家级体育比赛（如</w:t>
      </w:r>
      <w:r>
        <w:rPr>
          <w:rFonts w:ascii="901OcohL+SimSun" w:eastAsia="901OcohL+SimSun" w:hAnsi="901OcohL+SimSun"/>
          <w:b/>
          <w:color w:val="000000"/>
          <w:sz w:val="24"/>
        </w:rPr>
        <w:t xml:space="preserve"> CUBA</w:t>
      </w:r>
      <w:r>
        <w:rPr>
          <w:rFonts w:ascii="gU1TgTbe+SimSun" w:eastAsia="gU1TgTbe+SimSun" w:hAnsi="gU1TgTbe+SimSun"/>
          <w:b/>
          <w:color w:val="000000"/>
          <w:sz w:val="24"/>
        </w:rPr>
        <w:t>、全国大学生排球联赛等赛事）</w:t>
      </w:r>
      <w:r>
        <w:rPr>
          <w:rFonts w:ascii="901OcohL+SimSun" w:eastAsia="901OcohL+SimSun" w:hAnsi="901OcohL+SimSun"/>
          <w:b/>
          <w:color w:val="000000"/>
          <w:sz w:val="24"/>
        </w:rPr>
        <w:t xml:space="preserve"> </w:t>
      </w:r>
    </w:p>
    <w:tbl>
      <w:tblPr>
        <w:tblW w:w="0" w:type="auto"/>
        <w:tblInd w:w="334" w:type="dxa"/>
        <w:tblLayout w:type="fixed"/>
        <w:tblLook w:val="04A0" w:firstRow="1" w:lastRow="0" w:firstColumn="1" w:lastColumn="0" w:noHBand="0" w:noVBand="1"/>
      </w:tblPr>
      <w:tblGrid>
        <w:gridCol w:w="3538"/>
        <w:gridCol w:w="4824"/>
      </w:tblGrid>
      <w:tr w:rsidR="005439BA">
        <w:trPr>
          <w:trHeight w:hRule="exact" w:val="454"/>
        </w:trPr>
        <w:tc>
          <w:tcPr>
            <w:tcW w:w="3538" w:type="dxa"/>
            <w:tcBorders>
              <w:top w:val="single" w:sz="3"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924"/>
              <w:jc w:val="left"/>
            </w:pPr>
            <w:r>
              <w:rPr>
                <w:rFonts w:ascii="gU1TgTbe+SimSun" w:eastAsia="gU1TgTbe+SimSun" w:hAnsi="gU1TgTbe+SimSun"/>
                <w:color w:val="000000"/>
                <w:sz w:val="24"/>
              </w:rPr>
              <w:t>获奖等级或排名</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804"/>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54"/>
        </w:trPr>
        <w:tc>
          <w:tcPr>
            <w:tcW w:w="3538" w:type="dxa"/>
            <w:tcBorders>
              <w:top w:val="single" w:sz="3"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404"/>
              <w:jc w:val="left"/>
            </w:pPr>
            <w:r>
              <w:rPr>
                <w:rFonts w:ascii="gU1TgTbe+SimSun" w:eastAsia="gU1TgTbe+SimSun" w:hAnsi="gU1TgTbe+SimSun"/>
                <w:color w:val="000000"/>
                <w:sz w:val="24"/>
              </w:rPr>
              <w:t>第一名</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2012"/>
              <w:jc w:val="left"/>
            </w:pPr>
            <w:r>
              <w:rPr>
                <w:rFonts w:ascii="901OcohL+SimSun" w:eastAsia="901OcohL+SimSun" w:hAnsi="901OcohL+SimSun"/>
                <w:color w:val="000000"/>
                <w:sz w:val="24"/>
              </w:rPr>
              <w:t>35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66"/>
        </w:trPr>
        <w:tc>
          <w:tcPr>
            <w:tcW w:w="3538" w:type="dxa"/>
            <w:tcBorders>
              <w:top w:val="single" w:sz="3"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6" w:line="240" w:lineRule="exact"/>
              <w:ind w:left="1404"/>
              <w:jc w:val="left"/>
            </w:pPr>
            <w:r>
              <w:rPr>
                <w:rFonts w:ascii="gU1TgTbe+SimSun" w:eastAsia="gU1TgTbe+SimSun" w:hAnsi="gU1TgTbe+SimSun"/>
                <w:color w:val="000000"/>
                <w:sz w:val="24"/>
              </w:rPr>
              <w:t>第二名</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6" w:line="240" w:lineRule="exact"/>
              <w:ind w:left="2012"/>
              <w:jc w:val="left"/>
            </w:pPr>
            <w:r>
              <w:rPr>
                <w:rFonts w:ascii="901OcohL+SimSun" w:eastAsia="901OcohL+SimSun" w:hAnsi="901OcohL+SimSun"/>
                <w:color w:val="000000"/>
                <w:sz w:val="24"/>
              </w:rPr>
              <w:t>33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404"/>
              <w:jc w:val="left"/>
            </w:pPr>
            <w:r>
              <w:rPr>
                <w:rFonts w:ascii="gU1TgTbe+SimSun" w:eastAsia="gU1TgTbe+SimSun" w:hAnsi="gU1TgTbe+SimSun"/>
                <w:color w:val="000000"/>
                <w:sz w:val="24"/>
              </w:rPr>
              <w:t>第三名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2012"/>
              <w:jc w:val="left"/>
            </w:pPr>
            <w:r>
              <w:rPr>
                <w:rFonts w:ascii="901OcohL+SimSun" w:eastAsia="901OcohL+SimSun" w:hAnsi="901OcohL+SimSun"/>
                <w:color w:val="000000"/>
                <w:sz w:val="24"/>
              </w:rPr>
              <w:t>30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
              <w:jc w:val="left"/>
            </w:pPr>
            <w:r>
              <w:rPr>
                <w:rFonts w:ascii="gU1TgTbe+SimSun" w:eastAsia="gU1TgTbe+SimSun" w:hAnsi="gU1TgTbe+SimSun"/>
                <w:color w:val="000000"/>
                <w:sz w:val="24"/>
              </w:rPr>
              <w:t>单项奖（体育道德风尚奖等）</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12"/>
              <w:jc w:val="left"/>
            </w:pPr>
            <w:r>
              <w:rPr>
                <w:rFonts w:ascii="901OcohL+SimSun" w:eastAsia="901OcohL+SimSun" w:hAnsi="901OcohL+SimSun"/>
                <w:color w:val="000000"/>
                <w:sz w:val="24"/>
              </w:rPr>
              <w:t>20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538"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564"/>
              <w:jc w:val="left"/>
            </w:pPr>
            <w:r>
              <w:rPr>
                <w:rFonts w:ascii="gU1TgTbe+SimSun" w:eastAsia="gU1TgTbe+SimSun" w:hAnsi="gU1TgTbe+SimSun"/>
                <w:color w:val="000000"/>
                <w:sz w:val="24"/>
              </w:rPr>
              <w:t>参加比赛但未获得名次</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12"/>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4B0D60">
      <w:pPr>
        <w:widowControl/>
        <w:autoSpaceDE w:val="0"/>
        <w:autoSpaceDN w:val="0"/>
        <w:spacing w:before="34" w:after="16" w:line="260" w:lineRule="exact"/>
        <w:ind w:left="360"/>
        <w:jc w:val="left"/>
      </w:pPr>
      <w:r>
        <w:rPr>
          <w:rFonts w:ascii="901OcohL+SimSun" w:eastAsia="901OcohL+SimSun" w:hAnsi="901OcohL+SimSun"/>
          <w:b/>
          <w:color w:val="000000"/>
          <w:sz w:val="24"/>
        </w:rPr>
        <w:t xml:space="preserve">2. </w:t>
      </w:r>
      <w:r>
        <w:rPr>
          <w:rFonts w:ascii="gU1TgTbe+SimSun" w:eastAsia="gU1TgTbe+SimSun" w:hAnsi="gU1TgTbe+SimSun"/>
          <w:b/>
          <w:color w:val="000000"/>
          <w:sz w:val="24"/>
        </w:rPr>
        <w:t>四川省大学生运动会</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tbl>
      <w:tblPr>
        <w:tblW w:w="0" w:type="auto"/>
        <w:tblInd w:w="334" w:type="dxa"/>
        <w:tblLayout w:type="fixed"/>
        <w:tblLook w:val="04A0" w:firstRow="1" w:lastRow="0" w:firstColumn="1" w:lastColumn="0" w:noHBand="0" w:noVBand="1"/>
      </w:tblPr>
      <w:tblGrid>
        <w:gridCol w:w="3538"/>
        <w:gridCol w:w="4824"/>
      </w:tblGrid>
      <w:tr w:rsidR="005439BA">
        <w:trPr>
          <w:trHeight w:hRule="exact" w:val="410"/>
        </w:trPr>
        <w:tc>
          <w:tcPr>
            <w:tcW w:w="3538"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80" w:line="240" w:lineRule="exact"/>
              <w:ind w:left="924"/>
              <w:jc w:val="left"/>
            </w:pPr>
            <w:r>
              <w:rPr>
                <w:rFonts w:ascii="gU1TgTbe+SimSun" w:eastAsia="gU1TgTbe+SimSun" w:hAnsi="gU1TgTbe+SimSun"/>
                <w:color w:val="000000"/>
                <w:sz w:val="24"/>
              </w:rPr>
              <w:t>获奖等级或排名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80" w:line="240" w:lineRule="exact"/>
              <w:ind w:left="1804"/>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08"/>
        </w:trPr>
        <w:tc>
          <w:tcPr>
            <w:tcW w:w="3538" w:type="dxa"/>
            <w:tcBorders>
              <w:top w:val="single" w:sz="3"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78" w:line="240" w:lineRule="exact"/>
              <w:ind w:left="1404"/>
              <w:jc w:val="left"/>
            </w:pPr>
            <w:r>
              <w:rPr>
                <w:rFonts w:ascii="gU1TgTbe+SimSun" w:eastAsia="gU1TgTbe+SimSun" w:hAnsi="gU1TgTbe+SimSun"/>
                <w:color w:val="000000"/>
                <w:sz w:val="24"/>
              </w:rPr>
              <w:t>第一名</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78" w:line="240" w:lineRule="exact"/>
              <w:ind w:left="2012"/>
              <w:jc w:val="left"/>
            </w:pPr>
            <w:r>
              <w:rPr>
                <w:rFonts w:ascii="901OcohL+SimSun" w:eastAsia="901OcohL+SimSun" w:hAnsi="901OcohL+SimSun"/>
                <w:color w:val="000000"/>
                <w:sz w:val="24"/>
              </w:rPr>
              <w:t>30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20"/>
        </w:trPr>
        <w:tc>
          <w:tcPr>
            <w:tcW w:w="3538" w:type="dxa"/>
            <w:tcBorders>
              <w:top w:val="single" w:sz="3"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86" w:line="240" w:lineRule="exact"/>
              <w:ind w:left="1404"/>
              <w:jc w:val="left"/>
            </w:pPr>
            <w:r>
              <w:rPr>
                <w:rFonts w:ascii="gU1TgTbe+SimSun" w:eastAsia="gU1TgTbe+SimSun" w:hAnsi="gU1TgTbe+SimSun"/>
                <w:color w:val="000000"/>
                <w:sz w:val="24"/>
              </w:rPr>
              <w:t>第二名</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86" w:line="240" w:lineRule="exact"/>
              <w:ind w:left="2012"/>
              <w:jc w:val="left"/>
            </w:pPr>
            <w:r>
              <w:rPr>
                <w:rFonts w:ascii="901OcohL+SimSun" w:eastAsia="901OcohL+SimSun" w:hAnsi="901OcohL+SimSun"/>
                <w:color w:val="000000"/>
                <w:sz w:val="24"/>
              </w:rPr>
              <w:t>28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10"/>
        </w:trPr>
        <w:tc>
          <w:tcPr>
            <w:tcW w:w="3538" w:type="dxa"/>
            <w:tcBorders>
              <w:top w:val="single" w:sz="3"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78" w:line="240" w:lineRule="exact"/>
              <w:ind w:left="1404"/>
              <w:jc w:val="left"/>
            </w:pPr>
            <w:r>
              <w:rPr>
                <w:rFonts w:ascii="gU1TgTbe+SimSun" w:eastAsia="gU1TgTbe+SimSun" w:hAnsi="gU1TgTbe+SimSun"/>
                <w:color w:val="000000"/>
                <w:sz w:val="24"/>
              </w:rPr>
              <w:t>第三名</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78" w:line="240" w:lineRule="exact"/>
              <w:ind w:left="2012"/>
              <w:jc w:val="left"/>
            </w:pPr>
            <w:r>
              <w:rPr>
                <w:rFonts w:ascii="901OcohL+SimSun" w:eastAsia="901OcohL+SimSun" w:hAnsi="901OcohL+SimSun"/>
                <w:color w:val="000000"/>
                <w:sz w:val="24"/>
              </w:rPr>
              <w:t>25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06"/>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74" w:line="240" w:lineRule="exact"/>
              <w:ind w:left="204"/>
              <w:jc w:val="left"/>
            </w:pPr>
            <w:r>
              <w:rPr>
                <w:rFonts w:ascii="gU1TgTbe+SimSun" w:eastAsia="gU1TgTbe+SimSun" w:hAnsi="gU1TgTbe+SimSun"/>
                <w:color w:val="000000"/>
                <w:sz w:val="24"/>
              </w:rPr>
              <w:t>单项奖（体育道德风尚奖等）</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74" w:line="240" w:lineRule="exact"/>
              <w:ind w:left="2012"/>
              <w:jc w:val="left"/>
            </w:pPr>
            <w:r>
              <w:rPr>
                <w:rFonts w:ascii="901OcohL+SimSun" w:eastAsia="901OcohL+SimSun" w:hAnsi="901OcohL+SimSun"/>
                <w:color w:val="000000"/>
                <w:sz w:val="24"/>
              </w:rPr>
              <w:t>20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10"/>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76" w:line="240" w:lineRule="exact"/>
              <w:ind w:left="684"/>
              <w:jc w:val="left"/>
            </w:pPr>
            <w:r>
              <w:rPr>
                <w:rFonts w:ascii="gU1TgTbe+SimSun" w:eastAsia="gU1TgTbe+SimSun" w:hAnsi="gU1TgTbe+SimSun"/>
                <w:color w:val="000000"/>
                <w:sz w:val="24"/>
              </w:rPr>
              <w:t>参加比赛但未获名次</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76" w:line="240" w:lineRule="exact"/>
              <w:ind w:left="2012"/>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4B0D60">
      <w:pPr>
        <w:widowControl/>
        <w:autoSpaceDE w:val="0"/>
        <w:autoSpaceDN w:val="0"/>
        <w:spacing w:before="36" w:after="38" w:line="240" w:lineRule="exact"/>
        <w:ind w:left="360"/>
        <w:jc w:val="left"/>
      </w:pPr>
      <w:r>
        <w:rPr>
          <w:rFonts w:ascii="901OcohL+SimSun" w:eastAsia="901OcohL+SimSun" w:hAnsi="901OcohL+SimSun"/>
          <w:b/>
          <w:color w:val="000000"/>
          <w:sz w:val="24"/>
        </w:rPr>
        <w:t xml:space="preserve">3. </w:t>
      </w:r>
      <w:r>
        <w:rPr>
          <w:rFonts w:ascii="gU1TgTbe+SimSun" w:eastAsia="gU1TgTbe+SimSun" w:hAnsi="gU1TgTbe+SimSun"/>
          <w:b/>
          <w:color w:val="000000"/>
          <w:sz w:val="24"/>
        </w:rPr>
        <w:t>校运动会</w:t>
      </w:r>
      <w:r>
        <w:rPr>
          <w:rFonts w:ascii="901OcohL+SimSun" w:eastAsia="901OcohL+SimSun" w:hAnsi="901OcohL+SimSun"/>
          <w:b/>
          <w:color w:val="000000"/>
          <w:sz w:val="24"/>
        </w:rPr>
        <w:t xml:space="preserve"> </w:t>
      </w:r>
    </w:p>
    <w:tbl>
      <w:tblPr>
        <w:tblW w:w="0" w:type="auto"/>
        <w:tblInd w:w="254" w:type="dxa"/>
        <w:tblLayout w:type="fixed"/>
        <w:tblLook w:val="04A0" w:firstRow="1" w:lastRow="0" w:firstColumn="1" w:lastColumn="0" w:noHBand="0" w:noVBand="1"/>
      </w:tblPr>
      <w:tblGrid>
        <w:gridCol w:w="3066"/>
        <w:gridCol w:w="3072"/>
        <w:gridCol w:w="2220"/>
      </w:tblGrid>
      <w:tr w:rsidR="005439BA">
        <w:trPr>
          <w:trHeight w:hRule="exact" w:val="488"/>
        </w:trPr>
        <w:tc>
          <w:tcPr>
            <w:tcW w:w="3066" w:type="dxa"/>
            <w:tcBorders>
              <w:top w:val="single" w:sz="4" w:space="0" w:color="000000"/>
              <w:left w:val="single" w:sz="4"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116" w:line="240" w:lineRule="exact"/>
              <w:ind w:left="1286"/>
              <w:jc w:val="left"/>
            </w:pPr>
            <w:r>
              <w:rPr>
                <w:rFonts w:ascii="gU1TgTbe+SimSun" w:eastAsia="gU1TgTbe+SimSun" w:hAnsi="gU1TgTbe+SimSun"/>
                <w:color w:val="000000"/>
                <w:sz w:val="24"/>
              </w:rPr>
              <w:t>项目</w:t>
            </w:r>
            <w:r>
              <w:rPr>
                <w:rFonts w:ascii="901OcohL+SimSun" w:eastAsia="901OcohL+SimSun" w:hAnsi="901OcohL+SimSun"/>
                <w:color w:val="000000"/>
                <w:sz w:val="24"/>
              </w:rPr>
              <w:t xml:space="preserve"> </w:t>
            </w:r>
          </w:p>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690"/>
              <w:jc w:val="left"/>
            </w:pPr>
            <w:r>
              <w:rPr>
                <w:rFonts w:ascii="gU1TgTbe+SimSun" w:eastAsia="gU1TgTbe+SimSun" w:hAnsi="gU1TgTbe+SimSun"/>
                <w:color w:val="000000"/>
                <w:sz w:val="24"/>
              </w:rPr>
              <w:t>获奖等级或排名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504"/>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90"/>
        </w:trPr>
        <w:tc>
          <w:tcPr>
            <w:tcW w:w="3066" w:type="dxa"/>
            <w:vMerge w:val="restart"/>
            <w:tcBorders>
              <w:top w:val="single" w:sz="4" w:space="0" w:color="000000"/>
              <w:left w:val="single" w:sz="4"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948" w:line="240" w:lineRule="exact"/>
              <w:ind w:left="1286"/>
              <w:jc w:val="left"/>
            </w:pPr>
            <w:r>
              <w:rPr>
                <w:rFonts w:ascii="gU1TgTbe+SimSun" w:eastAsia="gU1TgTbe+SimSun" w:hAnsi="gU1TgTbe+SimSun"/>
                <w:color w:val="000000"/>
                <w:sz w:val="24"/>
              </w:rPr>
              <w:t>方阵</w:t>
            </w:r>
            <w:r>
              <w:rPr>
                <w:rFonts w:ascii="901OcohL+SimSun" w:eastAsia="901OcohL+SimSun" w:hAnsi="901OcohL+SimSun"/>
                <w:color w:val="000000"/>
                <w:sz w:val="24"/>
              </w:rPr>
              <w:t xml:space="preserve"> </w:t>
            </w:r>
          </w:p>
          <w:p w:rsidR="005439BA" w:rsidRDefault="004B0D60">
            <w:pPr>
              <w:widowControl/>
              <w:autoSpaceDE w:val="0"/>
              <w:autoSpaceDN w:val="0"/>
              <w:spacing w:before="72" w:line="240" w:lineRule="exact"/>
              <w:ind w:left="1166"/>
              <w:jc w:val="left"/>
            </w:pPr>
            <w:r>
              <w:rPr>
                <w:rFonts w:ascii="gU1TgTbe+SimSun" w:eastAsia="gU1TgTbe+SimSun" w:hAnsi="gU1TgTbe+SimSun"/>
                <w:color w:val="000000"/>
                <w:sz w:val="24"/>
              </w:rPr>
              <w:t>团体操</w:t>
            </w:r>
            <w:r>
              <w:rPr>
                <w:rFonts w:ascii="901OcohL+SimSun" w:eastAsia="901OcohL+SimSun" w:hAnsi="901OcohL+SimSun"/>
                <w:color w:val="000000"/>
                <w:sz w:val="24"/>
              </w:rPr>
              <w:t xml:space="preserve"> </w:t>
            </w:r>
          </w:p>
        </w:tc>
        <w:tc>
          <w:tcPr>
            <w:tcW w:w="3072"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1170"/>
              <w:jc w:val="left"/>
            </w:pPr>
            <w:r>
              <w:rPr>
                <w:rFonts w:ascii="gU1TgTbe+SimSun" w:eastAsia="gU1TgTbe+SimSun" w:hAnsi="gU1TgTbe+SimSun"/>
                <w:color w:val="000000"/>
                <w:sz w:val="24"/>
              </w:rPr>
              <w:t>第一名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712"/>
              <w:jc w:val="left"/>
            </w:pPr>
            <w:r>
              <w:rPr>
                <w:rFonts w:ascii="901OcohL+SimSun" w:eastAsia="901OcohL+SimSun" w:hAnsi="901OcohL+SimSun"/>
                <w:color w:val="000000"/>
                <w:sz w:val="24"/>
              </w:rPr>
              <w:t>20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504"/>
        </w:trPr>
        <w:tc>
          <w:tcPr>
            <w:tcW w:w="3009" w:type="dxa"/>
            <w:vMerge/>
            <w:tcBorders>
              <w:top w:val="single" w:sz="4" w:space="0" w:color="000000"/>
              <w:left w:val="single" w:sz="4" w:space="0" w:color="000000"/>
              <w:bottom w:val="single" w:sz="4" w:space="0" w:color="000000"/>
              <w:right w:val="single" w:sz="3" w:space="0" w:color="000000"/>
            </w:tcBorders>
          </w:tcPr>
          <w:p w:rsidR="005439BA" w:rsidRDefault="005439BA"/>
        </w:tc>
        <w:tc>
          <w:tcPr>
            <w:tcW w:w="3072" w:type="dxa"/>
            <w:tcBorders>
              <w:top w:val="single" w:sz="3"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26" w:line="240" w:lineRule="exact"/>
              <w:ind w:left="1170"/>
              <w:jc w:val="left"/>
            </w:pPr>
            <w:r>
              <w:rPr>
                <w:rFonts w:ascii="gU1TgTbe+SimSun" w:eastAsia="gU1TgTbe+SimSun" w:hAnsi="gU1TgTbe+SimSun"/>
                <w:color w:val="000000"/>
                <w:sz w:val="24"/>
              </w:rPr>
              <w:t>第二名</w:t>
            </w:r>
            <w:r>
              <w:rPr>
                <w:rFonts w:ascii="901OcohL+SimSun" w:eastAsia="901OcohL+SimSun" w:hAnsi="901OcohL+SimSun"/>
                <w:color w:val="000000"/>
                <w:sz w:val="24"/>
              </w:rPr>
              <w:t xml:space="preserve"> </w:t>
            </w:r>
          </w:p>
        </w:tc>
        <w:tc>
          <w:tcPr>
            <w:tcW w:w="2220" w:type="dxa"/>
            <w:tcBorders>
              <w:top w:val="single" w:sz="3"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26" w:line="240" w:lineRule="exact"/>
              <w:ind w:left="712"/>
              <w:jc w:val="left"/>
            </w:pPr>
            <w:r>
              <w:rPr>
                <w:rFonts w:ascii="901OcohL+SimSun" w:eastAsia="901OcohL+SimSun" w:hAnsi="901OcohL+SimSun"/>
                <w:color w:val="000000"/>
                <w:sz w:val="24"/>
              </w:rPr>
              <w:t>15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90"/>
        </w:trPr>
        <w:tc>
          <w:tcPr>
            <w:tcW w:w="3009" w:type="dxa"/>
            <w:vMerge/>
            <w:tcBorders>
              <w:top w:val="single" w:sz="4" w:space="0" w:color="000000"/>
              <w:left w:val="single" w:sz="4" w:space="0" w:color="000000"/>
              <w:bottom w:val="single" w:sz="4" w:space="0" w:color="000000"/>
              <w:right w:val="single" w:sz="3" w:space="0" w:color="000000"/>
            </w:tcBorders>
          </w:tcPr>
          <w:p w:rsidR="005439BA" w:rsidRDefault="005439BA"/>
        </w:tc>
        <w:tc>
          <w:tcPr>
            <w:tcW w:w="3072" w:type="dxa"/>
            <w:tcBorders>
              <w:top w:val="single" w:sz="3"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1170"/>
              <w:jc w:val="left"/>
            </w:pPr>
            <w:r>
              <w:rPr>
                <w:rFonts w:ascii="gU1TgTbe+SimSun" w:eastAsia="gU1TgTbe+SimSun" w:hAnsi="gU1TgTbe+SimSun"/>
                <w:color w:val="000000"/>
                <w:sz w:val="24"/>
              </w:rPr>
              <w:t>第三名</w:t>
            </w:r>
            <w:r>
              <w:rPr>
                <w:rFonts w:ascii="901OcohL+SimSun" w:eastAsia="901OcohL+SimSun" w:hAnsi="901OcohL+SimSun"/>
                <w:color w:val="000000"/>
                <w:sz w:val="24"/>
              </w:rPr>
              <w:t xml:space="preserve"> </w:t>
            </w:r>
          </w:p>
        </w:tc>
        <w:tc>
          <w:tcPr>
            <w:tcW w:w="2220"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712"/>
              <w:jc w:val="left"/>
            </w:pPr>
            <w:r>
              <w:rPr>
                <w:rFonts w:ascii="901OcohL+SimSun" w:eastAsia="901OcohL+SimSun" w:hAnsi="901OcohL+SimSun"/>
                <w:color w:val="000000"/>
                <w:sz w:val="24"/>
              </w:rPr>
              <w:t>12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92"/>
        </w:trPr>
        <w:tc>
          <w:tcPr>
            <w:tcW w:w="3009" w:type="dxa"/>
            <w:vMerge/>
            <w:tcBorders>
              <w:top w:val="single" w:sz="4" w:space="0" w:color="000000"/>
              <w:left w:val="single" w:sz="4" w:space="0" w:color="000000"/>
              <w:bottom w:val="single" w:sz="4" w:space="0" w:color="000000"/>
              <w:right w:val="single" w:sz="3" w:space="0" w:color="000000"/>
            </w:tcBorders>
          </w:tcPr>
          <w:p w:rsidR="005439BA" w:rsidRDefault="005439BA"/>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20" w:line="240" w:lineRule="exact"/>
              <w:ind w:left="1170"/>
              <w:jc w:val="left"/>
            </w:pPr>
            <w:r>
              <w:rPr>
                <w:rFonts w:ascii="gU1TgTbe+SimSun" w:eastAsia="gU1TgTbe+SimSun" w:hAnsi="gU1TgTbe+SimSun"/>
                <w:color w:val="000000"/>
                <w:sz w:val="24"/>
              </w:rPr>
              <w:t>第四名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20" w:line="240" w:lineRule="exact"/>
              <w:ind w:left="712"/>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90"/>
        </w:trPr>
        <w:tc>
          <w:tcPr>
            <w:tcW w:w="3009" w:type="dxa"/>
            <w:vMerge/>
            <w:tcBorders>
              <w:top w:val="single" w:sz="4" w:space="0" w:color="000000"/>
              <w:left w:val="single" w:sz="4" w:space="0" w:color="000000"/>
              <w:bottom w:val="single" w:sz="4" w:space="0" w:color="000000"/>
              <w:right w:val="single" w:sz="3" w:space="0" w:color="000000"/>
            </w:tcBorders>
          </w:tcPr>
          <w:p w:rsidR="005439BA" w:rsidRDefault="005439BA"/>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990"/>
              <w:jc w:val="left"/>
            </w:pPr>
            <w:r>
              <w:rPr>
                <w:rFonts w:ascii="gU1TgTbe+SimSun" w:eastAsia="gU1TgTbe+SimSun" w:hAnsi="gU1TgTbe+SimSun"/>
                <w:color w:val="000000"/>
                <w:sz w:val="24"/>
              </w:rPr>
              <w:t>第五</w:t>
            </w:r>
            <w:r>
              <w:rPr>
                <w:rFonts w:ascii="901OcohL+SimSun" w:eastAsia="901OcohL+SimSun" w:hAnsi="901OcohL+SimSun"/>
                <w:color w:val="000000"/>
                <w:sz w:val="24"/>
              </w:rPr>
              <w:t>-</w:t>
            </w:r>
            <w:r>
              <w:rPr>
                <w:rFonts w:ascii="gU1TgTbe+SimSun" w:eastAsia="gU1TgTbe+SimSun" w:hAnsi="gU1TgTbe+SimSun"/>
                <w:color w:val="000000"/>
                <w:sz w:val="24"/>
              </w:rPr>
              <w:t>八名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772"/>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502"/>
        </w:trPr>
        <w:tc>
          <w:tcPr>
            <w:tcW w:w="3066" w:type="dxa"/>
            <w:vMerge w:val="restart"/>
            <w:tcBorders>
              <w:top w:val="single" w:sz="4" w:space="0" w:color="000000"/>
              <w:left w:val="single" w:sz="4"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612" w:line="240" w:lineRule="exact"/>
              <w:ind w:left="1286"/>
              <w:jc w:val="left"/>
            </w:pPr>
            <w:r>
              <w:rPr>
                <w:rFonts w:ascii="gU1TgTbe+SimSun" w:eastAsia="gU1TgTbe+SimSun" w:hAnsi="gU1TgTbe+SimSun"/>
                <w:color w:val="000000"/>
                <w:sz w:val="24"/>
              </w:rPr>
              <w:t>单项</w:t>
            </w:r>
            <w:r>
              <w:rPr>
                <w:rFonts w:ascii="901OcohL+SimSun" w:eastAsia="901OcohL+SimSun" w:hAnsi="901OcohL+SimSun"/>
                <w:color w:val="000000"/>
                <w:sz w:val="24"/>
              </w:rPr>
              <w:t xml:space="preserve"> </w:t>
            </w:r>
          </w:p>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22" w:line="240" w:lineRule="exact"/>
              <w:ind w:left="1170"/>
              <w:jc w:val="left"/>
            </w:pPr>
            <w:r>
              <w:rPr>
                <w:rFonts w:ascii="gU1TgTbe+SimSun" w:eastAsia="gU1TgTbe+SimSun" w:hAnsi="gU1TgTbe+SimSun"/>
                <w:color w:val="000000"/>
                <w:sz w:val="24"/>
              </w:rPr>
              <w:t>第一名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22" w:line="240" w:lineRule="exact"/>
              <w:ind w:left="712"/>
              <w:jc w:val="left"/>
            </w:pPr>
            <w:r>
              <w:rPr>
                <w:rFonts w:ascii="901OcohL+SimSun" w:eastAsia="901OcohL+SimSun" w:hAnsi="901OcohL+SimSun"/>
                <w:color w:val="000000"/>
                <w:sz w:val="24"/>
              </w:rPr>
              <w:t>18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90"/>
        </w:trPr>
        <w:tc>
          <w:tcPr>
            <w:tcW w:w="3009" w:type="dxa"/>
            <w:vMerge/>
            <w:tcBorders>
              <w:top w:val="single" w:sz="4" w:space="0" w:color="000000"/>
              <w:left w:val="single" w:sz="4" w:space="0" w:color="000000"/>
              <w:bottom w:val="single" w:sz="4" w:space="0" w:color="000000"/>
              <w:right w:val="single" w:sz="3" w:space="0" w:color="000000"/>
            </w:tcBorders>
          </w:tcPr>
          <w:p w:rsidR="005439BA" w:rsidRDefault="005439BA"/>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1170"/>
              <w:jc w:val="left"/>
            </w:pPr>
            <w:r>
              <w:rPr>
                <w:rFonts w:ascii="gU1TgTbe+SimSun" w:eastAsia="gU1TgTbe+SimSun" w:hAnsi="gU1TgTbe+SimSun"/>
                <w:color w:val="000000"/>
                <w:sz w:val="24"/>
              </w:rPr>
              <w:t>第二名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712"/>
              <w:jc w:val="left"/>
            </w:pPr>
            <w:r>
              <w:rPr>
                <w:rFonts w:ascii="901OcohL+SimSun" w:eastAsia="901OcohL+SimSun" w:hAnsi="901OcohL+SimSun"/>
                <w:color w:val="000000"/>
                <w:sz w:val="24"/>
              </w:rPr>
              <w:t>16</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74"/>
        </w:trPr>
        <w:tc>
          <w:tcPr>
            <w:tcW w:w="3009" w:type="dxa"/>
            <w:vMerge/>
            <w:tcBorders>
              <w:top w:val="single" w:sz="4" w:space="0" w:color="000000"/>
              <w:left w:val="single" w:sz="4" w:space="0" w:color="000000"/>
              <w:bottom w:val="single" w:sz="4" w:space="0" w:color="000000"/>
              <w:right w:val="single" w:sz="3" w:space="0" w:color="000000"/>
            </w:tcBorders>
          </w:tcPr>
          <w:p w:rsidR="005439BA" w:rsidRDefault="005439BA"/>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20" w:line="240" w:lineRule="exact"/>
              <w:ind w:left="1170"/>
              <w:jc w:val="left"/>
            </w:pPr>
            <w:r>
              <w:rPr>
                <w:rFonts w:ascii="gU1TgTbe+SimSun" w:eastAsia="gU1TgTbe+SimSun" w:hAnsi="gU1TgTbe+SimSun"/>
                <w:color w:val="000000"/>
                <w:sz w:val="24"/>
              </w:rPr>
              <w:t>第三名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20" w:line="240" w:lineRule="exact"/>
              <w:ind w:left="712"/>
              <w:jc w:val="left"/>
            </w:pPr>
            <w:r>
              <w:rPr>
                <w:rFonts w:ascii="901OcohL+SimSun" w:eastAsia="901OcohL+SimSun" w:hAnsi="901OcohL+SimSun"/>
                <w:color w:val="000000"/>
                <w:sz w:val="24"/>
              </w:rPr>
              <w:t>14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5439BA">
      <w:pPr>
        <w:widowControl/>
        <w:autoSpaceDE w:val="0"/>
        <w:autoSpaceDN w:val="0"/>
        <w:spacing w:line="14" w:lineRule="exact"/>
      </w:pPr>
    </w:p>
    <w:p w:rsidR="005439BA" w:rsidRDefault="005439BA">
      <w:pPr>
        <w:sectPr w:rsidR="005439BA">
          <w:pgSz w:w="11906" w:h="17238"/>
          <w:pgMar w:top="720" w:right="1440" w:bottom="920" w:left="1440" w:header="720" w:footer="720" w:gutter="0"/>
          <w:cols w:space="720" w:equalWidth="0">
            <w:col w:w="9026" w:space="0"/>
          </w:cols>
          <w:docGrid w:linePitch="360"/>
        </w:sectPr>
      </w:pPr>
    </w:p>
    <w:p w:rsidR="005439BA" w:rsidRDefault="004B0D60">
      <w:pPr>
        <w:widowControl/>
        <w:autoSpaceDE w:val="0"/>
        <w:autoSpaceDN w:val="0"/>
        <w:spacing w:before="500" w:line="220" w:lineRule="exact"/>
      </w:pPr>
      <w:r>
        <w:rPr>
          <w:noProof/>
        </w:rPr>
        <w:lastRenderedPageBreak/>
        <w:drawing>
          <wp:anchor distT="0" distB="0" distL="0" distR="0" simplePos="0" relativeHeight="251655680" behindDoc="1" locked="0" layoutInCell="1" allowOverlap="1">
            <wp:simplePos x="0" y="0"/>
            <wp:positionH relativeFrom="page">
              <wp:posOffset>1143000</wp:posOffset>
            </wp:positionH>
            <wp:positionV relativeFrom="page">
              <wp:posOffset>2708910</wp:posOffset>
            </wp:positionV>
            <wp:extent cx="5273040" cy="5277272"/>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273040" cy="5277272"/>
                    </a:xfrm>
                    <a:prstGeom prst="rect">
                      <a:avLst/>
                    </a:prstGeom>
                  </pic:spPr>
                </pic:pic>
              </a:graphicData>
            </a:graphic>
          </wp:anchor>
        </w:drawing>
      </w:r>
      <w:r>
        <w:rPr>
          <w:noProof/>
        </w:rPr>
        <w:drawing>
          <wp:anchor distT="0" distB="0" distL="0" distR="0" simplePos="0" relativeHeight="251656704" behindDoc="1" locked="0" layoutInCell="1" allowOverlap="1">
            <wp:simplePos x="0" y="0"/>
            <wp:positionH relativeFrom="page">
              <wp:posOffset>1071880</wp:posOffset>
            </wp:positionH>
            <wp:positionV relativeFrom="page">
              <wp:posOffset>3409950</wp:posOffset>
            </wp:positionV>
            <wp:extent cx="6350" cy="23177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
                    <a:stretch>
                      <a:fillRect/>
                    </a:stretch>
                  </pic:blipFill>
                  <pic:spPr>
                    <a:xfrm>
                      <a:off x="0" y="0"/>
                      <a:ext cx="6350" cy="231775"/>
                    </a:xfrm>
                    <a:prstGeom prst="rect">
                      <a:avLst/>
                    </a:prstGeom>
                  </pic:spPr>
                </pic:pic>
              </a:graphicData>
            </a:graphic>
          </wp:anchor>
        </w:drawing>
      </w:r>
      <w:r>
        <w:rPr>
          <w:noProof/>
        </w:rPr>
        <w:drawing>
          <wp:anchor distT="0" distB="0" distL="0" distR="0" simplePos="0" relativeHeight="251657728" behindDoc="1" locked="0" layoutInCell="1" allowOverlap="1">
            <wp:simplePos x="0" y="0"/>
            <wp:positionH relativeFrom="page">
              <wp:posOffset>1071880</wp:posOffset>
            </wp:positionH>
            <wp:positionV relativeFrom="page">
              <wp:posOffset>1543050</wp:posOffset>
            </wp:positionV>
            <wp:extent cx="6350" cy="23177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
                    <a:stretch>
                      <a:fillRect/>
                    </a:stretch>
                  </pic:blipFill>
                  <pic:spPr>
                    <a:xfrm>
                      <a:off x="0" y="0"/>
                      <a:ext cx="6350" cy="231775"/>
                    </a:xfrm>
                    <a:prstGeom prst="rect">
                      <a:avLst/>
                    </a:prstGeom>
                  </pic:spPr>
                </pic:pic>
              </a:graphicData>
            </a:graphic>
          </wp:anchor>
        </w:drawing>
      </w:r>
      <w:r>
        <w:rPr>
          <w:noProof/>
        </w:rPr>
        <w:drawing>
          <wp:anchor distT="0" distB="0" distL="0" distR="0" simplePos="0" relativeHeight="251658752" behindDoc="1" locked="0" layoutInCell="1" allowOverlap="1">
            <wp:simplePos x="0" y="0"/>
            <wp:positionH relativeFrom="page">
              <wp:posOffset>1071880</wp:posOffset>
            </wp:positionH>
            <wp:positionV relativeFrom="page">
              <wp:posOffset>1231900</wp:posOffset>
            </wp:positionV>
            <wp:extent cx="6350" cy="2286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
                    <a:stretch>
                      <a:fillRect/>
                    </a:stretch>
                  </pic:blipFill>
                  <pic:spPr>
                    <a:xfrm>
                      <a:off x="0" y="0"/>
                      <a:ext cx="6350" cy="228600"/>
                    </a:xfrm>
                    <a:prstGeom prst="rect">
                      <a:avLst/>
                    </a:prstGeom>
                  </pic:spPr>
                </pic:pic>
              </a:graphicData>
            </a:graphic>
          </wp:anchor>
        </w:drawing>
      </w:r>
      <w:r>
        <w:rPr>
          <w:noProof/>
        </w:rPr>
        <w:drawing>
          <wp:anchor distT="0" distB="0" distL="0" distR="0" simplePos="0" relativeHeight="251659776" behindDoc="1" locked="0" layoutInCell="1" allowOverlap="1">
            <wp:simplePos x="0" y="0"/>
            <wp:positionH relativeFrom="page">
              <wp:posOffset>1071880</wp:posOffset>
            </wp:positionH>
            <wp:positionV relativeFrom="page">
              <wp:posOffset>1855470</wp:posOffset>
            </wp:positionV>
            <wp:extent cx="6350" cy="23177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
                    <a:stretch>
                      <a:fillRect/>
                    </a:stretch>
                  </pic:blipFill>
                  <pic:spPr>
                    <a:xfrm>
                      <a:off x="0" y="0"/>
                      <a:ext cx="6350" cy="231775"/>
                    </a:xfrm>
                    <a:prstGeom prst="rect">
                      <a:avLst/>
                    </a:prstGeom>
                  </pic:spPr>
                </pic:pic>
              </a:graphicData>
            </a:graphic>
          </wp:anchor>
        </w:drawing>
      </w:r>
      <w:r>
        <w:rPr>
          <w:noProof/>
        </w:rPr>
        <w:drawing>
          <wp:anchor distT="0" distB="0" distL="0" distR="0" simplePos="0" relativeHeight="251660800" behindDoc="1" locked="0" layoutInCell="1" allowOverlap="1">
            <wp:simplePos x="0" y="0"/>
            <wp:positionH relativeFrom="page">
              <wp:posOffset>1071880</wp:posOffset>
            </wp:positionH>
            <wp:positionV relativeFrom="page">
              <wp:posOffset>2165350</wp:posOffset>
            </wp:positionV>
            <wp:extent cx="6350" cy="23177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
                    <a:stretch>
                      <a:fillRect/>
                    </a:stretch>
                  </pic:blipFill>
                  <pic:spPr>
                    <a:xfrm>
                      <a:off x="0" y="0"/>
                      <a:ext cx="6350" cy="231775"/>
                    </a:xfrm>
                    <a:prstGeom prst="rect">
                      <a:avLst/>
                    </a:prstGeom>
                  </pic:spPr>
                </pic:pic>
              </a:graphicData>
            </a:graphic>
          </wp:anchor>
        </w:drawing>
      </w:r>
      <w:r>
        <w:rPr>
          <w:noProof/>
        </w:rPr>
        <w:drawing>
          <wp:anchor distT="0" distB="0" distL="0" distR="0" simplePos="0" relativeHeight="251661824" behindDoc="1" locked="0" layoutInCell="1" allowOverlap="1">
            <wp:simplePos x="0" y="0"/>
            <wp:positionH relativeFrom="page">
              <wp:posOffset>1071880</wp:posOffset>
            </wp:positionH>
            <wp:positionV relativeFrom="page">
              <wp:posOffset>3098800</wp:posOffset>
            </wp:positionV>
            <wp:extent cx="6350" cy="2286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
                    <a:stretch>
                      <a:fillRect/>
                    </a:stretch>
                  </pic:blipFill>
                  <pic:spPr>
                    <a:xfrm>
                      <a:off x="0" y="0"/>
                      <a:ext cx="6350" cy="228600"/>
                    </a:xfrm>
                    <a:prstGeom prst="rect">
                      <a:avLst/>
                    </a:prstGeom>
                  </pic:spPr>
                </pic:pic>
              </a:graphicData>
            </a:graphic>
          </wp:anchor>
        </w:drawing>
      </w:r>
      <w:r>
        <w:rPr>
          <w:noProof/>
        </w:rPr>
        <w:drawing>
          <wp:anchor distT="0" distB="0" distL="0" distR="0" simplePos="0" relativeHeight="251662848" behindDoc="1" locked="0" layoutInCell="1" allowOverlap="1">
            <wp:simplePos x="0" y="0"/>
            <wp:positionH relativeFrom="page">
              <wp:posOffset>1071880</wp:posOffset>
            </wp:positionH>
            <wp:positionV relativeFrom="page">
              <wp:posOffset>3722370</wp:posOffset>
            </wp:positionV>
            <wp:extent cx="6350" cy="23177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
                    <a:stretch>
                      <a:fillRect/>
                    </a:stretch>
                  </pic:blipFill>
                  <pic:spPr>
                    <a:xfrm>
                      <a:off x="0" y="0"/>
                      <a:ext cx="6350" cy="231775"/>
                    </a:xfrm>
                    <a:prstGeom prst="rect">
                      <a:avLst/>
                    </a:prstGeom>
                  </pic:spPr>
                </pic:pic>
              </a:graphicData>
            </a:graphic>
          </wp:anchor>
        </w:drawing>
      </w:r>
    </w:p>
    <w:tbl>
      <w:tblPr>
        <w:tblW w:w="0" w:type="auto"/>
        <w:tblInd w:w="254" w:type="dxa"/>
        <w:tblLayout w:type="fixed"/>
        <w:tblLook w:val="04A0" w:firstRow="1" w:lastRow="0" w:firstColumn="1" w:lastColumn="0" w:noHBand="0" w:noVBand="1"/>
      </w:tblPr>
      <w:tblGrid>
        <w:gridCol w:w="3066"/>
        <w:gridCol w:w="3072"/>
        <w:gridCol w:w="2220"/>
      </w:tblGrid>
      <w:tr w:rsidR="005439BA">
        <w:trPr>
          <w:trHeight w:hRule="exact" w:val="492"/>
        </w:trPr>
        <w:tc>
          <w:tcPr>
            <w:tcW w:w="3066" w:type="dxa"/>
            <w:vMerge w:val="restart"/>
            <w:tcBorders>
              <w:top w:val="single" w:sz="4" w:space="0" w:color="000000"/>
              <w:left w:val="single" w:sz="4" w:space="0" w:color="000000"/>
              <w:bottom w:val="single" w:sz="4" w:space="0" w:color="000000"/>
              <w:right w:val="single" w:sz="3" w:space="0" w:color="000000"/>
            </w:tcBorders>
            <w:tcMar>
              <w:left w:w="0" w:type="dxa"/>
              <w:right w:w="0" w:type="dxa"/>
            </w:tcMar>
          </w:tcPr>
          <w:p w:rsidR="005439BA" w:rsidRDefault="005439BA"/>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1170"/>
              <w:jc w:val="left"/>
            </w:pPr>
            <w:r>
              <w:rPr>
                <w:rFonts w:ascii="gU1TgTbe+SimSun" w:eastAsia="gU1TgTbe+SimSun" w:hAnsi="gU1TgTbe+SimSun"/>
                <w:color w:val="000000"/>
                <w:sz w:val="24"/>
              </w:rPr>
              <w:t>第四名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712"/>
              <w:jc w:val="left"/>
            </w:pPr>
            <w:r>
              <w:rPr>
                <w:rFonts w:ascii="901OcohL+SimSun" w:eastAsia="901OcohL+SimSun" w:hAnsi="901OcohL+SimSun"/>
                <w:color w:val="000000"/>
                <w:sz w:val="24"/>
              </w:rPr>
              <w:t>12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88"/>
        </w:trPr>
        <w:tc>
          <w:tcPr>
            <w:tcW w:w="3009" w:type="dxa"/>
            <w:vMerge/>
            <w:tcBorders>
              <w:top w:val="single" w:sz="4" w:space="0" w:color="000000"/>
              <w:left w:val="single" w:sz="4" w:space="0" w:color="000000"/>
              <w:bottom w:val="single" w:sz="4" w:space="0" w:color="000000"/>
              <w:right w:val="single" w:sz="3" w:space="0" w:color="000000"/>
            </w:tcBorders>
          </w:tcPr>
          <w:p w:rsidR="005439BA" w:rsidRDefault="005439BA"/>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1170"/>
              <w:jc w:val="left"/>
            </w:pPr>
            <w:r>
              <w:rPr>
                <w:rFonts w:ascii="gU1TgTbe+SimSun" w:eastAsia="gU1TgTbe+SimSun" w:hAnsi="gU1TgTbe+SimSun"/>
                <w:color w:val="000000"/>
                <w:sz w:val="24"/>
              </w:rPr>
              <w:t>第五名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712"/>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92"/>
        </w:trPr>
        <w:tc>
          <w:tcPr>
            <w:tcW w:w="3009" w:type="dxa"/>
            <w:vMerge/>
            <w:tcBorders>
              <w:top w:val="single" w:sz="4" w:space="0" w:color="000000"/>
              <w:left w:val="single" w:sz="4" w:space="0" w:color="000000"/>
              <w:bottom w:val="single" w:sz="4" w:space="0" w:color="000000"/>
              <w:right w:val="single" w:sz="3" w:space="0" w:color="000000"/>
            </w:tcBorders>
          </w:tcPr>
          <w:p w:rsidR="005439BA" w:rsidRDefault="005439BA"/>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1170"/>
              <w:jc w:val="left"/>
            </w:pPr>
            <w:r>
              <w:rPr>
                <w:rFonts w:ascii="gU1TgTbe+SimSun" w:eastAsia="gU1TgTbe+SimSun" w:hAnsi="gU1TgTbe+SimSun"/>
                <w:color w:val="000000"/>
                <w:sz w:val="24"/>
              </w:rPr>
              <w:t>第六名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772"/>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90"/>
        </w:trPr>
        <w:tc>
          <w:tcPr>
            <w:tcW w:w="3009" w:type="dxa"/>
            <w:vMerge/>
            <w:tcBorders>
              <w:top w:val="single" w:sz="4" w:space="0" w:color="000000"/>
              <w:left w:val="single" w:sz="4" w:space="0" w:color="000000"/>
              <w:bottom w:val="single" w:sz="4" w:space="0" w:color="000000"/>
              <w:right w:val="single" w:sz="3" w:space="0" w:color="000000"/>
            </w:tcBorders>
          </w:tcPr>
          <w:p w:rsidR="005439BA" w:rsidRDefault="005439BA"/>
        </w:tc>
        <w:tc>
          <w:tcPr>
            <w:tcW w:w="3072"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1170"/>
              <w:jc w:val="left"/>
            </w:pPr>
            <w:r>
              <w:rPr>
                <w:rFonts w:ascii="gU1TgTbe+SimSun" w:eastAsia="gU1TgTbe+SimSun" w:hAnsi="gU1TgTbe+SimSun"/>
                <w:color w:val="000000"/>
                <w:sz w:val="24"/>
              </w:rPr>
              <w:t>第七名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772"/>
              <w:jc w:val="left"/>
            </w:pPr>
            <w:r>
              <w:rPr>
                <w:rFonts w:ascii="901OcohL+SimSun" w:eastAsia="901OcohL+SimSun" w:hAnsi="901OcohL+SimSun"/>
                <w:color w:val="000000"/>
                <w:sz w:val="24"/>
              </w:rPr>
              <w:t>6</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90"/>
        </w:trPr>
        <w:tc>
          <w:tcPr>
            <w:tcW w:w="3009" w:type="dxa"/>
            <w:vMerge/>
            <w:tcBorders>
              <w:top w:val="single" w:sz="4" w:space="0" w:color="000000"/>
              <w:left w:val="single" w:sz="4" w:space="0" w:color="000000"/>
              <w:bottom w:val="single" w:sz="4" w:space="0" w:color="000000"/>
              <w:right w:val="single" w:sz="3" w:space="0" w:color="000000"/>
            </w:tcBorders>
          </w:tcPr>
          <w:p w:rsidR="005439BA" w:rsidRDefault="005439BA"/>
        </w:tc>
        <w:tc>
          <w:tcPr>
            <w:tcW w:w="3072" w:type="dxa"/>
            <w:tcBorders>
              <w:top w:val="single" w:sz="3"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1170"/>
              <w:jc w:val="left"/>
            </w:pPr>
            <w:r>
              <w:rPr>
                <w:rFonts w:ascii="gU1TgTbe+SimSun" w:eastAsia="gU1TgTbe+SimSun" w:hAnsi="gU1TgTbe+SimSun"/>
                <w:color w:val="000000"/>
                <w:sz w:val="24"/>
              </w:rPr>
              <w:t>第八名</w:t>
            </w:r>
            <w:r>
              <w:rPr>
                <w:rFonts w:ascii="901OcohL+SimSun" w:eastAsia="901OcohL+SimSun" w:hAnsi="901OcohL+SimSun"/>
                <w:color w:val="000000"/>
                <w:sz w:val="24"/>
              </w:rPr>
              <w:t xml:space="preserve"> </w:t>
            </w:r>
          </w:p>
        </w:tc>
        <w:tc>
          <w:tcPr>
            <w:tcW w:w="2220"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772"/>
              <w:jc w:val="left"/>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88"/>
        </w:trPr>
        <w:tc>
          <w:tcPr>
            <w:tcW w:w="3009" w:type="dxa"/>
            <w:vMerge/>
            <w:tcBorders>
              <w:top w:val="single" w:sz="4" w:space="0" w:color="000000"/>
              <w:left w:val="single" w:sz="4" w:space="0" w:color="000000"/>
              <w:bottom w:val="single" w:sz="4" w:space="0" w:color="000000"/>
              <w:right w:val="single" w:sz="3" w:space="0" w:color="000000"/>
            </w:tcBorders>
          </w:tcPr>
          <w:p w:rsidR="005439BA" w:rsidRDefault="005439BA"/>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1170"/>
              <w:jc w:val="left"/>
            </w:pPr>
            <w:r>
              <w:rPr>
                <w:rFonts w:ascii="gU1TgTbe+SimSun" w:eastAsia="gU1TgTbe+SimSun" w:hAnsi="gU1TgTbe+SimSun"/>
                <w:color w:val="000000"/>
                <w:sz w:val="24"/>
              </w:rPr>
              <w:t>参赛者</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772"/>
              <w:jc w:val="left"/>
            </w:pPr>
            <w:r>
              <w:rPr>
                <w:rFonts w:ascii="901OcohL+SimSun" w:eastAsia="901OcohL+SimSun" w:hAnsi="901OcohL+SimSun"/>
                <w:color w:val="000000"/>
                <w:sz w:val="24"/>
              </w:rPr>
              <w:t>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92"/>
        </w:trPr>
        <w:tc>
          <w:tcPr>
            <w:tcW w:w="3066" w:type="dxa"/>
            <w:vMerge w:val="restart"/>
            <w:tcBorders>
              <w:top w:val="single" w:sz="4" w:space="0" w:color="000000"/>
              <w:left w:val="single" w:sz="4" w:space="0" w:color="000000"/>
              <w:bottom w:val="single" w:sz="3" w:space="0" w:color="000000"/>
              <w:right w:val="single" w:sz="3" w:space="0" w:color="000000"/>
            </w:tcBorders>
            <w:tcMar>
              <w:left w:w="0" w:type="dxa"/>
              <w:right w:w="0" w:type="dxa"/>
            </w:tcMar>
          </w:tcPr>
          <w:p w:rsidR="005439BA" w:rsidRDefault="004B0D60">
            <w:pPr>
              <w:widowControl/>
              <w:autoSpaceDE w:val="0"/>
              <w:autoSpaceDN w:val="0"/>
              <w:spacing w:before="946" w:line="240" w:lineRule="exact"/>
              <w:ind w:left="1046"/>
              <w:jc w:val="left"/>
            </w:pPr>
            <w:r>
              <w:rPr>
                <w:rFonts w:ascii="gU1TgTbe+SimSun" w:eastAsia="gU1TgTbe+SimSun" w:hAnsi="gU1TgTbe+SimSun"/>
                <w:color w:val="000000"/>
                <w:sz w:val="24"/>
              </w:rPr>
              <w:t>团体项目</w:t>
            </w:r>
            <w:r>
              <w:rPr>
                <w:rFonts w:ascii="901OcohL+SimSun" w:eastAsia="901OcohL+SimSun" w:hAnsi="901OcohL+SimSun"/>
                <w:color w:val="000000"/>
                <w:sz w:val="24"/>
              </w:rPr>
              <w:t xml:space="preserve"> </w:t>
            </w:r>
          </w:p>
          <w:p w:rsidR="005439BA" w:rsidRDefault="004B0D60">
            <w:pPr>
              <w:widowControl/>
              <w:autoSpaceDE w:val="0"/>
              <w:autoSpaceDN w:val="0"/>
              <w:spacing w:before="72" w:line="240" w:lineRule="exact"/>
              <w:ind w:left="1046"/>
              <w:jc w:val="left"/>
            </w:pPr>
            <w:r>
              <w:rPr>
                <w:rFonts w:ascii="gU1TgTbe+SimSun" w:eastAsia="gU1TgTbe+SimSun" w:hAnsi="gU1TgTbe+SimSun"/>
                <w:color w:val="000000"/>
                <w:sz w:val="24"/>
              </w:rPr>
              <w:t>趣味项目</w:t>
            </w:r>
            <w:r>
              <w:rPr>
                <w:rFonts w:ascii="901OcohL+SimSun" w:eastAsia="901OcohL+SimSun" w:hAnsi="901OcohL+SimSun"/>
                <w:color w:val="000000"/>
                <w:sz w:val="24"/>
              </w:rPr>
              <w:t xml:space="preserve"> </w:t>
            </w:r>
          </w:p>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20" w:line="240" w:lineRule="exact"/>
              <w:ind w:left="1170"/>
              <w:jc w:val="left"/>
            </w:pPr>
            <w:r>
              <w:rPr>
                <w:rFonts w:ascii="gU1TgTbe+SimSun" w:eastAsia="gU1TgTbe+SimSun" w:hAnsi="gU1TgTbe+SimSun"/>
                <w:color w:val="000000"/>
                <w:sz w:val="24"/>
              </w:rPr>
              <w:t>第一名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20" w:line="240" w:lineRule="exact"/>
              <w:ind w:left="712"/>
              <w:jc w:val="left"/>
            </w:pPr>
            <w:r>
              <w:rPr>
                <w:rFonts w:ascii="901OcohL+SimSun" w:eastAsia="901OcohL+SimSun" w:hAnsi="901OcohL+SimSun"/>
                <w:color w:val="000000"/>
                <w:sz w:val="24"/>
              </w:rPr>
              <w:t>12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88"/>
        </w:trPr>
        <w:tc>
          <w:tcPr>
            <w:tcW w:w="3009" w:type="dxa"/>
            <w:vMerge/>
            <w:tcBorders>
              <w:top w:val="single" w:sz="4" w:space="0" w:color="000000"/>
              <w:left w:val="single" w:sz="4" w:space="0" w:color="000000"/>
              <w:bottom w:val="single" w:sz="3" w:space="0" w:color="000000"/>
              <w:right w:val="single" w:sz="3" w:space="0" w:color="000000"/>
            </w:tcBorders>
          </w:tcPr>
          <w:p w:rsidR="005439BA" w:rsidRDefault="005439BA"/>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1170"/>
              <w:jc w:val="left"/>
            </w:pPr>
            <w:r>
              <w:rPr>
                <w:rFonts w:ascii="gU1TgTbe+SimSun" w:eastAsia="gU1TgTbe+SimSun" w:hAnsi="gU1TgTbe+SimSun"/>
                <w:color w:val="000000"/>
                <w:sz w:val="24"/>
              </w:rPr>
              <w:t>第二名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712"/>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94"/>
        </w:trPr>
        <w:tc>
          <w:tcPr>
            <w:tcW w:w="3009" w:type="dxa"/>
            <w:vMerge/>
            <w:tcBorders>
              <w:top w:val="single" w:sz="4" w:space="0" w:color="000000"/>
              <w:left w:val="single" w:sz="4" w:space="0" w:color="000000"/>
              <w:bottom w:val="single" w:sz="3" w:space="0" w:color="000000"/>
              <w:right w:val="single" w:sz="3" w:space="0" w:color="000000"/>
            </w:tcBorders>
          </w:tcPr>
          <w:p w:rsidR="005439BA" w:rsidRDefault="005439BA"/>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20" w:line="240" w:lineRule="exact"/>
              <w:ind w:left="1170"/>
              <w:jc w:val="left"/>
            </w:pPr>
            <w:r>
              <w:rPr>
                <w:rFonts w:ascii="gU1TgTbe+SimSun" w:eastAsia="gU1TgTbe+SimSun" w:hAnsi="gU1TgTbe+SimSun"/>
                <w:color w:val="000000"/>
                <w:sz w:val="24"/>
              </w:rPr>
              <w:t>第三名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20" w:line="240" w:lineRule="exact"/>
              <w:ind w:left="772"/>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90"/>
        </w:trPr>
        <w:tc>
          <w:tcPr>
            <w:tcW w:w="3009" w:type="dxa"/>
            <w:vMerge/>
            <w:tcBorders>
              <w:top w:val="single" w:sz="4" w:space="0" w:color="000000"/>
              <w:left w:val="single" w:sz="4" w:space="0" w:color="000000"/>
              <w:bottom w:val="single" w:sz="3" w:space="0" w:color="000000"/>
              <w:right w:val="single" w:sz="3" w:space="0" w:color="000000"/>
            </w:tcBorders>
          </w:tcPr>
          <w:p w:rsidR="005439BA" w:rsidRDefault="005439BA"/>
        </w:tc>
        <w:tc>
          <w:tcPr>
            <w:tcW w:w="3072"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990"/>
              <w:jc w:val="left"/>
            </w:pPr>
            <w:r>
              <w:rPr>
                <w:rFonts w:ascii="gU1TgTbe+SimSun" w:eastAsia="gU1TgTbe+SimSun" w:hAnsi="gU1TgTbe+SimSun"/>
                <w:color w:val="000000"/>
                <w:sz w:val="24"/>
              </w:rPr>
              <w:t>第四</w:t>
            </w:r>
            <w:r>
              <w:rPr>
                <w:rFonts w:ascii="901OcohL+SimSun" w:eastAsia="901OcohL+SimSun" w:hAnsi="901OcohL+SimSun"/>
                <w:color w:val="000000"/>
                <w:sz w:val="24"/>
              </w:rPr>
              <w:t>-</w:t>
            </w:r>
            <w:r>
              <w:rPr>
                <w:rFonts w:ascii="gU1TgTbe+SimSun" w:eastAsia="gU1TgTbe+SimSun" w:hAnsi="gU1TgTbe+SimSun"/>
                <w:color w:val="000000"/>
                <w:sz w:val="24"/>
              </w:rPr>
              <w:t>八名</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772"/>
              <w:jc w:val="left"/>
            </w:pPr>
            <w:r>
              <w:rPr>
                <w:rFonts w:ascii="901OcohL+SimSun" w:eastAsia="901OcohL+SimSun" w:hAnsi="901OcohL+SimSun"/>
                <w:color w:val="000000"/>
                <w:sz w:val="24"/>
              </w:rPr>
              <w:t>6</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88"/>
        </w:trPr>
        <w:tc>
          <w:tcPr>
            <w:tcW w:w="3009" w:type="dxa"/>
            <w:vMerge/>
            <w:tcBorders>
              <w:top w:val="single" w:sz="4" w:space="0" w:color="000000"/>
              <w:left w:val="single" w:sz="4" w:space="0" w:color="000000"/>
              <w:bottom w:val="single" w:sz="3" w:space="0" w:color="000000"/>
              <w:right w:val="single" w:sz="3" w:space="0" w:color="000000"/>
            </w:tcBorders>
          </w:tcPr>
          <w:p w:rsidR="005439BA" w:rsidRDefault="005439BA"/>
        </w:tc>
        <w:tc>
          <w:tcPr>
            <w:tcW w:w="3072"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1170"/>
              <w:jc w:val="left"/>
            </w:pPr>
            <w:r>
              <w:rPr>
                <w:rFonts w:ascii="gU1TgTbe+SimSun" w:eastAsia="gU1TgTbe+SimSun" w:hAnsi="gU1TgTbe+SimSun"/>
                <w:color w:val="000000"/>
                <w:sz w:val="24"/>
              </w:rPr>
              <w:t>参赛者</w:t>
            </w:r>
            <w:r>
              <w:rPr>
                <w:rFonts w:ascii="901OcohL+SimSun" w:eastAsia="901OcohL+SimSun" w:hAnsi="901OcohL+SimSun"/>
                <w:color w:val="000000"/>
                <w:sz w:val="24"/>
              </w:rPr>
              <w:t xml:space="preserve"> </w:t>
            </w:r>
          </w:p>
        </w:tc>
        <w:tc>
          <w:tcPr>
            <w:tcW w:w="22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772"/>
              <w:jc w:val="left"/>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1260"/>
        </w:trPr>
        <w:tc>
          <w:tcPr>
            <w:tcW w:w="8358" w:type="dxa"/>
            <w:gridSpan w:val="3"/>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line="300" w:lineRule="exact"/>
              <w:ind w:left="100"/>
              <w:jc w:val="left"/>
            </w:pPr>
            <w:r>
              <w:rPr>
                <w:rFonts w:ascii="gU1TgTbe+SimSun" w:eastAsia="gU1TgTbe+SimSun" w:hAnsi="gU1TgTbe+SimSun"/>
                <w:color w:val="000000"/>
                <w:sz w:val="24"/>
              </w:rPr>
              <w:t>方阵参与部分训练但没有上场的同学，按照训练次数酌情计入</w:t>
            </w:r>
            <w:r>
              <w:rPr>
                <w:rFonts w:ascii="PTZ3LLzS+Calibri" w:eastAsia="PTZ3LLzS+Calibri" w:hAnsi="PTZ3LLzS+Calibri"/>
                <w:color w:val="000000"/>
                <w:sz w:val="24"/>
              </w:rPr>
              <w:t>5-8</w:t>
            </w:r>
            <w:r>
              <w:rPr>
                <w:rFonts w:ascii="gU1TgTbe+SimSun" w:eastAsia="gU1TgTbe+SimSun" w:hAnsi="gU1TgTbe+SimSun"/>
                <w:color w:val="000000"/>
                <w:sz w:val="24"/>
              </w:rPr>
              <w:t>课时；</w:t>
            </w:r>
            <w:r>
              <w:rPr>
                <w:rFonts w:ascii="PTZ3LLzS+Calibri" w:eastAsia="PTZ3LLzS+Calibri" w:hAnsi="PTZ3LLzS+Calibri"/>
                <w:color w:val="000000"/>
                <w:sz w:val="24"/>
              </w:rPr>
              <w:t xml:space="preserve"> </w:t>
            </w:r>
            <w:r>
              <w:rPr>
                <w:rFonts w:ascii="gU1TgTbe+SimSun" w:eastAsia="gU1TgTbe+SimSun" w:hAnsi="gU1TgTbe+SimSun"/>
                <w:color w:val="000000"/>
                <w:sz w:val="24"/>
              </w:rPr>
              <w:t>趣味项目参与部分训练但没有上场的同学，按照训练次数酌情计入</w:t>
            </w:r>
            <w:r>
              <w:rPr>
                <w:rFonts w:ascii="PTZ3LLzS+Calibri" w:eastAsia="PTZ3LLzS+Calibri" w:hAnsi="PTZ3LLzS+Calibri"/>
                <w:color w:val="000000"/>
                <w:sz w:val="24"/>
              </w:rPr>
              <w:t>5-8</w:t>
            </w:r>
            <w:r>
              <w:rPr>
                <w:rFonts w:ascii="gU1TgTbe+SimSun" w:eastAsia="gU1TgTbe+SimSun" w:hAnsi="gU1TgTbe+SimSun"/>
                <w:color w:val="000000"/>
                <w:sz w:val="24"/>
              </w:rPr>
              <w:t>课时；</w:t>
            </w:r>
            <w:r>
              <w:rPr>
                <w:rFonts w:ascii="PTZ3LLzS+Calibri" w:eastAsia="PTZ3LLzS+Calibri" w:hAnsi="PTZ3LLzS+Calibri"/>
                <w:color w:val="000000"/>
                <w:sz w:val="24"/>
              </w:rPr>
              <w:t xml:space="preserve"> </w:t>
            </w:r>
            <w:r>
              <w:rPr>
                <w:rFonts w:ascii="gU1TgTbe+SimSun" w:eastAsia="gU1TgTbe+SimSun" w:hAnsi="gU1TgTbe+SimSun"/>
                <w:color w:val="000000"/>
                <w:sz w:val="24"/>
              </w:rPr>
              <w:t>以上四项参与每次训练但没有参赛的同学，按照该项目获奖情况所计课时数的</w:t>
            </w:r>
          </w:p>
          <w:p w:rsidR="005439BA" w:rsidRDefault="004B0D60">
            <w:pPr>
              <w:widowControl/>
              <w:autoSpaceDE w:val="0"/>
              <w:autoSpaceDN w:val="0"/>
              <w:spacing w:before="74" w:line="266" w:lineRule="exact"/>
              <w:ind w:left="100"/>
              <w:jc w:val="left"/>
            </w:pPr>
            <w:r>
              <w:rPr>
                <w:rFonts w:ascii="PTZ3LLzS+Calibri" w:eastAsia="PTZ3LLzS+Calibri" w:hAnsi="PTZ3LLzS+Calibri"/>
                <w:color w:val="000000"/>
                <w:sz w:val="24"/>
              </w:rPr>
              <w:t>1/2-1</w:t>
            </w:r>
            <w:r>
              <w:rPr>
                <w:rFonts w:ascii="gU1TgTbe+SimSun" w:eastAsia="gU1TgTbe+SimSun" w:hAnsi="gU1TgTbe+SimSun"/>
                <w:color w:val="000000"/>
                <w:sz w:val="24"/>
              </w:rPr>
              <w:t>计算。</w:t>
            </w:r>
            <w:r>
              <w:rPr>
                <w:rFonts w:ascii="PTZ3LLzS+Calibri" w:eastAsia="PTZ3LLzS+Calibri" w:hAnsi="PTZ3LLzS+Calibri"/>
                <w:color w:val="000000"/>
                <w:sz w:val="24"/>
              </w:rPr>
              <w:t xml:space="preserve"> </w:t>
            </w:r>
          </w:p>
        </w:tc>
      </w:tr>
    </w:tbl>
    <w:p w:rsidR="005439BA" w:rsidRDefault="004B0D60">
      <w:pPr>
        <w:widowControl/>
        <w:autoSpaceDE w:val="0"/>
        <w:autoSpaceDN w:val="0"/>
        <w:spacing w:before="32" w:after="38" w:line="240" w:lineRule="exact"/>
        <w:ind w:left="360"/>
        <w:jc w:val="left"/>
      </w:pPr>
      <w:r>
        <w:rPr>
          <w:rFonts w:ascii="901OcohL+SimSun" w:eastAsia="901OcohL+SimSun" w:hAnsi="901OcohL+SimSun"/>
          <w:b/>
          <w:color w:val="000000"/>
          <w:sz w:val="24"/>
        </w:rPr>
        <w:t xml:space="preserve">4. </w:t>
      </w:r>
      <w:r>
        <w:rPr>
          <w:rFonts w:ascii="gU1TgTbe+SimSun" w:eastAsia="gU1TgTbe+SimSun" w:hAnsi="gU1TgTbe+SimSun"/>
          <w:b/>
          <w:color w:val="000000"/>
          <w:sz w:val="24"/>
        </w:rPr>
        <w:t>“光华杯”系列比赛（足球赛、篮球赛、排球赛、台球赛、辩论赛等）</w:t>
      </w:r>
      <w:r>
        <w:rPr>
          <w:rFonts w:ascii="901OcohL+SimSun" w:eastAsia="901OcohL+SimSun" w:hAnsi="901OcohL+SimSun"/>
          <w:b/>
          <w:color w:val="000000"/>
          <w:sz w:val="24"/>
        </w:rPr>
        <w:t xml:space="preserve"> </w:t>
      </w:r>
    </w:p>
    <w:tbl>
      <w:tblPr>
        <w:tblW w:w="0" w:type="auto"/>
        <w:tblInd w:w="334" w:type="dxa"/>
        <w:tblLayout w:type="fixed"/>
        <w:tblLook w:val="04A0" w:firstRow="1" w:lastRow="0" w:firstColumn="1" w:lastColumn="0" w:noHBand="0" w:noVBand="1"/>
      </w:tblPr>
      <w:tblGrid>
        <w:gridCol w:w="3538"/>
        <w:gridCol w:w="4824"/>
      </w:tblGrid>
      <w:tr w:rsidR="005439BA">
        <w:trPr>
          <w:trHeight w:hRule="exact" w:val="452"/>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924"/>
              <w:jc w:val="left"/>
            </w:pPr>
            <w:r>
              <w:rPr>
                <w:rFonts w:ascii="gU1TgTbe+SimSun" w:eastAsia="gU1TgTbe+SimSun" w:hAnsi="gU1TgTbe+SimSun"/>
                <w:color w:val="000000"/>
                <w:sz w:val="24"/>
              </w:rPr>
              <w:t>获奖等级或排名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1804"/>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54"/>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1404"/>
              <w:jc w:val="left"/>
            </w:pPr>
            <w:r>
              <w:rPr>
                <w:rFonts w:ascii="gU1TgTbe+SimSun" w:eastAsia="gU1TgTbe+SimSun" w:hAnsi="gU1TgTbe+SimSun"/>
                <w:color w:val="000000"/>
                <w:sz w:val="24"/>
              </w:rPr>
              <w:t>第一名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12"/>
              <w:jc w:val="left"/>
            </w:pPr>
            <w:r>
              <w:rPr>
                <w:rFonts w:ascii="901OcohL+SimSun" w:eastAsia="901OcohL+SimSun" w:hAnsi="901OcohL+SimSun"/>
                <w:color w:val="000000"/>
                <w:sz w:val="24"/>
              </w:rPr>
              <w:t>15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66"/>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6" w:line="240" w:lineRule="exact"/>
              <w:ind w:left="1404"/>
              <w:jc w:val="left"/>
            </w:pPr>
            <w:r>
              <w:rPr>
                <w:rFonts w:ascii="gU1TgTbe+SimSun" w:eastAsia="gU1TgTbe+SimSun" w:hAnsi="gU1TgTbe+SimSun"/>
                <w:color w:val="000000"/>
                <w:sz w:val="24"/>
              </w:rPr>
              <w:t>第二名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6" w:line="240" w:lineRule="exact"/>
              <w:ind w:left="2012"/>
              <w:jc w:val="left"/>
            </w:pPr>
            <w:r>
              <w:rPr>
                <w:rFonts w:ascii="901OcohL+SimSun" w:eastAsia="901OcohL+SimSun" w:hAnsi="901OcohL+SimSun"/>
                <w:color w:val="000000"/>
                <w:sz w:val="24"/>
              </w:rPr>
              <w:t>12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538"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404"/>
              <w:jc w:val="left"/>
            </w:pPr>
            <w:r>
              <w:rPr>
                <w:rFonts w:ascii="gU1TgTbe+SimSun" w:eastAsia="gU1TgTbe+SimSun" w:hAnsi="gU1TgTbe+SimSun"/>
                <w:color w:val="000000"/>
                <w:sz w:val="24"/>
              </w:rPr>
              <w:t>第三名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2012"/>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538" w:type="dxa"/>
            <w:tcBorders>
              <w:top w:val="single" w:sz="3"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1224"/>
              <w:jc w:val="left"/>
            </w:pPr>
            <w:r>
              <w:rPr>
                <w:rFonts w:ascii="gU1TgTbe+SimSun" w:eastAsia="gU1TgTbe+SimSun" w:hAnsi="gU1TgTbe+SimSun"/>
                <w:color w:val="000000"/>
                <w:sz w:val="24"/>
              </w:rPr>
              <w:t>第四</w:t>
            </w:r>
            <w:r>
              <w:rPr>
                <w:rFonts w:ascii="901OcohL+SimSun" w:eastAsia="901OcohL+SimSun" w:hAnsi="901OcohL+SimSun"/>
                <w:color w:val="000000"/>
                <w:sz w:val="24"/>
              </w:rPr>
              <w:t>-</w:t>
            </w:r>
            <w:r>
              <w:rPr>
                <w:rFonts w:ascii="gU1TgTbe+SimSun" w:eastAsia="gU1TgTbe+SimSun" w:hAnsi="gU1TgTbe+SimSun"/>
                <w:color w:val="000000"/>
                <w:sz w:val="24"/>
              </w:rPr>
              <w:t>八名</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72"/>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1404"/>
              <w:jc w:val="left"/>
            </w:pPr>
            <w:r>
              <w:rPr>
                <w:rFonts w:ascii="gU1TgTbe+SimSun" w:eastAsia="gU1TgTbe+SimSun" w:hAnsi="gU1TgTbe+SimSun"/>
                <w:color w:val="000000"/>
                <w:sz w:val="24"/>
              </w:rPr>
              <w:t>参赛者</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72"/>
              <w:jc w:val="left"/>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8362" w:type="dxa"/>
            <w:gridSpan w:val="2"/>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214"/>
              <w:jc w:val="left"/>
            </w:pPr>
            <w:r>
              <w:rPr>
                <w:rFonts w:ascii="gU1TgTbe+SimSun" w:eastAsia="gU1TgTbe+SimSun" w:hAnsi="gU1TgTbe+SimSun"/>
                <w:color w:val="000000"/>
                <w:sz w:val="24"/>
              </w:rPr>
              <w:t>辩论队所有参赛选手均比照获奖名次计课时数，陪练队员按参赛者计课时数</w:t>
            </w:r>
            <w:r>
              <w:rPr>
                <w:rFonts w:ascii="901OcohL+SimSun" w:eastAsia="901OcohL+SimSun" w:hAnsi="901OcohL+SimSun"/>
                <w:color w:val="000000"/>
                <w:sz w:val="24"/>
              </w:rPr>
              <w:t xml:space="preserve"> </w:t>
            </w:r>
          </w:p>
        </w:tc>
      </w:tr>
    </w:tbl>
    <w:p w:rsidR="005439BA" w:rsidRDefault="004B0D60">
      <w:pPr>
        <w:widowControl/>
        <w:autoSpaceDE w:val="0"/>
        <w:autoSpaceDN w:val="0"/>
        <w:spacing w:before="36" w:after="38" w:line="240" w:lineRule="exact"/>
        <w:ind w:left="360"/>
        <w:jc w:val="left"/>
      </w:pPr>
      <w:r>
        <w:rPr>
          <w:rFonts w:ascii="901OcohL+SimSun" w:eastAsia="901OcohL+SimSun" w:hAnsi="901OcohL+SimSun"/>
          <w:b/>
          <w:color w:val="000000"/>
          <w:sz w:val="24"/>
        </w:rPr>
        <w:t xml:space="preserve">5. </w:t>
      </w:r>
      <w:r>
        <w:rPr>
          <w:rFonts w:ascii="gU1TgTbe+SimSun" w:eastAsia="gU1TgTbe+SimSun" w:hAnsi="gU1TgTbe+SimSun"/>
          <w:b/>
          <w:color w:val="000000"/>
          <w:sz w:val="24"/>
        </w:rPr>
        <w:t>“光华杯”趣味比赛（投篮比赛、上篮接力、趣味颠球、中场射门等）</w:t>
      </w:r>
      <w:r>
        <w:rPr>
          <w:rFonts w:ascii="901OcohL+SimSun" w:eastAsia="901OcohL+SimSun" w:hAnsi="901OcohL+SimSun"/>
          <w:b/>
          <w:color w:val="000000"/>
          <w:sz w:val="24"/>
        </w:rPr>
        <w:t xml:space="preserve"> </w:t>
      </w:r>
    </w:p>
    <w:tbl>
      <w:tblPr>
        <w:tblW w:w="0" w:type="auto"/>
        <w:tblInd w:w="334" w:type="dxa"/>
        <w:tblLayout w:type="fixed"/>
        <w:tblLook w:val="04A0" w:firstRow="1" w:lastRow="0" w:firstColumn="1" w:lastColumn="0" w:noHBand="0" w:noVBand="1"/>
      </w:tblPr>
      <w:tblGrid>
        <w:gridCol w:w="3538"/>
        <w:gridCol w:w="4824"/>
      </w:tblGrid>
      <w:tr w:rsidR="005439BA">
        <w:trPr>
          <w:trHeight w:hRule="exact" w:val="456"/>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924"/>
              <w:jc w:val="left"/>
            </w:pPr>
            <w:r>
              <w:rPr>
                <w:rFonts w:ascii="gU1TgTbe+SimSun" w:eastAsia="gU1TgTbe+SimSun" w:hAnsi="gU1TgTbe+SimSun"/>
                <w:color w:val="000000"/>
                <w:sz w:val="24"/>
              </w:rPr>
              <w:t>获奖等级或排名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1804"/>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52"/>
        </w:trPr>
        <w:tc>
          <w:tcPr>
            <w:tcW w:w="3538"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1404"/>
              <w:jc w:val="left"/>
            </w:pPr>
            <w:r>
              <w:rPr>
                <w:rFonts w:ascii="gU1TgTbe+SimSun" w:eastAsia="gU1TgTbe+SimSun" w:hAnsi="gU1TgTbe+SimSun"/>
                <w:color w:val="000000"/>
                <w:sz w:val="24"/>
              </w:rPr>
              <w:t>第一名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72"/>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66"/>
        </w:trPr>
        <w:tc>
          <w:tcPr>
            <w:tcW w:w="3538" w:type="dxa"/>
            <w:tcBorders>
              <w:top w:val="single" w:sz="3"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6" w:line="240" w:lineRule="exact"/>
              <w:ind w:left="1404"/>
              <w:jc w:val="left"/>
            </w:pPr>
            <w:r>
              <w:rPr>
                <w:rFonts w:ascii="gU1TgTbe+SimSun" w:eastAsia="gU1TgTbe+SimSun" w:hAnsi="gU1TgTbe+SimSun"/>
                <w:color w:val="000000"/>
                <w:sz w:val="24"/>
              </w:rPr>
              <w:t>第二名</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6" w:line="240" w:lineRule="exact"/>
              <w:ind w:left="2072"/>
              <w:jc w:val="left"/>
            </w:pPr>
            <w:r>
              <w:rPr>
                <w:rFonts w:ascii="901OcohL+SimSun" w:eastAsia="901OcohL+SimSun" w:hAnsi="901OcohL+SimSun"/>
                <w:color w:val="000000"/>
                <w:sz w:val="24"/>
              </w:rPr>
              <w:t>7</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404"/>
              <w:jc w:val="left"/>
            </w:pPr>
            <w:r>
              <w:rPr>
                <w:rFonts w:ascii="gU1TgTbe+SimSun" w:eastAsia="gU1TgTbe+SimSun" w:hAnsi="gU1TgTbe+SimSun"/>
                <w:color w:val="000000"/>
                <w:sz w:val="24"/>
              </w:rPr>
              <w:t>第三名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2072"/>
              <w:jc w:val="left"/>
            </w:pPr>
            <w:r>
              <w:rPr>
                <w:rFonts w:ascii="901OcohL+SimSun" w:eastAsia="901OcohL+SimSun" w:hAnsi="901OcohL+SimSun"/>
                <w:color w:val="000000"/>
                <w:sz w:val="24"/>
              </w:rPr>
              <w:t>6</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404"/>
              <w:jc w:val="left"/>
            </w:pPr>
            <w:r>
              <w:rPr>
                <w:rFonts w:ascii="gU1TgTbe+SimSun" w:eastAsia="gU1TgTbe+SimSun" w:hAnsi="gU1TgTbe+SimSun"/>
                <w:color w:val="000000"/>
                <w:sz w:val="24"/>
              </w:rPr>
              <w:t>参赛者</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72"/>
              <w:jc w:val="left"/>
            </w:pPr>
            <w:r>
              <w:rPr>
                <w:rFonts w:ascii="901OcohL+SimSun" w:eastAsia="901OcohL+SimSun" w:hAnsi="901OcohL+SimSun"/>
                <w:color w:val="000000"/>
                <w:sz w:val="24"/>
              </w:rPr>
              <w:t>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6"/>
        </w:trPr>
        <w:tc>
          <w:tcPr>
            <w:tcW w:w="8362" w:type="dxa"/>
            <w:gridSpan w:val="2"/>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774"/>
              <w:jc w:val="left"/>
            </w:pPr>
            <w:r>
              <w:rPr>
                <w:rFonts w:ascii="gU1TgTbe+SimSun" w:eastAsia="gU1TgTbe+SimSun" w:hAnsi="gU1TgTbe+SimSun"/>
                <w:color w:val="000000"/>
                <w:sz w:val="24"/>
              </w:rPr>
              <w:t>注：一人参加多项，只加最高分，不重复加分</w:t>
            </w:r>
            <w:r>
              <w:rPr>
                <w:rFonts w:ascii="901OcohL+SimSun" w:eastAsia="901OcohL+SimSun" w:hAnsi="901OcohL+SimSun"/>
                <w:color w:val="000000"/>
                <w:sz w:val="24"/>
              </w:rPr>
              <w:t xml:space="preserve"> </w:t>
            </w:r>
          </w:p>
        </w:tc>
      </w:tr>
    </w:tbl>
    <w:p w:rsidR="005439BA" w:rsidRDefault="004B0D60">
      <w:pPr>
        <w:widowControl/>
        <w:autoSpaceDE w:val="0"/>
        <w:autoSpaceDN w:val="0"/>
        <w:spacing w:before="32" w:line="240" w:lineRule="exact"/>
        <w:ind w:left="360"/>
        <w:jc w:val="left"/>
      </w:pPr>
      <w:r>
        <w:rPr>
          <w:rFonts w:ascii="901OcohL+SimSun" w:eastAsia="901OcohL+SimSun" w:hAnsi="901OcohL+SimSun"/>
          <w:b/>
          <w:color w:val="000000"/>
          <w:sz w:val="24"/>
        </w:rPr>
        <w:t xml:space="preserve">6. </w:t>
      </w:r>
      <w:r>
        <w:rPr>
          <w:rFonts w:ascii="gU1TgTbe+SimSun" w:eastAsia="gU1TgTbe+SimSun" w:hAnsi="gU1TgTbe+SimSun"/>
          <w:b/>
          <w:color w:val="000000"/>
          <w:sz w:val="24"/>
        </w:rPr>
        <w:t>“工商杯”系列比赛（篮球赛、足球赛、辩论赛、征文比赛等）</w:t>
      </w:r>
      <w:r>
        <w:rPr>
          <w:rFonts w:ascii="901OcohL+SimSun" w:eastAsia="901OcohL+SimSun" w:hAnsi="901OcohL+SimSun"/>
          <w:b/>
          <w:color w:val="000000"/>
          <w:sz w:val="24"/>
        </w:rPr>
        <w:t xml:space="preserve"> </w:t>
      </w:r>
    </w:p>
    <w:p w:rsidR="005439BA" w:rsidRDefault="005439BA">
      <w:pPr>
        <w:sectPr w:rsidR="005439BA">
          <w:pgSz w:w="11906" w:h="17238"/>
          <w:pgMar w:top="720" w:right="1440" w:bottom="952" w:left="1440" w:header="720" w:footer="720" w:gutter="0"/>
          <w:cols w:space="720" w:equalWidth="0">
            <w:col w:w="9026" w:space="0"/>
          </w:cols>
          <w:docGrid w:linePitch="360"/>
        </w:sectPr>
      </w:pPr>
    </w:p>
    <w:p w:rsidR="005439BA" w:rsidRDefault="004B0D60">
      <w:pPr>
        <w:widowControl/>
        <w:autoSpaceDE w:val="0"/>
        <w:autoSpaceDN w:val="0"/>
        <w:spacing w:before="500" w:line="220" w:lineRule="exact"/>
      </w:pPr>
      <w:r>
        <w:rPr>
          <w:noProof/>
        </w:rPr>
        <w:lastRenderedPageBreak/>
        <w:drawing>
          <wp:anchor distT="0" distB="0" distL="0" distR="0" simplePos="0" relativeHeight="251663872" behindDoc="1" locked="0" layoutInCell="1" allowOverlap="1">
            <wp:simplePos x="0" y="0"/>
            <wp:positionH relativeFrom="page">
              <wp:posOffset>1143000</wp:posOffset>
            </wp:positionH>
            <wp:positionV relativeFrom="page">
              <wp:posOffset>2708910</wp:posOffset>
            </wp:positionV>
            <wp:extent cx="5273040" cy="5277272"/>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273040" cy="5277272"/>
                    </a:xfrm>
                    <a:prstGeom prst="rect">
                      <a:avLst/>
                    </a:prstGeom>
                  </pic:spPr>
                </pic:pic>
              </a:graphicData>
            </a:graphic>
          </wp:anchor>
        </w:drawing>
      </w:r>
    </w:p>
    <w:tbl>
      <w:tblPr>
        <w:tblW w:w="0" w:type="auto"/>
        <w:tblInd w:w="334" w:type="dxa"/>
        <w:tblLayout w:type="fixed"/>
        <w:tblLook w:val="04A0" w:firstRow="1" w:lastRow="0" w:firstColumn="1" w:lastColumn="0" w:noHBand="0" w:noVBand="1"/>
      </w:tblPr>
      <w:tblGrid>
        <w:gridCol w:w="3538"/>
        <w:gridCol w:w="4824"/>
      </w:tblGrid>
      <w:tr w:rsidR="005439BA">
        <w:trPr>
          <w:trHeight w:hRule="exact" w:val="456"/>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924"/>
              <w:jc w:val="left"/>
            </w:pPr>
            <w:r>
              <w:rPr>
                <w:rFonts w:ascii="gU1TgTbe+SimSun" w:eastAsia="gU1TgTbe+SimSun" w:hAnsi="gU1TgTbe+SimSun"/>
                <w:color w:val="000000"/>
                <w:sz w:val="24"/>
              </w:rPr>
              <w:t>获奖等级或排名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804"/>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50"/>
        </w:trPr>
        <w:tc>
          <w:tcPr>
            <w:tcW w:w="3538"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404"/>
              <w:jc w:val="left"/>
            </w:pPr>
            <w:r>
              <w:rPr>
                <w:rFonts w:ascii="gU1TgTbe+SimSun" w:eastAsia="gU1TgTbe+SimSun" w:hAnsi="gU1TgTbe+SimSun"/>
                <w:color w:val="000000"/>
                <w:sz w:val="24"/>
              </w:rPr>
              <w:t>第一名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72"/>
              <w:jc w:val="left"/>
            </w:pPr>
            <w:r>
              <w:rPr>
                <w:rFonts w:ascii="901OcohL+SimSun" w:eastAsia="901OcohL+SimSun" w:hAnsi="901OcohL+SimSun"/>
                <w:color w:val="000000"/>
                <w:sz w:val="24"/>
              </w:rPr>
              <w:t>6</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68"/>
        </w:trPr>
        <w:tc>
          <w:tcPr>
            <w:tcW w:w="3538" w:type="dxa"/>
            <w:tcBorders>
              <w:top w:val="single" w:sz="3"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8" w:line="240" w:lineRule="exact"/>
              <w:ind w:left="1404"/>
              <w:jc w:val="left"/>
            </w:pPr>
            <w:r>
              <w:rPr>
                <w:rFonts w:ascii="gU1TgTbe+SimSun" w:eastAsia="gU1TgTbe+SimSun" w:hAnsi="gU1TgTbe+SimSun"/>
                <w:color w:val="000000"/>
                <w:sz w:val="24"/>
              </w:rPr>
              <w:t>第二名</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8" w:line="240" w:lineRule="exact"/>
              <w:ind w:left="2072"/>
              <w:jc w:val="left"/>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538" w:type="dxa"/>
            <w:tcBorders>
              <w:top w:val="single" w:sz="3"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404"/>
              <w:jc w:val="left"/>
            </w:pPr>
            <w:r>
              <w:rPr>
                <w:rFonts w:ascii="gU1TgTbe+SimSun" w:eastAsia="gU1TgTbe+SimSun" w:hAnsi="gU1TgTbe+SimSun"/>
                <w:color w:val="000000"/>
                <w:sz w:val="24"/>
              </w:rPr>
              <w:t>第三名</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2072"/>
              <w:jc w:val="left"/>
            </w:pPr>
            <w:r>
              <w:rPr>
                <w:rFonts w:ascii="901OcohL+SimSun" w:eastAsia="901OcohL+SimSun" w:hAnsi="901OcohL+SimSun"/>
                <w:color w:val="000000"/>
                <w:sz w:val="24"/>
              </w:rPr>
              <w:t>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404"/>
              <w:jc w:val="left"/>
            </w:pPr>
            <w:r>
              <w:rPr>
                <w:rFonts w:ascii="gU1TgTbe+SimSun" w:eastAsia="gU1TgTbe+SimSun" w:hAnsi="gU1TgTbe+SimSun"/>
                <w:color w:val="000000"/>
                <w:sz w:val="24"/>
              </w:rPr>
              <w:t>参赛者</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72"/>
              <w:jc w:val="left"/>
            </w:pPr>
            <w:r>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8362" w:type="dxa"/>
            <w:gridSpan w:val="2"/>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14"/>
              <w:jc w:val="left"/>
            </w:pPr>
            <w:r>
              <w:rPr>
                <w:rFonts w:ascii="gU1TgTbe+SimSun" w:eastAsia="gU1TgTbe+SimSun" w:hAnsi="gU1TgTbe+SimSun"/>
                <w:color w:val="000000"/>
                <w:sz w:val="24"/>
              </w:rPr>
              <w:t>辩论队所有参赛选手均比照获奖名次计课时数，陪练队员按参赛者计课时数</w:t>
            </w:r>
            <w:r>
              <w:rPr>
                <w:rFonts w:ascii="901OcohL+SimSun" w:eastAsia="901OcohL+SimSun" w:hAnsi="901OcohL+SimSun"/>
                <w:color w:val="000000"/>
                <w:sz w:val="24"/>
              </w:rPr>
              <w:t xml:space="preserve"> </w:t>
            </w:r>
          </w:p>
        </w:tc>
      </w:tr>
    </w:tbl>
    <w:p w:rsidR="005439BA" w:rsidRDefault="004B0D60">
      <w:pPr>
        <w:widowControl/>
        <w:autoSpaceDE w:val="0"/>
        <w:autoSpaceDN w:val="0"/>
        <w:spacing w:line="302" w:lineRule="exact"/>
        <w:ind w:left="360" w:right="432"/>
        <w:jc w:val="left"/>
      </w:pPr>
      <w:r>
        <w:rPr>
          <w:rFonts w:ascii="901OcohL+SimSun" w:eastAsia="901OcohL+SimSun" w:hAnsi="901OcohL+SimSun"/>
          <w:b/>
          <w:color w:val="000000"/>
          <w:sz w:val="24"/>
        </w:rPr>
        <w:t>7.</w:t>
      </w:r>
      <w:r>
        <w:rPr>
          <w:rFonts w:ascii="gU1TgTbe+SimSun" w:eastAsia="gU1TgTbe+SimSun" w:hAnsi="gU1TgTbe+SimSun"/>
          <w:b/>
          <w:color w:val="000000"/>
          <w:sz w:val="24"/>
        </w:rPr>
        <w:t>校级文体比赛（团体赛）取得突出进步（取得</w:t>
      </w:r>
      <w:r>
        <w:rPr>
          <w:rFonts w:ascii="901OcohL+SimSun" w:eastAsia="901OcohL+SimSun" w:hAnsi="901OcohL+SimSun"/>
          <w:b/>
          <w:color w:val="000000"/>
          <w:sz w:val="24"/>
        </w:rPr>
        <w:t xml:space="preserve"> 3 </w:t>
      </w:r>
      <w:r>
        <w:rPr>
          <w:rFonts w:ascii="gU1TgTbe+SimSun" w:eastAsia="gU1TgTbe+SimSun" w:hAnsi="gU1TgTbe+SimSun"/>
          <w:b/>
          <w:color w:val="000000"/>
          <w:sz w:val="24"/>
        </w:rPr>
        <w:t>名及以上的进步）计</w:t>
      </w:r>
      <w:r>
        <w:rPr>
          <w:rFonts w:ascii="901OcohL+SimSun" w:eastAsia="901OcohL+SimSun" w:hAnsi="901OcohL+SimSun"/>
          <w:b/>
          <w:color w:val="000000"/>
          <w:sz w:val="24"/>
        </w:rPr>
        <w:t xml:space="preserve"> 8 </w:t>
      </w:r>
      <w:r>
        <w:rPr>
          <w:rFonts w:ascii="gU1TgTbe+SimSun" w:eastAsia="gU1TgTbe+SimSun" w:hAnsi="gU1TgTbe+SimSun"/>
          <w:b/>
          <w:color w:val="000000"/>
          <w:sz w:val="24"/>
        </w:rPr>
        <w:t>课时，可累计加分。</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54" w:line="258" w:lineRule="exact"/>
        <w:ind w:left="360"/>
        <w:jc w:val="left"/>
      </w:pPr>
      <w:r>
        <w:rPr>
          <w:rFonts w:ascii="gU1TgTbe+SimSun" w:eastAsia="gU1TgTbe+SimSun" w:hAnsi="gU1TgTbe+SimSun"/>
          <w:b/>
          <w:color w:val="000000"/>
          <w:sz w:val="24"/>
        </w:rPr>
        <w:t>（二）文艺活动</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54" w:line="258" w:lineRule="exact"/>
        <w:ind w:left="360"/>
        <w:jc w:val="left"/>
      </w:pPr>
      <w:r>
        <w:rPr>
          <w:rFonts w:ascii="901OcohL+SimSun" w:eastAsia="901OcohL+SimSun" w:hAnsi="901OcohL+SimSun"/>
          <w:b/>
          <w:color w:val="000000"/>
          <w:sz w:val="24"/>
        </w:rPr>
        <w:t xml:space="preserve">1. </w:t>
      </w:r>
      <w:r>
        <w:rPr>
          <w:rFonts w:ascii="gU1TgTbe+SimSun" w:eastAsia="gU1TgTbe+SimSun" w:hAnsi="gU1TgTbe+SimSun"/>
          <w:b/>
          <w:color w:val="000000"/>
          <w:sz w:val="24"/>
        </w:rPr>
        <w:t>参加校级大型文艺活动</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after="36" w:line="304" w:lineRule="exact"/>
        <w:ind w:left="360" w:right="288"/>
        <w:jc w:val="left"/>
      </w:pPr>
      <w:r>
        <w:rPr>
          <w:rFonts w:ascii="gU1TgTbe+SimSun" w:eastAsia="gU1TgTbe+SimSun" w:hAnsi="gU1TgTbe+SimSun"/>
          <w:color w:val="000000"/>
          <w:sz w:val="24"/>
        </w:rPr>
        <w:t>五月艺术节（五月诗存、合唱比赛）、健康活力大赛、</w:t>
      </w:r>
      <w:r>
        <w:rPr>
          <w:rFonts w:ascii="901OcohL+SimSun" w:eastAsia="901OcohL+SimSun" w:hAnsi="901OcohL+SimSun"/>
          <w:color w:val="000000"/>
          <w:sz w:val="24"/>
        </w:rPr>
        <w:t>5</w:t>
      </w:r>
      <w:r>
        <w:rPr>
          <w:rFonts w:ascii="gU1TgTbe+SimSun" w:eastAsia="gU1TgTbe+SimSun" w:hAnsi="gU1TgTbe+SimSun"/>
          <w:color w:val="000000"/>
          <w:sz w:val="24"/>
        </w:rPr>
        <w:t>•</w:t>
      </w:r>
      <w:r w:rsidR="00B42582">
        <w:rPr>
          <w:rFonts w:ascii="901OcohL+SimSun" w:eastAsia="901OcohL+SimSun" w:hAnsi="901OcohL+SimSun"/>
          <w:color w:val="000000"/>
          <w:sz w:val="24"/>
        </w:rPr>
        <w:t>25</w:t>
      </w:r>
      <w:r>
        <w:rPr>
          <w:rFonts w:ascii="gU1TgTbe+SimSun" w:eastAsia="gU1TgTbe+SimSun" w:hAnsi="gU1TgTbe+SimSun"/>
          <w:color w:val="000000"/>
          <w:sz w:val="24"/>
        </w:rPr>
        <w:t>心理情景剧、英语短剧大赛、</w:t>
      </w:r>
      <w:proofErr w:type="gramStart"/>
      <w:r>
        <w:rPr>
          <w:rFonts w:ascii="gU1TgTbe+SimSun" w:eastAsia="gU1TgTbe+SimSun" w:hAnsi="gU1TgTbe+SimSun"/>
          <w:color w:val="000000"/>
          <w:sz w:val="24"/>
        </w:rPr>
        <w:t>舞动西财等</w:t>
      </w:r>
      <w:proofErr w:type="gramEnd"/>
      <w:r>
        <w:rPr>
          <w:rFonts w:ascii="gU1TgTbe+SimSun" w:eastAsia="gU1TgTbe+SimSun" w:hAnsi="gU1TgTbe+SimSun"/>
          <w:color w:val="000000"/>
          <w:sz w:val="24"/>
        </w:rPr>
        <w:t>获奖等级或排名</w:t>
      </w:r>
      <w:r>
        <w:rPr>
          <w:rFonts w:ascii="901OcohL+SimSun" w:eastAsia="901OcohL+SimSun" w:hAnsi="901OcohL+SimSun"/>
          <w:color w:val="000000"/>
          <w:sz w:val="24"/>
        </w:rPr>
        <w:t xml:space="preserve"> </w:t>
      </w:r>
    </w:p>
    <w:tbl>
      <w:tblPr>
        <w:tblW w:w="0" w:type="auto"/>
        <w:tblInd w:w="334" w:type="dxa"/>
        <w:tblLayout w:type="fixed"/>
        <w:tblLook w:val="04A0" w:firstRow="1" w:lastRow="0" w:firstColumn="1" w:lastColumn="0" w:noHBand="0" w:noVBand="1"/>
      </w:tblPr>
      <w:tblGrid>
        <w:gridCol w:w="3538"/>
        <w:gridCol w:w="4824"/>
      </w:tblGrid>
      <w:tr w:rsidR="005439BA">
        <w:trPr>
          <w:trHeight w:hRule="exact" w:val="454"/>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924"/>
              <w:jc w:val="left"/>
            </w:pPr>
            <w:r>
              <w:rPr>
                <w:rFonts w:ascii="gU1TgTbe+SimSun" w:eastAsia="gU1TgTbe+SimSun" w:hAnsi="gU1TgTbe+SimSun"/>
                <w:color w:val="000000"/>
                <w:sz w:val="24"/>
              </w:rPr>
              <w:t>获奖等级或排名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804"/>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52"/>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1404"/>
              <w:jc w:val="left"/>
            </w:pPr>
            <w:r>
              <w:rPr>
                <w:rFonts w:ascii="gU1TgTbe+SimSun" w:eastAsia="gU1TgTbe+SimSun" w:hAnsi="gU1TgTbe+SimSun"/>
                <w:color w:val="000000"/>
                <w:sz w:val="24"/>
              </w:rPr>
              <w:t>第一名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12"/>
              <w:jc w:val="left"/>
            </w:pPr>
            <w:r>
              <w:rPr>
                <w:rFonts w:ascii="901OcohL+SimSun" w:eastAsia="901OcohL+SimSun" w:hAnsi="901OcohL+SimSun"/>
                <w:color w:val="000000"/>
                <w:sz w:val="24"/>
              </w:rPr>
              <w:t>20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70"/>
        </w:trPr>
        <w:tc>
          <w:tcPr>
            <w:tcW w:w="3538"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8" w:line="240" w:lineRule="exact"/>
              <w:ind w:left="1404"/>
              <w:jc w:val="left"/>
            </w:pPr>
            <w:r>
              <w:rPr>
                <w:rFonts w:ascii="gU1TgTbe+SimSun" w:eastAsia="gU1TgTbe+SimSun" w:hAnsi="gU1TgTbe+SimSun"/>
                <w:color w:val="000000"/>
                <w:sz w:val="24"/>
              </w:rPr>
              <w:t>第二名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8" w:line="240" w:lineRule="exact"/>
              <w:ind w:left="2012"/>
              <w:jc w:val="left"/>
            </w:pPr>
            <w:r>
              <w:rPr>
                <w:rFonts w:ascii="901OcohL+SimSun" w:eastAsia="901OcohL+SimSun" w:hAnsi="901OcohL+SimSun"/>
                <w:color w:val="000000"/>
                <w:sz w:val="24"/>
              </w:rPr>
              <w:t>15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0"/>
        </w:trPr>
        <w:tc>
          <w:tcPr>
            <w:tcW w:w="3538" w:type="dxa"/>
            <w:tcBorders>
              <w:top w:val="single" w:sz="3"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1404"/>
              <w:jc w:val="left"/>
            </w:pPr>
            <w:r>
              <w:rPr>
                <w:rFonts w:ascii="gU1TgTbe+SimSun" w:eastAsia="gU1TgTbe+SimSun" w:hAnsi="gU1TgTbe+SimSun"/>
                <w:color w:val="000000"/>
                <w:sz w:val="24"/>
              </w:rPr>
              <w:t>第三名</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12"/>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4" w:line="240" w:lineRule="exact"/>
              <w:ind w:left="564"/>
              <w:jc w:val="left"/>
            </w:pPr>
            <w:r>
              <w:rPr>
                <w:rFonts w:ascii="gU1TgTbe+SimSun" w:eastAsia="gU1TgTbe+SimSun" w:hAnsi="gU1TgTbe+SimSun"/>
                <w:color w:val="000000"/>
                <w:sz w:val="24"/>
              </w:rPr>
              <w:t>进入决赛，但未获前三</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4" w:line="240" w:lineRule="exact"/>
              <w:ind w:left="2072"/>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8362" w:type="dxa"/>
            <w:gridSpan w:val="2"/>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934"/>
              <w:jc w:val="left"/>
            </w:pPr>
            <w:r>
              <w:rPr>
                <w:rFonts w:ascii="gU1TgTbe+SimSun" w:eastAsia="gU1TgTbe+SimSun" w:hAnsi="gU1TgTbe+SimSun"/>
                <w:color w:val="000000"/>
                <w:sz w:val="24"/>
              </w:rPr>
              <w:t>参与训练但没有上台的同学，按照训练次数酌情记入</w:t>
            </w:r>
            <w:r>
              <w:rPr>
                <w:rFonts w:ascii="901OcohL+SimSun" w:eastAsia="901OcohL+SimSun" w:hAnsi="901OcohL+SimSun"/>
                <w:color w:val="000000"/>
                <w:sz w:val="24"/>
              </w:rPr>
              <w:t>2-8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4B0D60">
      <w:pPr>
        <w:widowControl/>
        <w:autoSpaceDE w:val="0"/>
        <w:autoSpaceDN w:val="0"/>
        <w:spacing w:before="34" w:after="22" w:line="258" w:lineRule="exact"/>
        <w:ind w:left="360"/>
        <w:jc w:val="left"/>
      </w:pPr>
      <w:r>
        <w:rPr>
          <w:rFonts w:ascii="901OcohL+SimSun" w:eastAsia="901OcohL+SimSun" w:hAnsi="901OcohL+SimSun"/>
          <w:b/>
          <w:color w:val="000000"/>
          <w:sz w:val="24"/>
        </w:rPr>
        <w:t xml:space="preserve">2. </w:t>
      </w:r>
      <w:r>
        <w:rPr>
          <w:rFonts w:ascii="gU1TgTbe+SimSun" w:eastAsia="gU1TgTbe+SimSun" w:hAnsi="gU1TgTbe+SimSun"/>
          <w:b/>
          <w:color w:val="000000"/>
          <w:sz w:val="24"/>
        </w:rPr>
        <w:t>四川省大学生艺术节</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tbl>
      <w:tblPr>
        <w:tblW w:w="0" w:type="auto"/>
        <w:tblInd w:w="334" w:type="dxa"/>
        <w:tblLayout w:type="fixed"/>
        <w:tblLook w:val="04A0" w:firstRow="1" w:lastRow="0" w:firstColumn="1" w:lastColumn="0" w:noHBand="0" w:noVBand="1"/>
      </w:tblPr>
      <w:tblGrid>
        <w:gridCol w:w="3538"/>
        <w:gridCol w:w="4824"/>
      </w:tblGrid>
      <w:tr w:rsidR="005439BA">
        <w:trPr>
          <w:trHeight w:hRule="exact" w:val="462"/>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924"/>
              <w:jc w:val="left"/>
            </w:pPr>
            <w:r>
              <w:rPr>
                <w:rFonts w:ascii="gU1TgTbe+SimSun" w:eastAsia="gU1TgTbe+SimSun" w:hAnsi="gU1TgTbe+SimSun"/>
                <w:color w:val="000000"/>
                <w:sz w:val="24"/>
              </w:rPr>
              <w:t>获奖等级或排名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804"/>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64"/>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6" w:line="240" w:lineRule="exact"/>
              <w:ind w:left="1404"/>
              <w:jc w:val="left"/>
            </w:pPr>
            <w:r>
              <w:rPr>
                <w:rFonts w:ascii="gU1TgTbe+SimSun" w:eastAsia="gU1TgTbe+SimSun" w:hAnsi="gU1TgTbe+SimSun"/>
                <w:color w:val="000000"/>
                <w:sz w:val="24"/>
              </w:rPr>
              <w:t>第一名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6" w:line="240" w:lineRule="exact"/>
              <w:ind w:left="2012"/>
              <w:jc w:val="left"/>
            </w:pPr>
            <w:r>
              <w:rPr>
                <w:rFonts w:ascii="901OcohL+SimSun" w:eastAsia="901OcohL+SimSun" w:hAnsi="901OcohL+SimSun"/>
                <w:color w:val="000000"/>
                <w:sz w:val="24"/>
              </w:rPr>
              <w:t>25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78"/>
        </w:trPr>
        <w:tc>
          <w:tcPr>
            <w:tcW w:w="3538"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2" w:line="240" w:lineRule="exact"/>
              <w:ind w:left="1404"/>
              <w:jc w:val="left"/>
            </w:pPr>
            <w:r>
              <w:rPr>
                <w:rFonts w:ascii="gU1TgTbe+SimSun" w:eastAsia="gU1TgTbe+SimSun" w:hAnsi="gU1TgTbe+SimSun"/>
                <w:color w:val="000000"/>
                <w:sz w:val="24"/>
              </w:rPr>
              <w:t>第二名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2" w:line="240" w:lineRule="exact"/>
              <w:ind w:left="2012"/>
              <w:jc w:val="left"/>
            </w:pPr>
            <w:r>
              <w:rPr>
                <w:rFonts w:ascii="901OcohL+SimSun" w:eastAsia="901OcohL+SimSun" w:hAnsi="901OcohL+SimSun"/>
                <w:color w:val="000000"/>
                <w:sz w:val="24"/>
              </w:rPr>
              <w:t>20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66"/>
        </w:trPr>
        <w:tc>
          <w:tcPr>
            <w:tcW w:w="3538"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8" w:line="240" w:lineRule="exact"/>
              <w:ind w:left="1404"/>
              <w:jc w:val="left"/>
            </w:pPr>
            <w:r>
              <w:rPr>
                <w:rFonts w:ascii="gU1TgTbe+SimSun" w:eastAsia="gU1TgTbe+SimSun" w:hAnsi="gU1TgTbe+SimSun"/>
                <w:color w:val="000000"/>
                <w:sz w:val="24"/>
              </w:rPr>
              <w:t>第三名</w:t>
            </w:r>
            <w:r>
              <w:rPr>
                <w:rFonts w:ascii="901OcohL+SimSun" w:eastAsia="901OcohL+SimSun" w:hAnsi="901OcohL+SimSun"/>
                <w:color w:val="000000"/>
                <w:sz w:val="24"/>
              </w:rPr>
              <w:t xml:space="preserve"> </w:t>
            </w:r>
          </w:p>
        </w:tc>
        <w:tc>
          <w:tcPr>
            <w:tcW w:w="482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8" w:line="240" w:lineRule="exact"/>
              <w:ind w:left="2012"/>
              <w:jc w:val="left"/>
            </w:pPr>
            <w:r>
              <w:rPr>
                <w:rFonts w:ascii="901OcohL+SimSun" w:eastAsia="901OcohL+SimSun" w:hAnsi="901OcohL+SimSun"/>
                <w:color w:val="000000"/>
                <w:sz w:val="24"/>
              </w:rPr>
              <w:t>15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64"/>
        </w:trPr>
        <w:tc>
          <w:tcPr>
            <w:tcW w:w="3538" w:type="dxa"/>
            <w:tcBorders>
              <w:top w:val="single" w:sz="3"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4" w:line="240" w:lineRule="exact"/>
              <w:ind w:left="204"/>
              <w:jc w:val="left"/>
            </w:pPr>
            <w:r>
              <w:rPr>
                <w:rFonts w:ascii="gU1TgTbe+SimSun" w:eastAsia="gU1TgTbe+SimSun" w:hAnsi="gU1TgTbe+SimSun"/>
                <w:color w:val="000000"/>
                <w:sz w:val="24"/>
              </w:rPr>
              <w:t>单项奖（体育道德风尚奖等）</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4" w:line="240" w:lineRule="exact"/>
              <w:ind w:left="2012"/>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62"/>
        </w:trPr>
        <w:tc>
          <w:tcPr>
            <w:tcW w:w="3538" w:type="dxa"/>
            <w:tcBorders>
              <w:top w:val="single" w:sz="3"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6" w:line="240" w:lineRule="exact"/>
              <w:ind w:left="804"/>
              <w:jc w:val="left"/>
            </w:pPr>
            <w:r>
              <w:rPr>
                <w:rFonts w:ascii="gU1TgTbe+SimSun" w:eastAsia="gU1TgTbe+SimSun" w:hAnsi="gU1TgTbe+SimSun"/>
                <w:color w:val="000000"/>
                <w:sz w:val="24"/>
              </w:rPr>
              <w:t>参加但未获得名次</w:t>
            </w:r>
            <w:r>
              <w:rPr>
                <w:rFonts w:ascii="901OcohL+SimSun" w:eastAsia="901OcohL+SimSun" w:hAnsi="901OcohL+SimSun"/>
                <w:color w:val="000000"/>
                <w:sz w:val="24"/>
              </w:rPr>
              <w:t xml:space="preserve"> </w:t>
            </w:r>
          </w:p>
        </w:tc>
        <w:tc>
          <w:tcPr>
            <w:tcW w:w="482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6" w:line="240" w:lineRule="exact"/>
              <w:ind w:left="2072"/>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4B0D60">
      <w:pPr>
        <w:widowControl/>
        <w:autoSpaceDE w:val="0"/>
        <w:autoSpaceDN w:val="0"/>
        <w:spacing w:before="36" w:after="38" w:line="240" w:lineRule="exact"/>
        <w:ind w:left="360"/>
        <w:jc w:val="left"/>
      </w:pPr>
      <w:r>
        <w:rPr>
          <w:rFonts w:ascii="901OcohL+SimSun" w:eastAsia="901OcohL+SimSun" w:hAnsi="901OcohL+SimSun"/>
          <w:b/>
          <w:color w:val="000000"/>
          <w:sz w:val="24"/>
        </w:rPr>
        <w:t>3.</w:t>
      </w:r>
      <w:r>
        <w:rPr>
          <w:rFonts w:ascii="gU1TgTbe+SimSun" w:eastAsia="gU1TgTbe+SimSun" w:hAnsi="gU1TgTbe+SimSun"/>
          <w:b/>
          <w:color w:val="000000"/>
          <w:sz w:val="24"/>
        </w:rPr>
        <w:t>宣传稿件发表（上限</w:t>
      </w:r>
      <w:r>
        <w:rPr>
          <w:rFonts w:ascii="901OcohL+SimSun" w:eastAsia="901OcohL+SimSun" w:hAnsi="901OcohL+SimSun"/>
          <w:b/>
          <w:color w:val="000000"/>
          <w:sz w:val="24"/>
        </w:rPr>
        <w:t xml:space="preserve"> 8 </w:t>
      </w:r>
      <w:r>
        <w:rPr>
          <w:rFonts w:ascii="gU1TgTbe+SimSun" w:eastAsia="gU1TgTbe+SimSun" w:hAnsi="gU1TgTbe+SimSun"/>
          <w:b/>
          <w:color w:val="000000"/>
          <w:sz w:val="24"/>
        </w:rPr>
        <w:t>课时）</w:t>
      </w:r>
      <w:r>
        <w:rPr>
          <w:rFonts w:ascii="901OcohL+SimSun" w:eastAsia="901OcohL+SimSun" w:hAnsi="901OcohL+SimSun"/>
          <w:b/>
          <w:color w:val="000000"/>
          <w:sz w:val="24"/>
        </w:rPr>
        <w:t xml:space="preserve"> </w:t>
      </w:r>
    </w:p>
    <w:tbl>
      <w:tblPr>
        <w:tblW w:w="0" w:type="auto"/>
        <w:tblInd w:w="334" w:type="dxa"/>
        <w:tblLayout w:type="fixed"/>
        <w:tblLook w:val="04A0" w:firstRow="1" w:lastRow="0" w:firstColumn="1" w:lastColumn="0" w:noHBand="0" w:noVBand="1"/>
      </w:tblPr>
      <w:tblGrid>
        <w:gridCol w:w="6092"/>
        <w:gridCol w:w="2270"/>
      </w:tblGrid>
      <w:tr w:rsidR="005439BA">
        <w:trPr>
          <w:trHeight w:hRule="exact" w:val="454"/>
        </w:trPr>
        <w:tc>
          <w:tcPr>
            <w:tcW w:w="6092" w:type="dxa"/>
            <w:tcBorders>
              <w:top w:val="single" w:sz="4" w:space="0" w:color="000000"/>
              <w:left w:val="single" w:sz="3"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100" w:line="240" w:lineRule="exact"/>
              <w:ind w:left="2562"/>
              <w:jc w:val="left"/>
            </w:pPr>
            <w:r>
              <w:rPr>
                <w:rFonts w:ascii="gU1TgTbe+SimSun" w:eastAsia="gU1TgTbe+SimSun" w:hAnsi="gU1TgTbe+SimSun"/>
                <w:color w:val="000000"/>
                <w:sz w:val="24"/>
              </w:rPr>
              <w:t>发表媒体</w:t>
            </w:r>
            <w:r>
              <w:rPr>
                <w:rFonts w:ascii="901OcohL+SimSun" w:eastAsia="901OcohL+SimSun" w:hAnsi="901OcohL+SimSun"/>
                <w:color w:val="000000"/>
                <w:sz w:val="24"/>
              </w:rPr>
              <w:t xml:space="preserve"> </w:t>
            </w:r>
          </w:p>
        </w:tc>
        <w:tc>
          <w:tcPr>
            <w:tcW w:w="2270"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530"/>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632"/>
        </w:trPr>
        <w:tc>
          <w:tcPr>
            <w:tcW w:w="6092" w:type="dxa"/>
            <w:tcBorders>
              <w:top w:val="single" w:sz="4" w:space="0" w:color="000000"/>
              <w:left w:val="single" w:sz="3" w:space="0" w:color="000000"/>
              <w:bottom w:val="single" w:sz="3" w:space="0" w:color="000000"/>
              <w:right w:val="single" w:sz="3" w:space="0" w:color="000000"/>
            </w:tcBorders>
            <w:tcMar>
              <w:left w:w="0" w:type="dxa"/>
              <w:right w:w="0" w:type="dxa"/>
            </w:tcMar>
          </w:tcPr>
          <w:p w:rsidR="005439BA" w:rsidRDefault="004B0D60">
            <w:pPr>
              <w:widowControl/>
              <w:autoSpaceDE w:val="0"/>
              <w:autoSpaceDN w:val="0"/>
              <w:spacing w:before="30" w:line="240" w:lineRule="exact"/>
              <w:ind w:left="104"/>
              <w:jc w:val="left"/>
            </w:pPr>
            <w:r>
              <w:rPr>
                <w:rFonts w:ascii="gU1TgTbe+SimSun" w:eastAsia="gU1TgTbe+SimSun" w:hAnsi="gU1TgTbe+SimSun"/>
                <w:color w:val="000000"/>
                <w:sz w:val="24"/>
              </w:rPr>
              <w:t>在正式刊物上发表非专业论文、诗歌、散文等文艺作品</w:t>
            </w:r>
          </w:p>
          <w:p w:rsidR="005439BA" w:rsidRDefault="004B0D60">
            <w:pPr>
              <w:widowControl/>
              <w:autoSpaceDE w:val="0"/>
              <w:autoSpaceDN w:val="0"/>
              <w:spacing w:before="72" w:line="240" w:lineRule="exact"/>
              <w:ind w:left="104"/>
              <w:jc w:val="left"/>
            </w:pPr>
            <w:r>
              <w:rPr>
                <w:rFonts w:ascii="gU1TgTbe+SimSun" w:eastAsia="gU1TgTbe+SimSun" w:hAnsi="gU1TgTbe+SimSun"/>
                <w:color w:val="000000"/>
                <w:sz w:val="24"/>
              </w:rPr>
              <w:t>及制作的软件被用户采用者（需提供相关证明）</w:t>
            </w:r>
            <w:r>
              <w:rPr>
                <w:rFonts w:ascii="901OcohL+SimSun" w:eastAsia="901OcohL+SimSun" w:hAnsi="901OcohL+SimSun"/>
                <w:color w:val="000000"/>
                <w:sz w:val="24"/>
              </w:rPr>
              <w:t xml:space="preserve"> </w:t>
            </w:r>
          </w:p>
        </w:tc>
        <w:tc>
          <w:tcPr>
            <w:tcW w:w="2270" w:type="dxa"/>
            <w:tcBorders>
              <w:top w:val="single" w:sz="4"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86" w:line="240" w:lineRule="exact"/>
              <w:ind w:left="680"/>
              <w:jc w:val="left"/>
            </w:pPr>
            <w:r>
              <w:rPr>
                <w:rFonts w:ascii="901OcohL+SimSun" w:eastAsia="901OcohL+SimSun" w:hAnsi="901OcohL+SimSun"/>
                <w:color w:val="000000"/>
                <w:sz w:val="24"/>
              </w:rPr>
              <w:t>3-5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68"/>
        </w:trPr>
        <w:tc>
          <w:tcPr>
            <w:tcW w:w="6092" w:type="dxa"/>
            <w:tcBorders>
              <w:top w:val="single" w:sz="3" w:space="0" w:color="000000"/>
              <w:left w:val="single" w:sz="3" w:space="0" w:color="000000"/>
              <w:bottom w:val="single" w:sz="3" w:space="0" w:color="000000"/>
              <w:right w:val="single" w:sz="3" w:space="0" w:color="000000"/>
            </w:tcBorders>
            <w:tcMar>
              <w:left w:w="0" w:type="dxa"/>
              <w:right w:w="0" w:type="dxa"/>
            </w:tcMar>
          </w:tcPr>
          <w:p w:rsidR="005439BA" w:rsidRDefault="004B0D60">
            <w:pPr>
              <w:widowControl/>
              <w:autoSpaceDE w:val="0"/>
              <w:autoSpaceDN w:val="0"/>
              <w:spacing w:before="108" w:line="240" w:lineRule="exact"/>
              <w:ind w:left="104"/>
              <w:jc w:val="left"/>
            </w:pPr>
            <w:r>
              <w:rPr>
                <w:rFonts w:ascii="gU1TgTbe+SimSun" w:eastAsia="gU1TgTbe+SimSun" w:hAnsi="gU1TgTbe+SimSun"/>
                <w:color w:val="000000"/>
                <w:sz w:val="24"/>
              </w:rPr>
              <w:t>学校主页</w:t>
            </w:r>
            <w:r>
              <w:rPr>
                <w:rFonts w:ascii="901OcohL+SimSun" w:eastAsia="901OcohL+SimSun" w:hAnsi="901OcohL+SimSun"/>
                <w:color w:val="000000"/>
                <w:sz w:val="24"/>
              </w:rPr>
              <w:t xml:space="preserve"> </w:t>
            </w:r>
          </w:p>
        </w:tc>
        <w:tc>
          <w:tcPr>
            <w:tcW w:w="2270" w:type="dxa"/>
            <w:tcBorders>
              <w:top w:val="single" w:sz="3"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8" w:line="240" w:lineRule="exact"/>
              <w:ind w:left="800"/>
              <w:jc w:val="left"/>
            </w:pPr>
            <w:r>
              <w:rPr>
                <w:rFonts w:ascii="901OcohL+SimSun" w:eastAsia="901OcohL+SimSun" w:hAnsi="901OcohL+SimSun"/>
                <w:color w:val="000000"/>
                <w:sz w:val="24"/>
              </w:rPr>
              <w:t>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6092" w:type="dxa"/>
            <w:tcBorders>
              <w:top w:val="single" w:sz="3" w:space="0" w:color="000000"/>
              <w:left w:val="single" w:sz="3" w:space="0" w:color="000000"/>
              <w:bottom w:val="single" w:sz="3" w:space="0" w:color="000000"/>
              <w:right w:val="single" w:sz="3" w:space="0" w:color="000000"/>
            </w:tcBorders>
            <w:tcMar>
              <w:left w:w="0" w:type="dxa"/>
              <w:right w:w="0" w:type="dxa"/>
            </w:tcMar>
          </w:tcPr>
          <w:p w:rsidR="005439BA" w:rsidRDefault="004B0D60">
            <w:pPr>
              <w:widowControl/>
              <w:autoSpaceDE w:val="0"/>
              <w:autoSpaceDN w:val="0"/>
              <w:spacing w:before="100" w:line="240" w:lineRule="exact"/>
              <w:ind w:left="104"/>
              <w:jc w:val="left"/>
            </w:pPr>
            <w:r>
              <w:rPr>
                <w:rFonts w:ascii="gU1TgTbe+SimSun" w:eastAsia="gU1TgTbe+SimSun" w:hAnsi="gU1TgTbe+SimSun"/>
                <w:color w:val="000000"/>
                <w:sz w:val="24"/>
              </w:rPr>
              <w:t>《学生工作动态》、《学生工作简报》等校级刊物</w:t>
            </w:r>
            <w:r>
              <w:rPr>
                <w:rFonts w:ascii="901OcohL+SimSun" w:eastAsia="901OcohL+SimSun" w:hAnsi="901OcohL+SimSun"/>
                <w:color w:val="000000"/>
                <w:sz w:val="24"/>
              </w:rPr>
              <w:t xml:space="preserve"> </w:t>
            </w:r>
          </w:p>
        </w:tc>
        <w:tc>
          <w:tcPr>
            <w:tcW w:w="2270" w:type="dxa"/>
            <w:tcBorders>
              <w:top w:val="single" w:sz="3" w:space="0" w:color="000000"/>
              <w:left w:val="single" w:sz="3"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800"/>
              <w:jc w:val="left"/>
            </w:pPr>
            <w:r>
              <w:rPr>
                <w:rFonts w:ascii="901OcohL+SimSun" w:eastAsia="901OcohL+SimSun" w:hAnsi="901OcohL+SimSun"/>
                <w:color w:val="000000"/>
                <w:sz w:val="24"/>
              </w:rPr>
              <w:t>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4B0D60">
      <w:pPr>
        <w:widowControl/>
        <w:autoSpaceDE w:val="0"/>
        <w:autoSpaceDN w:val="0"/>
        <w:spacing w:before="32" w:line="260" w:lineRule="exact"/>
        <w:ind w:left="360"/>
        <w:jc w:val="left"/>
      </w:pPr>
      <w:r>
        <w:rPr>
          <w:rFonts w:ascii="gU1TgTbe+SimSun" w:eastAsia="gU1TgTbe+SimSun" w:hAnsi="gU1TgTbe+SimSun"/>
          <w:b/>
          <w:color w:val="000000"/>
          <w:sz w:val="24"/>
        </w:rPr>
        <w:t>（校报编辑发表于校报，计</w:t>
      </w:r>
      <w:r w:rsidR="00B42582">
        <w:rPr>
          <w:rFonts w:ascii="901OcohL+SimSun" w:eastAsia="901OcohL+SimSun" w:hAnsi="901OcohL+SimSun"/>
          <w:b/>
          <w:color w:val="000000"/>
          <w:sz w:val="24"/>
        </w:rPr>
        <w:t>2</w:t>
      </w:r>
      <w:r>
        <w:rPr>
          <w:rFonts w:ascii="gU1TgTbe+SimSun" w:eastAsia="gU1TgTbe+SimSun" w:hAnsi="gU1TgTbe+SimSun"/>
          <w:b/>
          <w:color w:val="000000"/>
          <w:sz w:val="24"/>
        </w:rPr>
        <w:t>课时</w:t>
      </w:r>
      <w:r>
        <w:rPr>
          <w:rFonts w:ascii="901OcohL+SimSun" w:eastAsia="901OcohL+SimSun" w:hAnsi="901OcohL+SimSun"/>
          <w:b/>
          <w:color w:val="000000"/>
          <w:sz w:val="24"/>
        </w:rPr>
        <w:t>/</w:t>
      </w:r>
      <w:r>
        <w:rPr>
          <w:rFonts w:ascii="gU1TgTbe+SimSun" w:eastAsia="gU1TgTbe+SimSun" w:hAnsi="gU1TgTbe+SimSun"/>
          <w:b/>
          <w:color w:val="000000"/>
          <w:sz w:val="24"/>
        </w:rPr>
        <w:t>篇。）</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p w:rsidR="00B42582" w:rsidRDefault="004B0D60">
      <w:pPr>
        <w:widowControl/>
        <w:autoSpaceDE w:val="0"/>
        <w:autoSpaceDN w:val="0"/>
        <w:spacing w:line="312" w:lineRule="exact"/>
        <w:ind w:left="360" w:right="288"/>
        <w:jc w:val="left"/>
        <w:rPr>
          <w:rFonts w:ascii="901OcohL+SimSun" w:eastAsia="901OcohL+SimSun" w:hAnsi="901OcohL+SimSun"/>
          <w:b/>
          <w:color w:val="000000"/>
          <w:sz w:val="24"/>
        </w:rPr>
      </w:pPr>
      <w:r>
        <w:rPr>
          <w:rFonts w:ascii="901OcohL+SimSun" w:eastAsia="901OcohL+SimSun" w:hAnsi="901OcohL+SimSun"/>
          <w:b/>
          <w:color w:val="000000"/>
          <w:sz w:val="24"/>
        </w:rPr>
        <w:t>4</w:t>
      </w:r>
      <w:bookmarkStart w:id="1" w:name="OLE_LINK1"/>
      <w:bookmarkStart w:id="2" w:name="OLE_LINK2"/>
      <w:r>
        <w:rPr>
          <w:rFonts w:ascii="901OcohL+SimSun" w:eastAsia="901OcohL+SimSun" w:hAnsi="901OcohL+SimSun"/>
          <w:b/>
          <w:color w:val="000000"/>
          <w:sz w:val="24"/>
        </w:rPr>
        <w:t>.</w:t>
      </w:r>
      <w:bookmarkEnd w:id="1"/>
      <w:bookmarkEnd w:id="2"/>
      <w:r>
        <w:rPr>
          <w:rFonts w:ascii="gU1TgTbe+SimSun" w:eastAsia="gU1TgTbe+SimSun" w:hAnsi="gU1TgTbe+SimSun"/>
          <w:b/>
          <w:color w:val="000000"/>
          <w:sz w:val="24"/>
        </w:rPr>
        <w:t>迎新晚会、毕业晚会上台演出、主持加</w:t>
      </w:r>
      <w:r w:rsidR="00B42582">
        <w:rPr>
          <w:rFonts w:ascii="901OcohL+SimSun" w:eastAsia="901OcohL+SimSun" w:hAnsi="901OcohL+SimSun"/>
          <w:b/>
          <w:color w:val="000000"/>
          <w:sz w:val="24"/>
        </w:rPr>
        <w:t>5</w:t>
      </w:r>
      <w:r>
        <w:rPr>
          <w:rFonts w:ascii="gU1TgTbe+SimSun" w:eastAsia="gU1TgTbe+SimSun" w:hAnsi="gU1TgTbe+SimSun"/>
          <w:b/>
          <w:color w:val="000000"/>
          <w:sz w:val="24"/>
        </w:rPr>
        <w:t>课时</w:t>
      </w:r>
      <w:r>
        <w:rPr>
          <w:rFonts w:ascii="901OcohL+SimSun" w:eastAsia="901OcohL+SimSun" w:hAnsi="901OcohL+SimSun"/>
          <w:b/>
          <w:color w:val="000000"/>
          <w:sz w:val="24"/>
        </w:rPr>
        <w:t>/</w:t>
      </w:r>
      <w:r>
        <w:rPr>
          <w:rFonts w:ascii="gU1TgTbe+SimSun" w:eastAsia="gU1TgTbe+SimSun" w:hAnsi="gU1TgTbe+SimSun"/>
          <w:b/>
          <w:color w:val="000000"/>
          <w:sz w:val="24"/>
        </w:rPr>
        <w:t>次</w:t>
      </w:r>
      <w:r>
        <w:rPr>
          <w:rFonts w:ascii="901OcohL+SimSun" w:eastAsia="901OcohL+SimSun" w:hAnsi="901OcohL+SimSun"/>
          <w:b/>
          <w:color w:val="000000"/>
          <w:sz w:val="24"/>
        </w:rPr>
        <w:t xml:space="preserve"> </w:t>
      </w:r>
    </w:p>
    <w:p w:rsidR="005439BA" w:rsidRDefault="00B42582">
      <w:pPr>
        <w:widowControl/>
        <w:autoSpaceDE w:val="0"/>
        <w:autoSpaceDN w:val="0"/>
        <w:spacing w:line="312" w:lineRule="exact"/>
        <w:ind w:left="360" w:right="288"/>
        <w:jc w:val="left"/>
      </w:pPr>
      <w:r>
        <w:rPr>
          <w:rFonts w:ascii="901OcohL+SimSun" w:eastAsia="901OcohL+SimSun" w:hAnsi="901OcohL+SimSun"/>
          <w:b/>
          <w:color w:val="000000"/>
          <w:sz w:val="24"/>
        </w:rPr>
        <w:t>5</w:t>
      </w:r>
      <w:r>
        <w:rPr>
          <w:rFonts w:ascii="901OcohL+SimSun" w:eastAsia="901OcohL+SimSun" w:hAnsi="901OcohL+SimSun"/>
          <w:b/>
          <w:color w:val="000000"/>
          <w:sz w:val="24"/>
        </w:rPr>
        <w:t>.</w:t>
      </w:r>
      <w:r w:rsidR="004B0D60">
        <w:rPr>
          <w:rFonts w:ascii="gU1TgTbe+SimSun" w:eastAsia="gU1TgTbe+SimSun" w:hAnsi="gU1TgTbe+SimSun"/>
          <w:b/>
          <w:color w:val="000000"/>
          <w:sz w:val="24"/>
        </w:rPr>
        <w:t>代表学院参加的不带比赛性质的文艺演出等等按</w:t>
      </w:r>
      <w:r w:rsidR="004B0D60">
        <w:rPr>
          <w:rFonts w:ascii="901OcohL+SimSun" w:eastAsia="901OcohL+SimSun" w:hAnsi="901OcohL+SimSun"/>
          <w:b/>
          <w:color w:val="000000"/>
          <w:sz w:val="24"/>
        </w:rPr>
        <w:t>4</w:t>
      </w:r>
      <w:r w:rsidR="00A72D99">
        <w:rPr>
          <w:rFonts w:ascii="gU1TgTbe+SimSun" w:eastAsia="gU1TgTbe+SimSun" w:hAnsi="gU1TgTbe+SimSun"/>
          <w:b/>
          <w:color w:val="000000"/>
          <w:sz w:val="24"/>
        </w:rPr>
        <w:t>—</w:t>
      </w:r>
      <w:r w:rsidR="00A72D99">
        <w:rPr>
          <w:rFonts w:ascii="901OcohL+SimSun" w:eastAsia="901OcohL+SimSun" w:hAnsi="901OcohL+SimSun"/>
          <w:b/>
          <w:color w:val="000000"/>
          <w:sz w:val="24"/>
        </w:rPr>
        <w:t>10</w:t>
      </w:r>
      <w:r w:rsidR="004B0D60">
        <w:rPr>
          <w:rFonts w:ascii="gU1TgTbe+SimSun" w:eastAsia="gU1TgTbe+SimSun" w:hAnsi="gU1TgTbe+SimSun"/>
          <w:b/>
          <w:color w:val="000000"/>
          <w:sz w:val="24"/>
        </w:rPr>
        <w:t>课时酌情加分。</w:t>
      </w:r>
      <w:r w:rsidR="004B0D60">
        <w:rPr>
          <w:rFonts w:ascii="901OcohL+SimSun" w:eastAsia="901OcohL+SimSun" w:hAnsi="901OcohL+SimSun"/>
          <w:b/>
          <w:color w:val="000000"/>
          <w:sz w:val="24"/>
        </w:rPr>
        <w:t xml:space="preserve"> </w:t>
      </w:r>
      <w:r w:rsidR="004B0D60">
        <w:rPr>
          <w:rFonts w:ascii="PTZ3LLzS+Calibri" w:eastAsia="PTZ3LLzS+Calibri" w:hAnsi="PTZ3LLzS+Calibri"/>
          <w:color w:val="000000"/>
        </w:rPr>
        <w:t xml:space="preserve"> </w:t>
      </w:r>
    </w:p>
    <w:p w:rsidR="005439BA" w:rsidRDefault="005439BA">
      <w:pPr>
        <w:sectPr w:rsidR="005439BA">
          <w:pgSz w:w="11906" w:h="17238"/>
          <w:pgMar w:top="720" w:right="1440" w:bottom="836" w:left="1440" w:header="720" w:footer="720" w:gutter="0"/>
          <w:cols w:space="720" w:equalWidth="0">
            <w:col w:w="9026" w:space="0"/>
          </w:cols>
          <w:docGrid w:linePitch="360"/>
        </w:sectPr>
      </w:pPr>
    </w:p>
    <w:p w:rsidR="005439BA" w:rsidRDefault="004B0D60">
      <w:pPr>
        <w:widowControl/>
        <w:autoSpaceDE w:val="0"/>
        <w:autoSpaceDN w:val="0"/>
        <w:spacing w:before="578" w:line="220" w:lineRule="exact"/>
      </w:pPr>
      <w:r>
        <w:rPr>
          <w:noProof/>
        </w:rPr>
        <w:lastRenderedPageBreak/>
        <w:drawing>
          <wp:anchor distT="0" distB="0" distL="0" distR="0" simplePos="0" relativeHeight="251661312" behindDoc="1" locked="0" layoutInCell="1" allowOverlap="1" wp14:anchorId="32C18E67" wp14:editId="4680DB83">
            <wp:simplePos x="0" y="0"/>
            <wp:positionH relativeFrom="page">
              <wp:posOffset>1071880</wp:posOffset>
            </wp:positionH>
            <wp:positionV relativeFrom="page">
              <wp:posOffset>6625590</wp:posOffset>
            </wp:positionV>
            <wp:extent cx="6350" cy="2127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
                    <a:stretch>
                      <a:fillRect/>
                    </a:stretch>
                  </pic:blipFill>
                  <pic:spPr>
                    <a:xfrm>
                      <a:off x="0" y="0"/>
                      <a:ext cx="6350" cy="212725"/>
                    </a:xfrm>
                    <a:prstGeom prst="rect">
                      <a:avLst/>
                    </a:prstGeom>
                  </pic:spPr>
                </pic:pic>
              </a:graphicData>
            </a:graphic>
          </wp:anchor>
        </w:drawing>
      </w:r>
      <w:r>
        <w:rPr>
          <w:noProof/>
        </w:rPr>
        <w:drawing>
          <wp:anchor distT="0" distB="0" distL="0" distR="0" simplePos="0" relativeHeight="251666432" behindDoc="1" locked="0" layoutInCell="1" allowOverlap="1" wp14:anchorId="5871FF1D" wp14:editId="2854E32A">
            <wp:simplePos x="0" y="0"/>
            <wp:positionH relativeFrom="page">
              <wp:posOffset>1071880</wp:posOffset>
            </wp:positionH>
            <wp:positionV relativeFrom="page">
              <wp:posOffset>6338570</wp:posOffset>
            </wp:positionV>
            <wp:extent cx="6350" cy="2127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
                    <a:stretch>
                      <a:fillRect/>
                    </a:stretch>
                  </pic:blipFill>
                  <pic:spPr>
                    <a:xfrm>
                      <a:off x="0" y="0"/>
                      <a:ext cx="6350" cy="212725"/>
                    </a:xfrm>
                    <a:prstGeom prst="rect">
                      <a:avLst/>
                    </a:prstGeom>
                  </pic:spPr>
                </pic:pic>
              </a:graphicData>
            </a:graphic>
          </wp:anchor>
        </w:drawing>
      </w:r>
      <w:r>
        <w:rPr>
          <w:noProof/>
        </w:rPr>
        <w:drawing>
          <wp:anchor distT="0" distB="0" distL="0" distR="0" simplePos="0" relativeHeight="251667456" behindDoc="1" locked="0" layoutInCell="1" allowOverlap="1" wp14:anchorId="5B9B7DC0" wp14:editId="77341121">
            <wp:simplePos x="0" y="0"/>
            <wp:positionH relativeFrom="page">
              <wp:posOffset>1071880</wp:posOffset>
            </wp:positionH>
            <wp:positionV relativeFrom="page">
              <wp:posOffset>8923020</wp:posOffset>
            </wp:positionV>
            <wp:extent cx="6350" cy="2159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
                    <a:stretch>
                      <a:fillRect/>
                    </a:stretch>
                  </pic:blipFill>
                  <pic:spPr>
                    <a:xfrm>
                      <a:off x="0" y="0"/>
                      <a:ext cx="6350" cy="215900"/>
                    </a:xfrm>
                    <a:prstGeom prst="rect">
                      <a:avLst/>
                    </a:prstGeom>
                  </pic:spPr>
                </pic:pic>
              </a:graphicData>
            </a:graphic>
          </wp:anchor>
        </w:drawing>
      </w:r>
      <w:r>
        <w:rPr>
          <w:noProof/>
        </w:rPr>
        <w:drawing>
          <wp:anchor distT="0" distB="0" distL="0" distR="0" simplePos="0" relativeHeight="251668480" behindDoc="1" locked="0" layoutInCell="1" allowOverlap="1" wp14:anchorId="23820BC9" wp14:editId="4F0AEDF8">
            <wp:simplePos x="0" y="0"/>
            <wp:positionH relativeFrom="page">
              <wp:posOffset>1071880</wp:posOffset>
            </wp:positionH>
            <wp:positionV relativeFrom="page">
              <wp:posOffset>6052820</wp:posOffset>
            </wp:positionV>
            <wp:extent cx="6350" cy="2159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
                    <a:stretch>
                      <a:fillRect/>
                    </a:stretch>
                  </pic:blipFill>
                  <pic:spPr>
                    <a:xfrm>
                      <a:off x="0" y="0"/>
                      <a:ext cx="6350" cy="215900"/>
                    </a:xfrm>
                    <a:prstGeom prst="rect">
                      <a:avLst/>
                    </a:prstGeom>
                  </pic:spPr>
                </pic:pic>
              </a:graphicData>
            </a:graphic>
          </wp:anchor>
        </w:drawing>
      </w:r>
      <w:r>
        <w:rPr>
          <w:noProof/>
        </w:rPr>
        <w:drawing>
          <wp:anchor distT="0" distB="0" distL="0" distR="0" simplePos="0" relativeHeight="251669504" behindDoc="1" locked="0" layoutInCell="1" allowOverlap="1" wp14:anchorId="715815A9" wp14:editId="5B43FB0A">
            <wp:simplePos x="0" y="0"/>
            <wp:positionH relativeFrom="page">
              <wp:posOffset>1071880</wp:posOffset>
            </wp:positionH>
            <wp:positionV relativeFrom="page">
              <wp:posOffset>7774940</wp:posOffset>
            </wp:positionV>
            <wp:extent cx="6350" cy="2127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
                    <a:stretch>
                      <a:fillRect/>
                    </a:stretch>
                  </pic:blipFill>
                  <pic:spPr>
                    <a:xfrm>
                      <a:off x="0" y="0"/>
                      <a:ext cx="6350" cy="212725"/>
                    </a:xfrm>
                    <a:prstGeom prst="rect">
                      <a:avLst/>
                    </a:prstGeom>
                  </pic:spPr>
                </pic:pic>
              </a:graphicData>
            </a:graphic>
          </wp:anchor>
        </w:drawing>
      </w:r>
    </w:p>
    <w:p w:rsidR="005439BA" w:rsidRDefault="004B0D60">
      <w:pPr>
        <w:widowControl/>
        <w:autoSpaceDE w:val="0"/>
        <w:autoSpaceDN w:val="0"/>
        <w:spacing w:line="320" w:lineRule="exact"/>
        <w:ind w:left="360"/>
        <w:jc w:val="left"/>
      </w:pPr>
      <w:r>
        <w:rPr>
          <w:rFonts w:ascii="gU1TgTbe+SimSun" w:eastAsia="gU1TgTbe+SimSun" w:hAnsi="gU1TgTbe+SimSun"/>
          <w:b/>
          <w:color w:val="000000"/>
          <w:sz w:val="31"/>
        </w:rPr>
        <w:t>五、社团活动与社会工作类</w:t>
      </w:r>
      <w:r>
        <w:rPr>
          <w:rFonts w:ascii="901OcohL+SimSun" w:eastAsia="901OcohL+SimSun" w:hAnsi="901OcohL+SimSun"/>
          <w:b/>
          <w:color w:val="000000"/>
          <w:sz w:val="31"/>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90" w:line="332" w:lineRule="exact"/>
        <w:ind w:left="288" w:right="288"/>
        <w:jc w:val="center"/>
      </w:pPr>
      <w:r>
        <w:rPr>
          <w:rFonts w:ascii="901OcohL+SimSun" w:eastAsia="901OcohL+SimSun" w:hAnsi="901OcohL+SimSun"/>
          <w:color w:val="000000"/>
          <w:sz w:val="24"/>
        </w:rPr>
        <w:t>1.</w:t>
      </w:r>
      <w:r>
        <w:rPr>
          <w:rFonts w:ascii="gU1TgTbe+SimSun" w:eastAsia="gU1TgTbe+SimSun" w:hAnsi="gU1TgTbe+SimSun"/>
          <w:color w:val="000000"/>
          <w:sz w:val="24"/>
        </w:rPr>
        <w:t>社团正职负责人</w:t>
      </w:r>
      <w:r w:rsidR="00B42582">
        <w:rPr>
          <w:rFonts w:ascii="901OcohL+SimSun" w:eastAsia="901OcohL+SimSun" w:hAnsi="901OcohL+SimSun"/>
          <w:color w:val="000000"/>
          <w:sz w:val="24"/>
        </w:rPr>
        <w:t>6</w:t>
      </w:r>
      <w:r>
        <w:rPr>
          <w:rFonts w:ascii="gU1TgTbe+SimSun" w:eastAsia="gU1TgTbe+SimSun" w:hAnsi="gU1TgTbe+SimSun"/>
          <w:color w:val="000000"/>
          <w:sz w:val="24"/>
        </w:rPr>
        <w:t>课时，副职负责人</w:t>
      </w:r>
      <w:r>
        <w:rPr>
          <w:rFonts w:ascii="901OcohL+SimSun" w:eastAsia="901OcohL+SimSun" w:hAnsi="901OcohL+SimSun"/>
          <w:color w:val="000000"/>
          <w:sz w:val="24"/>
        </w:rPr>
        <w:t>5</w:t>
      </w:r>
      <w:r>
        <w:rPr>
          <w:rFonts w:ascii="gU1TgTbe+SimSun" w:eastAsia="gU1TgTbe+SimSun" w:hAnsi="gU1TgTbe+SimSun"/>
          <w:color w:val="000000"/>
          <w:sz w:val="24"/>
        </w:rPr>
        <w:t>课时，社团机构成员</w:t>
      </w:r>
      <w:r w:rsidR="00B42582">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r>
        <w:rPr>
          <w:rFonts w:ascii="gU1TgTbe+SimSun" w:eastAsia="gU1TgTbe+SimSun" w:hAnsi="gU1TgTbe+SimSun"/>
          <w:color w:val="000000"/>
          <w:sz w:val="24"/>
        </w:rPr>
        <w:t>注：（</w:t>
      </w:r>
      <w:r>
        <w:rPr>
          <w:rFonts w:ascii="901OcohL+SimSun" w:eastAsia="901OcohL+SimSun" w:hAnsi="901OcohL+SimSun"/>
          <w:color w:val="000000"/>
          <w:sz w:val="24"/>
        </w:rPr>
        <w:t>1</w:t>
      </w:r>
      <w:r>
        <w:rPr>
          <w:rFonts w:ascii="gU1TgTbe+SimSun" w:eastAsia="gU1TgTbe+SimSun" w:hAnsi="gU1TgTbe+SimSun"/>
          <w:color w:val="000000"/>
          <w:sz w:val="24"/>
        </w:rPr>
        <w:t>）学生实验超市及学生广告实验公司参照社团加分；（</w:t>
      </w:r>
      <w:r>
        <w:rPr>
          <w:rFonts w:ascii="901OcohL+SimSun" w:eastAsia="901OcohL+SimSun" w:hAnsi="901OcohL+SimSun"/>
          <w:color w:val="000000"/>
          <w:sz w:val="24"/>
        </w:rPr>
        <w:t>2</w:t>
      </w:r>
      <w:r>
        <w:rPr>
          <w:rFonts w:ascii="gU1TgTbe+SimSun" w:eastAsia="gU1TgTbe+SimSun" w:hAnsi="gU1TgTbe+SimSun"/>
          <w:color w:val="000000"/>
          <w:sz w:val="24"/>
        </w:rPr>
        <w:t>）需自行提供相关证明</w:t>
      </w:r>
      <w:r>
        <w:rPr>
          <w:rFonts w:ascii="901OcohL+SimSun" w:eastAsia="901OcohL+SimSun" w:hAnsi="901OcohL+SimSun"/>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line="302" w:lineRule="exact"/>
        <w:ind w:left="360" w:right="288"/>
        <w:jc w:val="left"/>
      </w:pPr>
      <w:r>
        <w:rPr>
          <w:rFonts w:ascii="901OcohL+SimSun" w:eastAsia="901OcohL+SimSun" w:hAnsi="901OcohL+SimSun"/>
          <w:color w:val="000000"/>
          <w:sz w:val="24"/>
        </w:rPr>
        <w:t>2</w:t>
      </w:r>
      <w:r>
        <w:rPr>
          <w:rFonts w:ascii="gU1TgTbe+SimSun" w:eastAsia="gU1TgTbe+SimSun" w:hAnsi="gU1TgTbe+SimSun"/>
          <w:color w:val="000000"/>
          <w:sz w:val="24"/>
        </w:rPr>
        <w:t>．班长、团支书</w:t>
      </w:r>
      <w:r w:rsidR="00B42582">
        <w:rPr>
          <w:rFonts w:ascii="901OcohL+SimSun" w:eastAsia="901OcohL+SimSun" w:hAnsi="901OcohL+SimSun"/>
          <w:color w:val="000000"/>
          <w:sz w:val="24"/>
        </w:rPr>
        <w:t>8</w:t>
      </w:r>
      <w:r>
        <w:rPr>
          <w:rFonts w:ascii="gU1TgTbe+SimSun" w:eastAsia="gU1TgTbe+SimSun" w:hAnsi="gU1TgTbe+SimSun"/>
          <w:color w:val="000000"/>
          <w:sz w:val="24"/>
        </w:rPr>
        <w:t>课时；其他班委</w:t>
      </w:r>
      <w:r w:rsidR="00B42582">
        <w:rPr>
          <w:rFonts w:ascii="901OcohL+SimSun" w:eastAsia="901OcohL+SimSun" w:hAnsi="901OcohL+SimSun"/>
          <w:color w:val="000000"/>
          <w:sz w:val="24"/>
        </w:rPr>
        <w:t>5</w:t>
      </w:r>
      <w:r>
        <w:rPr>
          <w:rFonts w:ascii="gU1TgTbe+SimSun" w:eastAsia="gU1TgTbe+SimSun" w:hAnsi="gU1TgTbe+SimSun"/>
          <w:color w:val="000000"/>
          <w:sz w:val="24"/>
        </w:rPr>
        <w:t>课时。“优秀班集体”、“五四团支部”追加</w:t>
      </w:r>
      <w:r w:rsidR="00B42582">
        <w:rPr>
          <w:rFonts w:ascii="901OcohL+SimSun" w:eastAsia="901OcohL+SimSun" w:hAnsi="901OcohL+SimSun"/>
          <w:color w:val="000000"/>
          <w:sz w:val="24"/>
        </w:rPr>
        <w:t>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p w:rsidR="005439BA" w:rsidRDefault="004B0D60">
      <w:pPr>
        <w:widowControl/>
        <w:autoSpaceDE w:val="0"/>
        <w:autoSpaceDN w:val="0"/>
        <w:spacing w:line="322" w:lineRule="exact"/>
        <w:ind w:left="360" w:right="144"/>
        <w:jc w:val="left"/>
      </w:pPr>
      <w:r>
        <w:rPr>
          <w:rFonts w:ascii="901OcohL+SimSun" w:eastAsia="901OcohL+SimSun" w:hAnsi="901OcohL+SimSun"/>
          <w:color w:val="000000"/>
          <w:sz w:val="24"/>
        </w:rPr>
        <w:t>3</w:t>
      </w:r>
      <w:r>
        <w:rPr>
          <w:rFonts w:ascii="gU1TgTbe+SimSun" w:eastAsia="gU1TgTbe+SimSun" w:hAnsi="gU1TgTbe+SimSun"/>
          <w:color w:val="000000"/>
          <w:sz w:val="24"/>
        </w:rPr>
        <w:t>．学生会干部：主席团</w:t>
      </w:r>
      <w:r w:rsidR="00B42582">
        <w:rPr>
          <w:rFonts w:ascii="901OcohL+SimSun" w:eastAsia="901OcohL+SimSun" w:hAnsi="901OcohL+SimSun"/>
          <w:color w:val="000000"/>
          <w:sz w:val="24"/>
        </w:rPr>
        <w:t>12</w:t>
      </w:r>
      <w:r>
        <w:rPr>
          <w:rFonts w:ascii="gU1TgTbe+SimSun" w:eastAsia="gU1TgTbe+SimSun" w:hAnsi="gU1TgTbe+SimSun"/>
          <w:color w:val="000000"/>
          <w:sz w:val="24"/>
        </w:rPr>
        <w:t>课时；部长</w:t>
      </w:r>
      <w:r w:rsidR="00B42582">
        <w:rPr>
          <w:rFonts w:ascii="901OcohL+SimSun" w:eastAsia="901OcohL+SimSun" w:hAnsi="901OcohL+SimSun"/>
          <w:color w:val="000000"/>
          <w:sz w:val="24"/>
        </w:rPr>
        <w:t>10</w:t>
      </w:r>
      <w:r>
        <w:rPr>
          <w:rFonts w:ascii="gU1TgTbe+SimSun" w:eastAsia="gU1TgTbe+SimSun" w:hAnsi="gU1TgTbe+SimSun"/>
          <w:color w:val="000000"/>
          <w:sz w:val="24"/>
        </w:rPr>
        <w:t>课时；副部长</w:t>
      </w:r>
      <w:r w:rsidR="00B42582">
        <w:rPr>
          <w:rFonts w:ascii="901OcohL+SimSun" w:eastAsia="901OcohL+SimSun" w:hAnsi="901OcohL+SimSun"/>
          <w:color w:val="000000"/>
          <w:sz w:val="24"/>
        </w:rPr>
        <w:t>8</w:t>
      </w:r>
      <w:r>
        <w:rPr>
          <w:rFonts w:ascii="gU1TgTbe+SimSun" w:eastAsia="gU1TgTbe+SimSun" w:hAnsi="gU1TgTbe+SimSun"/>
          <w:color w:val="000000"/>
          <w:sz w:val="24"/>
        </w:rPr>
        <w:t>课时；优秀部员</w:t>
      </w:r>
      <w:r w:rsidR="00B42582">
        <w:rPr>
          <w:rFonts w:ascii="901OcohL+SimSun" w:eastAsia="901OcohL+SimSun" w:hAnsi="901OcohL+SimSun"/>
          <w:color w:val="000000"/>
          <w:sz w:val="24"/>
        </w:rPr>
        <w:t>5</w:t>
      </w:r>
      <w:r>
        <w:rPr>
          <w:rFonts w:ascii="gU1TgTbe+SimSun" w:eastAsia="gU1TgTbe+SimSun" w:hAnsi="gU1TgTbe+SimSun"/>
          <w:color w:val="000000"/>
          <w:sz w:val="24"/>
        </w:rPr>
        <w:t>课时；部员</w:t>
      </w:r>
      <w:r w:rsidR="00B42582">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r>
        <w:rPr>
          <w:rFonts w:ascii="PTZ3LLzS+Calibri" w:eastAsia="PTZ3LLzS+Calibri" w:hAnsi="PTZ3LLzS+Calibri"/>
          <w:color w:val="000000"/>
        </w:rPr>
        <w:t xml:space="preserve"> </w:t>
      </w:r>
    </w:p>
    <w:p w:rsidR="005439BA" w:rsidRDefault="00B42582">
      <w:pPr>
        <w:widowControl/>
        <w:tabs>
          <w:tab w:val="left" w:pos="840"/>
        </w:tabs>
        <w:autoSpaceDE w:val="0"/>
        <w:autoSpaceDN w:val="0"/>
        <w:spacing w:line="312" w:lineRule="exact"/>
        <w:ind w:left="360" w:right="288"/>
        <w:jc w:val="left"/>
      </w:pPr>
      <w:r>
        <w:rPr>
          <w:noProof/>
        </w:rPr>
        <w:drawing>
          <wp:anchor distT="0" distB="0" distL="0" distR="0" simplePos="0" relativeHeight="251660288" behindDoc="1" locked="0" layoutInCell="1" allowOverlap="1" wp14:anchorId="059CE5EC" wp14:editId="6F2D388B">
            <wp:simplePos x="0" y="0"/>
            <wp:positionH relativeFrom="page">
              <wp:posOffset>1143000</wp:posOffset>
            </wp:positionH>
            <wp:positionV relativeFrom="page">
              <wp:posOffset>2794635</wp:posOffset>
            </wp:positionV>
            <wp:extent cx="5273040" cy="5277272"/>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273040" cy="5277272"/>
                    </a:xfrm>
                    <a:prstGeom prst="rect">
                      <a:avLst/>
                    </a:prstGeom>
                  </pic:spPr>
                </pic:pic>
              </a:graphicData>
            </a:graphic>
          </wp:anchor>
        </w:drawing>
      </w:r>
      <w:r w:rsidR="004B0D60">
        <w:rPr>
          <w:rFonts w:ascii="901OcohL+SimSun" w:eastAsia="901OcohL+SimSun" w:hAnsi="901OcohL+SimSun"/>
          <w:color w:val="000000"/>
          <w:sz w:val="24"/>
        </w:rPr>
        <w:t>4</w:t>
      </w:r>
      <w:r w:rsidR="004B0D60">
        <w:rPr>
          <w:rFonts w:ascii="gU1TgTbe+SimSun" w:eastAsia="gU1TgTbe+SimSun" w:hAnsi="gU1TgTbe+SimSun"/>
          <w:color w:val="000000"/>
          <w:sz w:val="24"/>
        </w:rPr>
        <w:t>．公共志愿服务系列活动</w:t>
      </w:r>
      <w:r w:rsidR="004B0D60">
        <w:rPr>
          <w:rFonts w:ascii="901OcohL+SimSun" w:eastAsia="901OcohL+SimSun" w:hAnsi="901OcohL+SimSun"/>
          <w:color w:val="000000"/>
          <w:sz w:val="24"/>
        </w:rPr>
        <w:t xml:space="preserve"> </w:t>
      </w:r>
      <w:r w:rsidR="004B0D60">
        <w:br/>
      </w:r>
      <w:r w:rsidR="004B0D60">
        <w:tab/>
      </w:r>
      <w:r w:rsidR="004B0D60">
        <w:rPr>
          <w:rFonts w:ascii="gU1TgTbe+SimSun" w:eastAsia="gU1TgTbe+SimSun" w:hAnsi="gU1TgTbe+SimSun"/>
          <w:color w:val="000000"/>
          <w:sz w:val="24"/>
        </w:rPr>
        <w:t>参加社会公益及工商管理学院志愿者服务活动：</w:t>
      </w:r>
      <w:r>
        <w:rPr>
          <w:rFonts w:ascii="901OcohL+SimSun" w:eastAsia="901OcohL+SimSun" w:hAnsi="901OcohL+SimSun"/>
          <w:color w:val="000000"/>
          <w:sz w:val="24"/>
        </w:rPr>
        <w:t>0.5</w:t>
      </w:r>
      <w:r w:rsidR="004B0D60">
        <w:rPr>
          <w:rFonts w:ascii="gU1TgTbe+SimSun" w:eastAsia="gU1TgTbe+SimSun" w:hAnsi="gU1TgTbe+SimSun"/>
          <w:color w:val="000000"/>
          <w:sz w:val="24"/>
        </w:rPr>
        <w:t>课时</w:t>
      </w:r>
      <w:r w:rsidR="004B0D60">
        <w:rPr>
          <w:rFonts w:ascii="901OcohL+SimSun" w:eastAsia="901OcohL+SimSun" w:hAnsi="901OcohL+SimSun"/>
          <w:color w:val="000000"/>
          <w:sz w:val="24"/>
        </w:rPr>
        <w:t>/</w:t>
      </w:r>
      <w:r w:rsidR="004B0D60">
        <w:rPr>
          <w:rFonts w:ascii="gU1TgTbe+SimSun" w:eastAsia="gU1TgTbe+SimSun" w:hAnsi="gU1TgTbe+SimSun"/>
          <w:color w:val="000000"/>
          <w:sz w:val="24"/>
        </w:rPr>
        <w:t>小时，；志愿者队长另加</w:t>
      </w:r>
      <w:r>
        <w:rPr>
          <w:rFonts w:ascii="901OcohL+SimSun" w:eastAsia="901OcohL+SimSun" w:hAnsi="901OcohL+SimSun"/>
          <w:color w:val="000000"/>
          <w:sz w:val="24"/>
        </w:rPr>
        <w:t>2</w:t>
      </w:r>
      <w:r w:rsidR="004B0D60">
        <w:rPr>
          <w:rFonts w:ascii="gU1TgTbe+SimSun" w:eastAsia="gU1TgTbe+SimSun" w:hAnsi="gU1TgTbe+SimSun"/>
          <w:color w:val="000000"/>
          <w:sz w:val="24"/>
        </w:rPr>
        <w:t>个课时（需由本人出示相关证明）。</w:t>
      </w:r>
      <w:r w:rsidR="004B0D60">
        <w:rPr>
          <w:rFonts w:ascii="PTZ3LLzS+Calibri" w:eastAsia="PTZ3LLzS+Calibri" w:hAnsi="PTZ3LLzS+Calibri"/>
          <w:color w:val="000000"/>
        </w:rPr>
        <w:t xml:space="preserve"> </w:t>
      </w:r>
      <w:r w:rsidR="004B0D60">
        <w:rPr>
          <w:rFonts w:ascii="901OcohL+SimSun" w:eastAsia="901OcohL+SimSun" w:hAnsi="901OcohL+SimSun"/>
          <w:color w:val="000000"/>
          <w:sz w:val="24"/>
        </w:rPr>
        <w:t xml:space="preserve"> </w:t>
      </w:r>
    </w:p>
    <w:p w:rsidR="00B42582" w:rsidRDefault="004B0D60">
      <w:pPr>
        <w:widowControl/>
        <w:autoSpaceDE w:val="0"/>
        <w:autoSpaceDN w:val="0"/>
        <w:spacing w:line="310" w:lineRule="exact"/>
        <w:ind w:left="360" w:right="288"/>
        <w:jc w:val="left"/>
        <w:rPr>
          <w:rFonts w:ascii="gU1TgTbe+SimSun" w:eastAsia="gU1TgTbe+SimSun" w:hAnsi="gU1TgTbe+SimSun"/>
          <w:color w:val="000000"/>
          <w:sz w:val="24"/>
        </w:rPr>
      </w:pPr>
      <w:r>
        <w:rPr>
          <w:rFonts w:ascii="901OcohL+SimSun" w:eastAsia="901OcohL+SimSun" w:hAnsi="901OcohL+SimSun"/>
          <w:color w:val="000000"/>
          <w:sz w:val="24"/>
        </w:rPr>
        <w:t>5</w:t>
      </w:r>
      <w:r>
        <w:rPr>
          <w:rFonts w:ascii="gU1TgTbe+SimSun" w:eastAsia="gU1TgTbe+SimSun" w:hAnsi="gU1TgTbe+SimSun"/>
          <w:color w:val="000000"/>
          <w:sz w:val="24"/>
        </w:rPr>
        <w:t>．加入学校、学院礼仪队，根据具体出礼仪的次数计课时数。一次</w:t>
      </w:r>
      <w:r w:rsidR="00B42582">
        <w:rPr>
          <w:rFonts w:ascii="901OcohL+SimSun" w:eastAsia="901OcohL+SimSun" w:hAnsi="901OcohL+SimSun"/>
          <w:color w:val="000000"/>
          <w:sz w:val="24"/>
        </w:rPr>
        <w:t>2</w:t>
      </w:r>
      <w:r>
        <w:rPr>
          <w:rFonts w:ascii="gU1TgTbe+SimSun" w:eastAsia="gU1TgTbe+SimSun" w:hAnsi="gU1TgTbe+SimSun"/>
          <w:color w:val="000000"/>
          <w:sz w:val="24"/>
        </w:rPr>
        <w:t>课时</w:t>
      </w:r>
    </w:p>
    <w:p w:rsidR="00B42582" w:rsidRDefault="004B0D60">
      <w:pPr>
        <w:widowControl/>
        <w:autoSpaceDE w:val="0"/>
        <w:autoSpaceDN w:val="0"/>
        <w:spacing w:line="310" w:lineRule="exact"/>
        <w:ind w:left="360" w:right="288"/>
        <w:jc w:val="left"/>
        <w:rPr>
          <w:rFonts w:ascii="901OcohL+SimSun" w:eastAsia="901OcohL+SimSun" w:hAnsi="901OcohL+SimSun"/>
          <w:color w:val="000000"/>
          <w:sz w:val="24"/>
        </w:rPr>
      </w:pPr>
      <w:r>
        <w:rPr>
          <w:rFonts w:ascii="901OcohL+SimSun" w:eastAsia="901OcohL+SimSun" w:hAnsi="901OcohL+SimSun"/>
          <w:color w:val="000000"/>
          <w:sz w:val="24"/>
        </w:rPr>
        <w:t xml:space="preserve">6. </w:t>
      </w:r>
      <w:r>
        <w:rPr>
          <w:rFonts w:ascii="gU1TgTbe+SimSun" w:eastAsia="gU1TgTbe+SimSun" w:hAnsi="gU1TgTbe+SimSun"/>
          <w:color w:val="000000"/>
          <w:sz w:val="24"/>
        </w:rPr>
        <w:t>加入学校国旗护卫队，经考核合格，计入</w:t>
      </w: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r w:rsidRPr="00B42582">
        <w:rPr>
          <w:color w:val="000000" w:themeColor="text1"/>
        </w:rPr>
        <w:br/>
      </w:r>
      <w:r w:rsidRPr="00B42582">
        <w:rPr>
          <w:rFonts w:ascii="901OcohL+SimSun" w:eastAsia="901OcohL+SimSun" w:hAnsi="901OcohL+SimSun"/>
          <w:color w:val="000000" w:themeColor="text1"/>
          <w:sz w:val="24"/>
        </w:rPr>
        <w:t>7</w:t>
      </w:r>
      <w:r w:rsidRPr="00B42582">
        <w:rPr>
          <w:rFonts w:ascii="gU1TgTbe+SimSun" w:eastAsia="gU1TgTbe+SimSun" w:hAnsi="gU1TgTbe+SimSun"/>
          <w:color w:val="000000" w:themeColor="text1"/>
          <w:sz w:val="24"/>
        </w:rPr>
        <w:t>．组织元旦、五一、国庆游园、</w:t>
      </w:r>
      <w:r w:rsidRPr="00B42582">
        <w:rPr>
          <w:rFonts w:ascii="901OcohL+SimSun" w:eastAsia="901OcohL+SimSun" w:hAnsi="901OcohL+SimSun"/>
          <w:color w:val="000000" w:themeColor="text1"/>
          <w:sz w:val="24"/>
        </w:rPr>
        <w:t xml:space="preserve"> </w:t>
      </w:r>
      <w:r w:rsidR="00B42582" w:rsidRPr="00B42582">
        <w:rPr>
          <w:rFonts w:ascii="gU1TgTbe+SimSun" w:eastAsia="gU1TgTbe+SimSun" w:hAnsi="gU1TgTbe+SimSun"/>
          <w:color w:val="000000" w:themeColor="text1"/>
          <w:sz w:val="24"/>
        </w:rPr>
        <w:t>毕业晚会、迎新晚会活动</w:t>
      </w:r>
      <w:r w:rsidR="00B42582">
        <w:rPr>
          <w:rFonts w:ascii="gU1TgTbe+SimSun" w:eastAsia="gU1TgTbe+SimSun" w:hAnsi="gU1TgTbe+SimSun" w:hint="eastAsia"/>
          <w:color w:val="000000" w:themeColor="text1"/>
          <w:sz w:val="24"/>
        </w:rPr>
        <w:t>：</w:t>
      </w:r>
      <w:r w:rsidR="00B42582">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w:t>
      </w:r>
      <w:r>
        <w:rPr>
          <w:rFonts w:ascii="gU1TgTbe+SimSun" w:eastAsia="gU1TgTbe+SimSun" w:hAnsi="gU1TgTbe+SimSun"/>
          <w:color w:val="000000"/>
          <w:sz w:val="24"/>
        </w:rPr>
        <w:t>次</w:t>
      </w:r>
    </w:p>
    <w:p w:rsidR="00B42582" w:rsidRDefault="004B0D60">
      <w:pPr>
        <w:widowControl/>
        <w:autoSpaceDE w:val="0"/>
        <w:autoSpaceDN w:val="0"/>
        <w:spacing w:line="310" w:lineRule="exact"/>
        <w:ind w:left="360" w:right="288"/>
        <w:jc w:val="left"/>
        <w:rPr>
          <w:rFonts w:ascii="901OcohL+SimSun" w:eastAsia="901OcohL+SimSun" w:hAnsi="901OcohL+SimSun"/>
          <w:color w:val="000000"/>
          <w:sz w:val="24"/>
        </w:rPr>
      </w:pPr>
      <w:r>
        <w:rPr>
          <w:rFonts w:ascii="901OcohL+SimSun" w:eastAsia="901OcohL+SimSun" w:hAnsi="901OcohL+SimSun"/>
          <w:color w:val="000000"/>
          <w:sz w:val="24"/>
        </w:rPr>
        <w:t xml:space="preserve">8. </w:t>
      </w:r>
      <w:r>
        <w:rPr>
          <w:rFonts w:ascii="gU1TgTbe+SimSun" w:eastAsia="gU1TgTbe+SimSun" w:hAnsi="gU1TgTbe+SimSun"/>
          <w:color w:val="000000"/>
          <w:sz w:val="24"/>
        </w:rPr>
        <w:t>参加以下团体并完成规定任务，通过学期考核合格方可获得相应课时数</w:t>
      </w:r>
      <w:r>
        <w:rPr>
          <w:rFonts w:ascii="901OcohL+SimSun" w:eastAsia="901OcohL+SimSun" w:hAnsi="901OcohL+SimSun"/>
          <w:color w:val="000000"/>
          <w:sz w:val="24"/>
        </w:rPr>
        <w:t xml:space="preserve"> </w:t>
      </w:r>
    </w:p>
    <w:p w:rsidR="005439BA" w:rsidRDefault="004B0D60">
      <w:pPr>
        <w:widowControl/>
        <w:autoSpaceDE w:val="0"/>
        <w:autoSpaceDN w:val="0"/>
        <w:spacing w:line="310" w:lineRule="exact"/>
        <w:ind w:left="360" w:right="288"/>
        <w:jc w:val="left"/>
      </w:pPr>
      <w:r>
        <w:rPr>
          <w:rFonts w:ascii="gU1TgTbe+SimSun" w:eastAsia="gU1TgTbe+SimSun" w:hAnsi="gU1TgTbe+SimSun"/>
          <w:color w:val="000000"/>
          <w:sz w:val="24"/>
        </w:rPr>
        <w:t>（</w:t>
      </w:r>
      <w:r>
        <w:rPr>
          <w:rFonts w:ascii="901OcohL+SimSun" w:eastAsia="901OcohL+SimSun" w:hAnsi="901OcohL+SimSun"/>
          <w:color w:val="000000"/>
          <w:sz w:val="24"/>
        </w:rPr>
        <w:t>1</w:t>
      </w:r>
      <w:r>
        <w:rPr>
          <w:rFonts w:ascii="gU1TgTbe+SimSun" w:eastAsia="gU1TgTbe+SimSun" w:hAnsi="gU1TgTbe+SimSun"/>
          <w:color w:val="000000"/>
          <w:sz w:val="24"/>
        </w:rPr>
        <w:t>）校艺术团、校报记者团、校辩论队、财大之声广播站、光华园：</w:t>
      </w:r>
      <w:r>
        <w:rPr>
          <w:rFonts w:ascii="901OcohL+SimSun" w:eastAsia="901OcohL+SimSun" w:hAnsi="901OcohL+SimSun"/>
          <w:color w:val="000000"/>
          <w:sz w:val="24"/>
        </w:rPr>
        <w:t>6</w:t>
      </w:r>
      <w:r>
        <w:rPr>
          <w:rFonts w:ascii="gU1TgTbe+SimSun" w:eastAsia="gU1TgTbe+SimSun" w:hAnsi="gU1TgTbe+SimSun"/>
          <w:color w:val="000000"/>
          <w:sz w:val="24"/>
        </w:rPr>
        <w:t>课时</w:t>
      </w:r>
      <w:r>
        <w:rPr>
          <w:rFonts w:ascii="901OcohL+SimSun" w:eastAsia="901OcohL+SimSun" w:hAnsi="901OcohL+SimSun"/>
          <w:color w:val="000000"/>
          <w:sz w:val="24"/>
        </w:rPr>
        <w:t xml:space="preserve"> </w:t>
      </w:r>
      <w:r>
        <w:rPr>
          <w:rFonts w:ascii="gU1TgTbe+SimSun" w:eastAsia="gU1TgTbe+SimSun" w:hAnsi="gU1TgTbe+SimSun"/>
          <w:color w:val="000000"/>
          <w:sz w:val="24"/>
        </w:rPr>
        <w:t>（</w:t>
      </w:r>
      <w:r>
        <w:rPr>
          <w:rFonts w:ascii="901OcohL+SimSun" w:eastAsia="901OcohL+SimSun" w:hAnsi="901OcohL+SimSun"/>
          <w:color w:val="000000"/>
          <w:sz w:val="24"/>
        </w:rPr>
        <w:t>2</w:t>
      </w:r>
      <w:r>
        <w:rPr>
          <w:rFonts w:ascii="gU1TgTbe+SimSun" w:eastAsia="gU1TgTbe+SimSun" w:hAnsi="gU1TgTbe+SimSun"/>
          <w:color w:val="000000"/>
          <w:sz w:val="24"/>
        </w:rPr>
        <w:t>）学院艺术团、记者团、辩论队，考核合格：</w:t>
      </w:r>
      <w:r>
        <w:rPr>
          <w:rFonts w:ascii="901OcohL+SimSun" w:eastAsia="901OcohL+SimSun" w:hAnsi="901OcohL+SimSun"/>
          <w:color w:val="000000"/>
          <w:sz w:val="24"/>
        </w:rPr>
        <w:t xml:space="preserve">4 </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p w:rsidR="005439BA" w:rsidRDefault="004B0D60">
      <w:pPr>
        <w:widowControl/>
        <w:autoSpaceDE w:val="0"/>
        <w:autoSpaceDN w:val="0"/>
        <w:spacing w:before="196" w:line="318" w:lineRule="exact"/>
        <w:ind w:left="360"/>
        <w:jc w:val="left"/>
      </w:pPr>
      <w:r>
        <w:rPr>
          <w:rFonts w:ascii="gU1TgTbe+SimSun" w:eastAsia="gU1TgTbe+SimSun" w:hAnsi="gU1TgTbe+SimSun"/>
          <w:b/>
          <w:color w:val="000000"/>
          <w:sz w:val="31"/>
        </w:rPr>
        <w:t>六、创新创业类</w:t>
      </w:r>
      <w:r>
        <w:rPr>
          <w:rFonts w:ascii="901OcohL+SimSun" w:eastAsia="901OcohL+SimSun" w:hAnsi="901OcohL+SimSun"/>
          <w:b/>
          <w:color w:val="000000"/>
          <w:sz w:val="31"/>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184" w:line="258" w:lineRule="exact"/>
        <w:ind w:left="360"/>
        <w:jc w:val="left"/>
      </w:pPr>
      <w:r>
        <w:rPr>
          <w:rFonts w:ascii="901OcohL+SimSun" w:eastAsia="901OcohL+SimSun" w:hAnsi="901OcohL+SimSun"/>
          <w:b/>
          <w:color w:val="000000"/>
          <w:sz w:val="24"/>
        </w:rPr>
        <w:t>1</w:t>
      </w:r>
      <w:r>
        <w:rPr>
          <w:rFonts w:ascii="gU1TgTbe+SimSun" w:eastAsia="gU1TgTbe+SimSun" w:hAnsi="gU1TgTbe+SimSun"/>
          <w:b/>
          <w:color w:val="000000"/>
          <w:sz w:val="24"/>
        </w:rPr>
        <w:t>．参加各级比赛</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p w:rsidR="005439BA" w:rsidRDefault="004B0D60" w:rsidP="00593C43">
      <w:pPr>
        <w:widowControl/>
        <w:tabs>
          <w:tab w:val="left" w:pos="630"/>
        </w:tabs>
        <w:autoSpaceDE w:val="0"/>
        <w:autoSpaceDN w:val="0"/>
        <w:spacing w:after="38" w:line="304" w:lineRule="exact"/>
        <w:ind w:right="288" w:firstLineChars="200" w:firstLine="480"/>
        <w:jc w:val="left"/>
      </w:pPr>
      <w:r>
        <w:rPr>
          <w:rFonts w:ascii="gU1TgTbe+SimSun" w:eastAsia="gU1TgTbe+SimSun" w:hAnsi="gU1TgTbe+SimSun"/>
          <w:color w:val="000000"/>
          <w:sz w:val="24"/>
        </w:rPr>
        <w:t>如</w:t>
      </w:r>
      <w:r>
        <w:rPr>
          <w:rFonts w:ascii="901OcohL+SimSun" w:eastAsia="901OcohL+SimSun" w:hAnsi="901OcohL+SimSun"/>
          <w:color w:val="000000"/>
          <w:sz w:val="24"/>
        </w:rPr>
        <w:t xml:space="preserve"> WSU-SWUFE </w:t>
      </w:r>
      <w:r>
        <w:rPr>
          <w:rFonts w:ascii="gU1TgTbe+SimSun" w:eastAsia="gU1TgTbe+SimSun" w:hAnsi="gU1TgTbe+SimSun"/>
          <w:color w:val="000000"/>
          <w:sz w:val="24"/>
        </w:rPr>
        <w:t>全球创业大赛、挑战杯、“光华杯”创业比赛、营销策划大赛、互联网“</w:t>
      </w:r>
      <w:r>
        <w:rPr>
          <w:rFonts w:ascii="901OcohL+SimSun" w:eastAsia="901OcohL+SimSun" w:hAnsi="901OcohL+SimSun"/>
          <w:color w:val="000000"/>
          <w:sz w:val="24"/>
        </w:rPr>
        <w:t>+</w:t>
      </w:r>
      <w:r>
        <w:rPr>
          <w:rFonts w:ascii="gU1TgTbe+SimSun" w:eastAsia="gU1TgTbe+SimSun" w:hAnsi="gU1TgTbe+SimSun"/>
          <w:color w:val="000000"/>
          <w:sz w:val="24"/>
        </w:rPr>
        <w:t>”比赛等及其他经学院认定小组认定通过的创业比赛。</w:t>
      </w:r>
      <w:r>
        <w:rPr>
          <w:rFonts w:ascii="901OcohL+SimSun" w:eastAsia="901OcohL+SimSun" w:hAnsi="901OcohL+SimSun"/>
          <w:color w:val="000000"/>
          <w:sz w:val="24"/>
        </w:rPr>
        <w:t xml:space="preserve"> </w:t>
      </w:r>
    </w:p>
    <w:tbl>
      <w:tblPr>
        <w:tblW w:w="0" w:type="auto"/>
        <w:tblInd w:w="254" w:type="dxa"/>
        <w:tblLayout w:type="fixed"/>
        <w:tblLook w:val="04A0" w:firstRow="1" w:lastRow="0" w:firstColumn="1" w:lastColumn="0" w:noHBand="0" w:noVBand="1"/>
      </w:tblPr>
      <w:tblGrid>
        <w:gridCol w:w="1694"/>
        <w:gridCol w:w="4820"/>
        <w:gridCol w:w="1784"/>
      </w:tblGrid>
      <w:tr w:rsidR="005439BA">
        <w:trPr>
          <w:trHeight w:hRule="exact" w:val="450"/>
        </w:trPr>
        <w:tc>
          <w:tcPr>
            <w:tcW w:w="169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360"/>
              <w:jc w:val="left"/>
            </w:pPr>
            <w:r>
              <w:rPr>
                <w:rFonts w:ascii="gU1TgTbe+SimSun" w:eastAsia="gU1TgTbe+SimSun" w:hAnsi="gU1TgTbe+SimSun"/>
                <w:color w:val="000000"/>
                <w:sz w:val="24"/>
              </w:rPr>
              <w:t>项目级别</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566"/>
              <w:jc w:val="left"/>
            </w:pPr>
            <w:r>
              <w:rPr>
                <w:rFonts w:ascii="gU1TgTbe+SimSun" w:eastAsia="gU1TgTbe+SimSun" w:hAnsi="gU1TgTbe+SimSun"/>
                <w:color w:val="000000"/>
                <w:sz w:val="24"/>
              </w:rPr>
              <w:t>获奖等级及排名</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88"/>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56"/>
        </w:trPr>
        <w:tc>
          <w:tcPr>
            <w:tcW w:w="169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4" w:line="240" w:lineRule="exact"/>
              <w:ind w:left="480"/>
              <w:jc w:val="left"/>
            </w:pPr>
            <w:r>
              <w:rPr>
                <w:rFonts w:ascii="gU1TgTbe+SimSun" w:eastAsia="gU1TgTbe+SimSun" w:hAnsi="gU1TgTbe+SimSun"/>
                <w:color w:val="000000"/>
                <w:sz w:val="24"/>
              </w:rPr>
              <w:t>国家级</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2046"/>
              <w:jc w:val="left"/>
            </w:pPr>
            <w:r>
              <w:rPr>
                <w:rFonts w:ascii="gU1TgTbe+SimSun" w:eastAsia="gU1TgTbe+SimSun" w:hAnsi="gU1TgTbe+SimSun"/>
                <w:color w:val="000000"/>
                <w:sz w:val="24"/>
              </w:rPr>
              <w:t>一等奖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498"/>
              <w:jc w:val="left"/>
            </w:pPr>
            <w:r>
              <w:rPr>
                <w:rFonts w:ascii="901OcohL+SimSun" w:eastAsia="901OcohL+SimSun" w:hAnsi="901OcohL+SimSun"/>
                <w:color w:val="000000"/>
                <w:sz w:val="24"/>
              </w:rPr>
              <w:t>20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0"/>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二等奖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498"/>
              <w:jc w:val="left"/>
            </w:pPr>
            <w:r>
              <w:rPr>
                <w:rFonts w:ascii="901OcohL+SimSun" w:eastAsia="901OcohL+SimSun" w:hAnsi="901OcohL+SimSun"/>
                <w:color w:val="000000"/>
                <w:sz w:val="24"/>
              </w:rPr>
              <w:t>18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46"/>
              <w:jc w:val="left"/>
            </w:pPr>
            <w:r>
              <w:rPr>
                <w:rFonts w:ascii="gU1TgTbe+SimSun" w:eastAsia="gU1TgTbe+SimSun" w:hAnsi="gU1TgTbe+SimSun"/>
                <w:color w:val="000000"/>
                <w:sz w:val="24"/>
              </w:rPr>
              <w:t>三等奖</w:t>
            </w:r>
            <w:r>
              <w:rPr>
                <w:rFonts w:ascii="901OcohL+SimSun" w:eastAsia="901OcohL+SimSun" w:hAnsi="901OcohL+SimSun"/>
                <w:color w:val="000000"/>
                <w:sz w:val="24"/>
              </w:rPr>
              <w:t xml:space="preserve"> </w:t>
            </w:r>
          </w:p>
        </w:tc>
        <w:tc>
          <w:tcPr>
            <w:tcW w:w="178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498"/>
              <w:jc w:val="left"/>
            </w:pPr>
            <w:r>
              <w:rPr>
                <w:rFonts w:ascii="901OcohL+SimSun" w:eastAsia="901OcohL+SimSun" w:hAnsi="901OcohL+SimSun"/>
                <w:color w:val="000000"/>
                <w:sz w:val="24"/>
              </w:rPr>
              <w:t>15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1086"/>
              <w:jc w:val="left"/>
            </w:pPr>
            <w:r>
              <w:rPr>
                <w:rFonts w:ascii="gU1TgTbe+SimSun" w:eastAsia="gU1TgTbe+SimSun" w:hAnsi="gU1TgTbe+SimSun"/>
                <w:color w:val="000000"/>
                <w:sz w:val="24"/>
              </w:rPr>
              <w:t>优胜奖、单项奖或鼓励奖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498"/>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806"/>
              <w:jc w:val="left"/>
            </w:pPr>
            <w:r>
              <w:rPr>
                <w:rFonts w:ascii="gU1TgTbe+SimSun" w:eastAsia="gU1TgTbe+SimSun" w:hAnsi="gU1TgTbe+SimSun"/>
                <w:color w:val="000000"/>
                <w:sz w:val="24"/>
              </w:rPr>
              <w:t>参加比赛者</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558"/>
              <w:jc w:val="left"/>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0"/>
        </w:trPr>
        <w:tc>
          <w:tcPr>
            <w:tcW w:w="169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2" w:line="240" w:lineRule="exact"/>
              <w:ind w:left="600"/>
              <w:jc w:val="left"/>
            </w:pPr>
            <w:r>
              <w:rPr>
                <w:rFonts w:ascii="gU1TgTbe+SimSun" w:eastAsia="gU1TgTbe+SimSun" w:hAnsi="gU1TgTbe+SimSun"/>
                <w:color w:val="000000"/>
                <w:sz w:val="24"/>
              </w:rPr>
              <w:t>省级</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一等奖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498"/>
              <w:jc w:val="left"/>
            </w:pPr>
            <w:r>
              <w:rPr>
                <w:rFonts w:ascii="901OcohL+SimSun" w:eastAsia="901OcohL+SimSun" w:hAnsi="901OcohL+SimSun"/>
                <w:color w:val="000000"/>
                <w:sz w:val="24"/>
              </w:rPr>
              <w:t>18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2046"/>
              <w:jc w:val="left"/>
            </w:pPr>
            <w:r>
              <w:rPr>
                <w:rFonts w:ascii="gU1TgTbe+SimSun" w:eastAsia="gU1TgTbe+SimSun" w:hAnsi="gU1TgTbe+SimSun"/>
                <w:color w:val="000000"/>
                <w:sz w:val="24"/>
              </w:rPr>
              <w:t>二等奖</w:t>
            </w:r>
            <w:r>
              <w:rPr>
                <w:rFonts w:ascii="901OcohL+SimSun" w:eastAsia="901OcohL+SimSun" w:hAnsi="901OcohL+SimSun"/>
                <w:color w:val="000000"/>
                <w:sz w:val="24"/>
              </w:rPr>
              <w:t xml:space="preserve"> </w:t>
            </w:r>
          </w:p>
        </w:tc>
        <w:tc>
          <w:tcPr>
            <w:tcW w:w="178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498"/>
              <w:jc w:val="left"/>
            </w:pPr>
            <w:r>
              <w:rPr>
                <w:rFonts w:ascii="901OcohL+SimSun" w:eastAsia="901OcohL+SimSun" w:hAnsi="901OcohL+SimSun"/>
                <w:color w:val="000000"/>
                <w:sz w:val="24"/>
              </w:rPr>
              <w:t>15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0"/>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三等奖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498"/>
              <w:jc w:val="left"/>
            </w:pPr>
            <w:r>
              <w:rPr>
                <w:rFonts w:ascii="901OcohL+SimSun" w:eastAsia="901OcohL+SimSun" w:hAnsi="901OcohL+SimSun"/>
                <w:color w:val="000000"/>
                <w:sz w:val="24"/>
              </w:rPr>
              <w:t>12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086"/>
              <w:jc w:val="left"/>
            </w:pPr>
            <w:r>
              <w:rPr>
                <w:rFonts w:ascii="gU1TgTbe+SimSun" w:eastAsia="gU1TgTbe+SimSun" w:hAnsi="gU1TgTbe+SimSun"/>
                <w:color w:val="000000"/>
                <w:sz w:val="24"/>
              </w:rPr>
              <w:t>优胜奖、单项奖或鼓励奖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558"/>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009" w:type="dxa"/>
            <w:vMerge/>
            <w:tcBorders>
              <w:top w:val="single" w:sz="4" w:space="0" w:color="000000"/>
              <w:left w:val="single" w:sz="4" w:space="0" w:color="000000"/>
              <w:bottom w:val="single" w:sz="4" w:space="0" w:color="000000"/>
              <w:right w:val="single" w:sz="4" w:space="0" w:color="000000"/>
            </w:tcBorders>
          </w:tcPr>
          <w:p w:rsidR="005439BA" w:rsidRDefault="005439BA"/>
        </w:tc>
        <w:tc>
          <w:tcPr>
            <w:tcW w:w="4820"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806"/>
              <w:jc w:val="left"/>
            </w:pPr>
            <w:r>
              <w:rPr>
                <w:rFonts w:ascii="gU1TgTbe+SimSun" w:eastAsia="gU1TgTbe+SimSun" w:hAnsi="gU1TgTbe+SimSun"/>
                <w:color w:val="000000"/>
                <w:sz w:val="24"/>
              </w:rPr>
              <w:t>参加比赛者</w:t>
            </w:r>
            <w:r>
              <w:rPr>
                <w:rFonts w:ascii="901OcohL+SimSun" w:eastAsia="901OcohL+SimSun" w:hAnsi="901OcohL+SimSun"/>
                <w:color w:val="000000"/>
                <w:sz w:val="24"/>
              </w:rPr>
              <w:t xml:space="preserve"> </w:t>
            </w:r>
          </w:p>
        </w:tc>
        <w:tc>
          <w:tcPr>
            <w:tcW w:w="178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558"/>
              <w:jc w:val="left"/>
            </w:pPr>
            <w:r>
              <w:rPr>
                <w:rFonts w:ascii="901OcohL+SimSun" w:eastAsia="901OcohL+SimSun" w:hAnsi="901OcohL+SimSun"/>
                <w:color w:val="000000"/>
                <w:sz w:val="24"/>
              </w:rPr>
              <w:t>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1694" w:type="dxa"/>
            <w:vMerge w:val="restart"/>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550" w:line="240" w:lineRule="exact"/>
              <w:ind w:left="600"/>
              <w:jc w:val="left"/>
            </w:pPr>
            <w:r>
              <w:rPr>
                <w:rFonts w:ascii="gU1TgTbe+SimSun" w:eastAsia="gU1TgTbe+SimSun" w:hAnsi="gU1TgTbe+SimSun"/>
                <w:color w:val="000000"/>
                <w:sz w:val="24"/>
              </w:rPr>
              <w:t>校级</w:t>
            </w:r>
            <w:r>
              <w:rPr>
                <w:rFonts w:ascii="901OcohL+SimSun" w:eastAsia="901OcohL+SimSun" w:hAnsi="901OcohL+SimSun"/>
                <w:color w:val="000000"/>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一等奖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498"/>
              <w:jc w:val="left"/>
            </w:pPr>
            <w:r>
              <w:rPr>
                <w:rFonts w:ascii="901OcohL+SimSun" w:eastAsia="901OcohL+SimSun" w:hAnsi="901OcohL+SimSun"/>
                <w:color w:val="000000"/>
                <w:sz w:val="24"/>
              </w:rPr>
              <w:t>12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4" w:space="0" w:color="000000"/>
              <w:bottom w:val="single" w:sz="3" w:space="0" w:color="000000"/>
              <w:right w:val="single" w:sz="4" w:space="0" w:color="000000"/>
            </w:tcBorders>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二等奖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498"/>
              <w:jc w:val="left"/>
            </w:pPr>
            <w:r>
              <w:rPr>
                <w:rFonts w:ascii="901OcohL+SimSun" w:eastAsia="901OcohL+SimSun" w:hAnsi="901OcohL+SimSun"/>
                <w:color w:val="000000"/>
                <w:sz w:val="24"/>
              </w:rPr>
              <w:t>10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32"/>
        </w:trPr>
        <w:tc>
          <w:tcPr>
            <w:tcW w:w="3009" w:type="dxa"/>
            <w:vMerge/>
            <w:tcBorders>
              <w:top w:val="single" w:sz="4" w:space="0" w:color="000000"/>
              <w:left w:val="single" w:sz="4" w:space="0" w:color="000000"/>
              <w:bottom w:val="single" w:sz="3" w:space="0" w:color="000000"/>
              <w:right w:val="single" w:sz="4" w:space="0" w:color="000000"/>
            </w:tcBorders>
          </w:tcPr>
          <w:p w:rsidR="005439BA" w:rsidRDefault="005439BA"/>
        </w:tc>
        <w:tc>
          <w:tcPr>
            <w:tcW w:w="48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46"/>
              <w:jc w:val="left"/>
            </w:pPr>
            <w:r>
              <w:rPr>
                <w:rFonts w:ascii="gU1TgTbe+SimSun" w:eastAsia="gU1TgTbe+SimSun" w:hAnsi="gU1TgTbe+SimSun"/>
                <w:color w:val="000000"/>
                <w:sz w:val="24"/>
              </w:rPr>
              <w:t>三等奖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558"/>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5439BA">
      <w:pPr>
        <w:widowControl/>
        <w:autoSpaceDE w:val="0"/>
        <w:autoSpaceDN w:val="0"/>
        <w:spacing w:line="14" w:lineRule="exact"/>
      </w:pPr>
    </w:p>
    <w:p w:rsidR="005439BA" w:rsidRDefault="005439BA">
      <w:pPr>
        <w:sectPr w:rsidR="005439BA">
          <w:pgSz w:w="11906" w:h="17238"/>
          <w:pgMar w:top="798" w:right="1440" w:bottom="942" w:left="1440" w:header="720" w:footer="720" w:gutter="0"/>
          <w:cols w:space="720" w:equalWidth="0">
            <w:col w:w="9026" w:space="0"/>
          </w:cols>
          <w:docGrid w:linePitch="360"/>
        </w:sectPr>
      </w:pPr>
    </w:p>
    <w:p w:rsidR="005439BA" w:rsidRDefault="004B0D60">
      <w:pPr>
        <w:widowControl/>
        <w:autoSpaceDE w:val="0"/>
        <w:autoSpaceDN w:val="0"/>
        <w:spacing w:before="500" w:line="220" w:lineRule="exact"/>
      </w:pPr>
      <w:r>
        <w:rPr>
          <w:noProof/>
        </w:rPr>
        <w:lastRenderedPageBreak/>
        <w:drawing>
          <wp:anchor distT="0" distB="0" distL="0" distR="0" simplePos="0" relativeHeight="251671040" behindDoc="1" locked="0" layoutInCell="1" allowOverlap="1">
            <wp:simplePos x="0" y="0"/>
            <wp:positionH relativeFrom="page">
              <wp:posOffset>1143000</wp:posOffset>
            </wp:positionH>
            <wp:positionV relativeFrom="page">
              <wp:posOffset>2708910</wp:posOffset>
            </wp:positionV>
            <wp:extent cx="5273040" cy="5277272"/>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273040" cy="5277272"/>
                    </a:xfrm>
                    <a:prstGeom prst="rect">
                      <a:avLst/>
                    </a:prstGeom>
                  </pic:spPr>
                </pic:pic>
              </a:graphicData>
            </a:graphic>
          </wp:anchor>
        </w:drawing>
      </w:r>
      <w:r>
        <w:rPr>
          <w:noProof/>
        </w:rPr>
        <w:drawing>
          <wp:anchor distT="0" distB="0" distL="0" distR="0" simplePos="0" relativeHeight="251672064" behindDoc="1" locked="0" layoutInCell="1" allowOverlap="1">
            <wp:simplePos x="0" y="0"/>
            <wp:positionH relativeFrom="page">
              <wp:posOffset>1071880</wp:posOffset>
            </wp:positionH>
            <wp:positionV relativeFrom="page">
              <wp:posOffset>2068830</wp:posOffset>
            </wp:positionV>
            <wp:extent cx="6350" cy="2159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
                    <a:stretch>
                      <a:fillRect/>
                    </a:stretch>
                  </pic:blipFill>
                  <pic:spPr>
                    <a:xfrm>
                      <a:off x="0" y="0"/>
                      <a:ext cx="6350" cy="215900"/>
                    </a:xfrm>
                    <a:prstGeom prst="rect">
                      <a:avLst/>
                    </a:prstGeom>
                  </pic:spPr>
                </pic:pic>
              </a:graphicData>
            </a:graphic>
          </wp:anchor>
        </w:drawing>
      </w:r>
      <w:r>
        <w:rPr>
          <w:noProof/>
        </w:rPr>
        <w:drawing>
          <wp:anchor distT="0" distB="0" distL="0" distR="0" simplePos="0" relativeHeight="251673088" behindDoc="1" locked="0" layoutInCell="1" allowOverlap="1">
            <wp:simplePos x="0" y="0"/>
            <wp:positionH relativeFrom="page">
              <wp:posOffset>1071880</wp:posOffset>
            </wp:positionH>
            <wp:positionV relativeFrom="page">
              <wp:posOffset>1781810</wp:posOffset>
            </wp:positionV>
            <wp:extent cx="6350" cy="21590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
                    <a:stretch>
                      <a:fillRect/>
                    </a:stretch>
                  </pic:blipFill>
                  <pic:spPr>
                    <a:xfrm>
                      <a:off x="0" y="0"/>
                      <a:ext cx="6350" cy="215900"/>
                    </a:xfrm>
                    <a:prstGeom prst="rect">
                      <a:avLst/>
                    </a:prstGeom>
                  </pic:spPr>
                </pic:pic>
              </a:graphicData>
            </a:graphic>
          </wp:anchor>
        </w:drawing>
      </w:r>
      <w:r>
        <w:rPr>
          <w:noProof/>
        </w:rPr>
        <w:drawing>
          <wp:anchor distT="0" distB="0" distL="0" distR="0" simplePos="0" relativeHeight="251674112" behindDoc="1" locked="0" layoutInCell="1" allowOverlap="1">
            <wp:simplePos x="0" y="0"/>
            <wp:positionH relativeFrom="page">
              <wp:posOffset>1071880</wp:posOffset>
            </wp:positionH>
            <wp:positionV relativeFrom="page">
              <wp:posOffset>2355850</wp:posOffset>
            </wp:positionV>
            <wp:extent cx="6350" cy="2127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
                    <a:stretch>
                      <a:fillRect/>
                    </a:stretch>
                  </pic:blipFill>
                  <pic:spPr>
                    <a:xfrm>
                      <a:off x="0" y="0"/>
                      <a:ext cx="6350" cy="212725"/>
                    </a:xfrm>
                    <a:prstGeom prst="rect">
                      <a:avLst/>
                    </a:prstGeom>
                  </pic:spPr>
                </pic:pic>
              </a:graphicData>
            </a:graphic>
          </wp:anchor>
        </w:drawing>
      </w:r>
      <w:r>
        <w:rPr>
          <w:noProof/>
        </w:rPr>
        <w:drawing>
          <wp:anchor distT="0" distB="0" distL="0" distR="0" simplePos="0" relativeHeight="251675136" behindDoc="1" locked="0" layoutInCell="1" allowOverlap="1">
            <wp:simplePos x="0" y="0"/>
            <wp:positionH relativeFrom="page">
              <wp:posOffset>1116330</wp:posOffset>
            </wp:positionH>
            <wp:positionV relativeFrom="page">
              <wp:posOffset>7561580</wp:posOffset>
            </wp:positionV>
            <wp:extent cx="5079" cy="170146"/>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
                    <a:stretch>
                      <a:fillRect/>
                    </a:stretch>
                  </pic:blipFill>
                  <pic:spPr>
                    <a:xfrm>
                      <a:off x="0" y="0"/>
                      <a:ext cx="5079" cy="170146"/>
                    </a:xfrm>
                    <a:prstGeom prst="rect">
                      <a:avLst/>
                    </a:prstGeom>
                  </pic:spPr>
                </pic:pic>
              </a:graphicData>
            </a:graphic>
          </wp:anchor>
        </w:drawing>
      </w:r>
      <w:r>
        <w:rPr>
          <w:noProof/>
        </w:rPr>
        <w:drawing>
          <wp:anchor distT="0" distB="0" distL="0" distR="0" simplePos="0" relativeHeight="251676160" behindDoc="1" locked="0" layoutInCell="1" allowOverlap="1">
            <wp:simplePos x="0" y="0"/>
            <wp:positionH relativeFrom="page">
              <wp:posOffset>1116330</wp:posOffset>
            </wp:positionH>
            <wp:positionV relativeFrom="page">
              <wp:posOffset>8422640</wp:posOffset>
            </wp:positionV>
            <wp:extent cx="5079" cy="172686"/>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
                    <a:stretch>
                      <a:fillRect/>
                    </a:stretch>
                  </pic:blipFill>
                  <pic:spPr>
                    <a:xfrm>
                      <a:off x="0" y="0"/>
                      <a:ext cx="5079" cy="172686"/>
                    </a:xfrm>
                    <a:prstGeom prst="rect">
                      <a:avLst/>
                    </a:prstGeom>
                  </pic:spPr>
                </pic:pic>
              </a:graphicData>
            </a:graphic>
          </wp:anchor>
        </w:drawing>
      </w:r>
      <w:r>
        <w:rPr>
          <w:noProof/>
        </w:rPr>
        <w:drawing>
          <wp:anchor distT="0" distB="0" distL="0" distR="0" simplePos="0" relativeHeight="251677184" behindDoc="1" locked="0" layoutInCell="1" allowOverlap="1">
            <wp:simplePos x="0" y="0"/>
            <wp:positionH relativeFrom="page">
              <wp:posOffset>1116330</wp:posOffset>
            </wp:positionH>
            <wp:positionV relativeFrom="page">
              <wp:posOffset>7275830</wp:posOffset>
            </wp:positionV>
            <wp:extent cx="5079" cy="170146"/>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
                    <a:stretch>
                      <a:fillRect/>
                    </a:stretch>
                  </pic:blipFill>
                  <pic:spPr>
                    <a:xfrm>
                      <a:off x="0" y="0"/>
                      <a:ext cx="5079" cy="170146"/>
                    </a:xfrm>
                    <a:prstGeom prst="rect">
                      <a:avLst/>
                    </a:prstGeom>
                  </pic:spPr>
                </pic:pic>
              </a:graphicData>
            </a:graphic>
          </wp:anchor>
        </w:drawing>
      </w:r>
    </w:p>
    <w:tbl>
      <w:tblPr>
        <w:tblW w:w="0" w:type="auto"/>
        <w:tblInd w:w="254" w:type="dxa"/>
        <w:tblLayout w:type="fixed"/>
        <w:tblLook w:val="04A0" w:firstRow="1" w:lastRow="0" w:firstColumn="1" w:lastColumn="0" w:noHBand="0" w:noVBand="1"/>
      </w:tblPr>
      <w:tblGrid>
        <w:gridCol w:w="1694"/>
        <w:gridCol w:w="4820"/>
        <w:gridCol w:w="1784"/>
      </w:tblGrid>
      <w:tr w:rsidR="005439BA">
        <w:trPr>
          <w:trHeight w:hRule="exact" w:val="452"/>
        </w:trPr>
        <w:tc>
          <w:tcPr>
            <w:tcW w:w="1694" w:type="dxa"/>
            <w:vMerge w:val="restart"/>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086"/>
              <w:jc w:val="left"/>
            </w:pPr>
            <w:r>
              <w:rPr>
                <w:rFonts w:ascii="gU1TgTbe+SimSun" w:eastAsia="gU1TgTbe+SimSun" w:hAnsi="gU1TgTbe+SimSun"/>
                <w:color w:val="000000"/>
                <w:sz w:val="24"/>
              </w:rPr>
              <w:t>优胜奖、单项奖或鼓励奖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558"/>
              <w:jc w:val="left"/>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4"/>
        </w:trPr>
        <w:tc>
          <w:tcPr>
            <w:tcW w:w="3009" w:type="dxa"/>
            <w:vMerge/>
            <w:tcBorders>
              <w:top w:val="single" w:sz="4" w:space="0" w:color="000000"/>
              <w:left w:val="single" w:sz="4" w:space="0" w:color="000000"/>
              <w:bottom w:val="single" w:sz="3" w:space="0" w:color="000000"/>
              <w:right w:val="single" w:sz="4" w:space="0" w:color="000000"/>
            </w:tcBorders>
          </w:tcPr>
          <w:p w:rsidR="005439BA" w:rsidRDefault="005439BA"/>
        </w:tc>
        <w:tc>
          <w:tcPr>
            <w:tcW w:w="48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1806"/>
              <w:jc w:val="left"/>
            </w:pPr>
            <w:r>
              <w:rPr>
                <w:rFonts w:ascii="gU1TgTbe+SimSun" w:eastAsia="gU1TgTbe+SimSun" w:hAnsi="gU1TgTbe+SimSun"/>
                <w:color w:val="000000"/>
                <w:sz w:val="24"/>
              </w:rPr>
              <w:t>参加比赛者</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558"/>
              <w:jc w:val="left"/>
            </w:pPr>
            <w:r>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1694" w:type="dxa"/>
            <w:vMerge w:val="restart"/>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4" w:line="240" w:lineRule="exact"/>
              <w:ind w:left="600"/>
              <w:jc w:val="left"/>
            </w:pPr>
            <w:r>
              <w:rPr>
                <w:rFonts w:ascii="gU1TgTbe+SimSun" w:eastAsia="gU1TgTbe+SimSun" w:hAnsi="gU1TgTbe+SimSun"/>
                <w:color w:val="000000"/>
                <w:sz w:val="24"/>
              </w:rPr>
              <w:t>院级</w:t>
            </w:r>
            <w:r>
              <w:rPr>
                <w:rFonts w:ascii="901OcohL+SimSun" w:eastAsia="901OcohL+SimSun" w:hAnsi="901OcohL+SimSun"/>
                <w:color w:val="000000"/>
                <w:sz w:val="24"/>
              </w:rPr>
              <w:t xml:space="preserve"> </w:t>
            </w:r>
          </w:p>
        </w:tc>
        <w:tc>
          <w:tcPr>
            <w:tcW w:w="4820"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46"/>
              <w:jc w:val="left"/>
            </w:pPr>
            <w:r>
              <w:rPr>
                <w:rFonts w:ascii="gU1TgTbe+SimSun" w:eastAsia="gU1TgTbe+SimSun" w:hAnsi="gU1TgTbe+SimSun"/>
                <w:color w:val="000000"/>
                <w:sz w:val="24"/>
              </w:rPr>
              <w:t>一等奖</w:t>
            </w:r>
            <w:r>
              <w:rPr>
                <w:rFonts w:ascii="901OcohL+SimSun" w:eastAsia="901OcohL+SimSun" w:hAnsi="901OcohL+SimSun"/>
                <w:color w:val="000000"/>
                <w:sz w:val="24"/>
              </w:rPr>
              <w:t xml:space="preserve"> </w:t>
            </w:r>
          </w:p>
        </w:tc>
        <w:tc>
          <w:tcPr>
            <w:tcW w:w="178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558"/>
              <w:jc w:val="left"/>
            </w:pPr>
            <w:r>
              <w:rPr>
                <w:rFonts w:ascii="901OcohL+SimSun" w:eastAsia="901OcohL+SimSun" w:hAnsi="901OcohL+SimSun"/>
                <w:color w:val="000000"/>
                <w:sz w:val="24"/>
              </w:rPr>
              <w:t>6</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3"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2046"/>
              <w:jc w:val="left"/>
            </w:pPr>
            <w:r>
              <w:rPr>
                <w:rFonts w:ascii="gU1TgTbe+SimSun" w:eastAsia="gU1TgTbe+SimSun" w:hAnsi="gU1TgTbe+SimSun"/>
                <w:color w:val="000000"/>
                <w:sz w:val="24"/>
              </w:rPr>
              <w:t>二等奖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558"/>
              <w:jc w:val="left"/>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3"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2046"/>
              <w:jc w:val="left"/>
            </w:pPr>
            <w:r>
              <w:rPr>
                <w:rFonts w:ascii="gU1TgTbe+SimSun" w:eastAsia="gU1TgTbe+SimSun" w:hAnsi="gU1TgTbe+SimSun"/>
                <w:color w:val="000000"/>
                <w:sz w:val="24"/>
              </w:rPr>
              <w:t>三等奖</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3"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558"/>
              <w:jc w:val="left"/>
            </w:pPr>
            <w:r>
              <w:rPr>
                <w:rFonts w:ascii="901OcohL+SimSun" w:eastAsia="901OcohL+SimSun" w:hAnsi="901OcohL+SimSun"/>
                <w:color w:val="000000"/>
                <w:sz w:val="24"/>
              </w:rPr>
              <w:t>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0"/>
        </w:trPr>
        <w:tc>
          <w:tcPr>
            <w:tcW w:w="3009" w:type="dxa"/>
            <w:vMerge/>
            <w:tcBorders>
              <w:top w:val="single" w:sz="3" w:space="0" w:color="000000"/>
              <w:left w:val="single" w:sz="4" w:space="0" w:color="000000"/>
              <w:bottom w:val="single" w:sz="4" w:space="0" w:color="000000"/>
              <w:right w:val="single" w:sz="4" w:space="0" w:color="000000"/>
            </w:tcBorders>
          </w:tcPr>
          <w:p w:rsidR="005439BA" w:rsidRDefault="005439BA"/>
        </w:tc>
        <w:tc>
          <w:tcPr>
            <w:tcW w:w="4820"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1086"/>
              <w:jc w:val="left"/>
            </w:pPr>
            <w:r>
              <w:rPr>
                <w:rFonts w:ascii="gU1TgTbe+SimSun" w:eastAsia="gU1TgTbe+SimSun" w:hAnsi="gU1TgTbe+SimSun"/>
                <w:color w:val="000000"/>
                <w:sz w:val="24"/>
              </w:rPr>
              <w:t>优胜奖、单项奖或鼓励奖</w:t>
            </w:r>
            <w:r>
              <w:rPr>
                <w:rFonts w:ascii="901OcohL+SimSun" w:eastAsia="901OcohL+SimSun" w:hAnsi="901OcohL+SimSun"/>
                <w:color w:val="000000"/>
                <w:sz w:val="24"/>
              </w:rPr>
              <w:t xml:space="preserve"> </w:t>
            </w:r>
          </w:p>
        </w:tc>
        <w:tc>
          <w:tcPr>
            <w:tcW w:w="1784" w:type="dxa"/>
            <w:tcBorders>
              <w:top w:val="single" w:sz="3"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558"/>
              <w:jc w:val="left"/>
            </w:pPr>
            <w:r>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6"/>
        </w:trPr>
        <w:tc>
          <w:tcPr>
            <w:tcW w:w="3009" w:type="dxa"/>
            <w:vMerge/>
            <w:tcBorders>
              <w:top w:val="single" w:sz="3" w:space="0" w:color="000000"/>
              <w:left w:val="single" w:sz="4" w:space="0" w:color="000000"/>
              <w:bottom w:val="single" w:sz="4" w:space="0" w:color="000000"/>
              <w:right w:val="single" w:sz="4" w:space="0" w:color="000000"/>
            </w:tcBorders>
          </w:tcPr>
          <w:p w:rsidR="005439BA" w:rsidRDefault="005439BA"/>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1806"/>
              <w:jc w:val="left"/>
            </w:pPr>
            <w:r>
              <w:rPr>
                <w:rFonts w:ascii="gU1TgTbe+SimSun" w:eastAsia="gU1TgTbe+SimSun" w:hAnsi="gU1TgTbe+SimSun"/>
                <w:color w:val="000000"/>
                <w:sz w:val="24"/>
              </w:rPr>
              <w:t>参加比赛者</w:t>
            </w:r>
            <w:r>
              <w:rPr>
                <w:rFonts w:ascii="901OcohL+SimSun" w:eastAsia="901OcohL+SimSun" w:hAnsi="901OcohL+SimSun"/>
                <w:color w:val="000000"/>
                <w:sz w:val="24"/>
              </w:rPr>
              <w:t xml:space="preserve"> </w:t>
            </w:r>
          </w:p>
        </w:tc>
        <w:tc>
          <w:tcPr>
            <w:tcW w:w="1784"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558"/>
              <w:jc w:val="left"/>
            </w:pPr>
            <w:r>
              <w:rPr>
                <w:rFonts w:ascii="901OcohL+SimSun" w:eastAsia="901OcohL+SimSun" w:hAnsi="901OcohL+SimSun"/>
                <w:color w:val="000000"/>
                <w:sz w:val="24"/>
              </w:rPr>
              <w:t>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4B0D60">
      <w:pPr>
        <w:widowControl/>
        <w:autoSpaceDE w:val="0"/>
        <w:autoSpaceDN w:val="0"/>
        <w:spacing w:before="344" w:line="258" w:lineRule="exact"/>
        <w:ind w:left="360"/>
        <w:jc w:val="left"/>
      </w:pPr>
      <w:r>
        <w:rPr>
          <w:rFonts w:ascii="901OcohL+SimSun" w:eastAsia="901OcohL+SimSun" w:hAnsi="901OcohL+SimSun"/>
          <w:b/>
          <w:color w:val="000000"/>
          <w:sz w:val="24"/>
        </w:rPr>
        <w:t>2</w:t>
      </w:r>
      <w:r>
        <w:rPr>
          <w:rFonts w:ascii="gU1TgTbe+SimSun" w:eastAsia="gU1TgTbe+SimSun" w:hAnsi="gU1TgTbe+SimSun"/>
          <w:b/>
          <w:color w:val="000000"/>
          <w:sz w:val="24"/>
        </w:rPr>
        <w:t>．实体创业</w:t>
      </w:r>
      <w:r>
        <w:rPr>
          <w:rFonts w:ascii="901OcohL+SimSun" w:eastAsia="901OcohL+SimSun" w:hAnsi="901OcohL+SimSun"/>
          <w:b/>
          <w:color w:val="000000"/>
          <w:sz w:val="24"/>
        </w:rPr>
        <w:t xml:space="preserve"> </w:t>
      </w:r>
      <w:r>
        <w:rPr>
          <w:rFonts w:ascii="PTZ3LLzS+Calibri" w:eastAsia="PTZ3LLzS+Calibri" w:hAnsi="PTZ3LLzS+Calibri"/>
          <w:color w:val="000000"/>
        </w:rPr>
        <w:t xml:space="preserve"> </w:t>
      </w:r>
    </w:p>
    <w:p w:rsidR="005439BA" w:rsidRDefault="004B0D60" w:rsidP="00593C43">
      <w:pPr>
        <w:widowControl/>
        <w:autoSpaceDE w:val="0"/>
        <w:autoSpaceDN w:val="0"/>
        <w:spacing w:line="312" w:lineRule="exact"/>
        <w:ind w:right="288" w:firstLineChars="200" w:firstLine="480"/>
        <w:jc w:val="left"/>
      </w:pPr>
      <w:r>
        <w:rPr>
          <w:rFonts w:ascii="gU1TgTbe+SimSun" w:eastAsia="gU1TgTbe+SimSun" w:hAnsi="gU1TgTbe+SimSun"/>
          <w:color w:val="000000"/>
          <w:sz w:val="24"/>
        </w:rPr>
        <w:t>在校期间从事创业活动，根据创办企业（需提供工商营业执照）的资金状况、盈利水平、社会影响力等因素，计</w:t>
      </w:r>
      <w:r>
        <w:rPr>
          <w:rFonts w:ascii="901OcohL+SimSun" w:eastAsia="901OcohL+SimSun" w:hAnsi="901OcohL+SimSun"/>
          <w:color w:val="000000"/>
          <w:sz w:val="24"/>
        </w:rPr>
        <w:t>5</w:t>
      </w:r>
      <w:r>
        <w:rPr>
          <w:rFonts w:ascii="gU1TgTbe+SimSun" w:eastAsia="gU1TgTbe+SimSun" w:hAnsi="gU1TgTbe+SimSun"/>
          <w:color w:val="000000"/>
          <w:sz w:val="24"/>
        </w:rPr>
        <w:t>—</w:t>
      </w:r>
      <w:r w:rsidR="00A72D99">
        <w:rPr>
          <w:rFonts w:ascii="901OcohL+SimSun" w:eastAsia="901OcohL+SimSun" w:hAnsi="901OcohL+SimSun"/>
          <w:color w:val="000000"/>
          <w:sz w:val="24"/>
        </w:rPr>
        <w:t>10</w:t>
      </w:r>
      <w:r>
        <w:rPr>
          <w:rFonts w:ascii="gU1TgTbe+SimSun" w:eastAsia="gU1TgTbe+SimSun" w:hAnsi="gU1TgTbe+SimSun"/>
          <w:color w:val="000000"/>
          <w:sz w:val="24"/>
        </w:rPr>
        <w:t>课时（注：需评比学期创办才可</w:t>
      </w:r>
      <w:proofErr w:type="gramStart"/>
      <w:r>
        <w:rPr>
          <w:rFonts w:ascii="gU1TgTbe+SimSun" w:eastAsia="gU1TgTbe+SimSun" w:hAnsi="gU1TgTbe+SimSun"/>
          <w:color w:val="000000"/>
          <w:sz w:val="24"/>
        </w:rPr>
        <w:t>参评且</w:t>
      </w:r>
      <w:proofErr w:type="gramEnd"/>
      <w:r>
        <w:rPr>
          <w:rFonts w:ascii="gU1TgTbe+SimSun" w:eastAsia="gU1TgTbe+SimSun" w:hAnsi="gU1TgTbe+SimSun"/>
          <w:color w:val="000000"/>
          <w:sz w:val="24"/>
        </w:rPr>
        <w:t>需出具经国家企业信用信息公示系统官方网页认证占有相关股份的证明）</w:t>
      </w:r>
      <w:r>
        <w:rPr>
          <w:rFonts w:ascii="901OcohL+SimSun" w:eastAsia="901OcohL+SimSun" w:hAnsi="901OcohL+SimSun"/>
          <w:color w:val="000000"/>
          <w:sz w:val="24"/>
        </w:rPr>
        <w:t xml:space="preserve"> </w:t>
      </w:r>
      <w:r>
        <w:rPr>
          <w:rFonts w:ascii="PTZ3LLzS+Calibri" w:eastAsia="PTZ3LLzS+Calibri" w:hAnsi="PTZ3LLzS+Calibri"/>
          <w:color w:val="000000"/>
        </w:rPr>
        <w:t xml:space="preserve"> </w:t>
      </w:r>
    </w:p>
    <w:p w:rsidR="005439BA" w:rsidRDefault="004B0D60">
      <w:pPr>
        <w:widowControl/>
        <w:autoSpaceDE w:val="0"/>
        <w:autoSpaceDN w:val="0"/>
        <w:spacing w:before="174" w:line="310" w:lineRule="exact"/>
        <w:ind w:left="360"/>
        <w:jc w:val="left"/>
      </w:pPr>
      <w:r>
        <w:rPr>
          <w:rFonts w:ascii="gU1TgTbe+SimSun" w:eastAsia="gU1TgTbe+SimSun" w:hAnsi="gU1TgTbe+SimSun"/>
          <w:b/>
          <w:color w:val="000000"/>
          <w:sz w:val="31"/>
        </w:rPr>
        <w:t>七、劳动素养与技能</w:t>
      </w:r>
      <w:r>
        <w:rPr>
          <w:rFonts w:ascii="901OcohL+SimSun" w:eastAsia="901OcohL+SimSun" w:hAnsi="901OcohL+SimSun"/>
          <w:b/>
          <w:color w:val="000000"/>
          <w:sz w:val="31"/>
        </w:rPr>
        <w:t xml:space="preserve"> </w:t>
      </w:r>
    </w:p>
    <w:p w:rsidR="005439BA" w:rsidRDefault="004B0D60" w:rsidP="00593C43">
      <w:pPr>
        <w:widowControl/>
        <w:autoSpaceDE w:val="0"/>
        <w:autoSpaceDN w:val="0"/>
        <w:spacing w:before="120" w:line="312" w:lineRule="exact"/>
        <w:ind w:right="288" w:firstLineChars="200" w:firstLine="480"/>
        <w:jc w:val="left"/>
      </w:pPr>
      <w:r>
        <w:rPr>
          <w:rFonts w:ascii="gU1TgTbe+SimSun" w:eastAsia="gU1TgTbe+SimSun" w:hAnsi="gU1TgTbe+SimSun"/>
          <w:color w:val="000000"/>
          <w:sz w:val="24"/>
        </w:rPr>
        <w:t>劳动素养与技能内容包括：日常劳动活动，服务性劳动实践活动，比赛类型劳动活动、相关学生工作以及培训和讲座。</w:t>
      </w:r>
      <w:r>
        <w:rPr>
          <w:rFonts w:ascii="901OcohL+SimSun" w:eastAsia="901OcohL+SimSun" w:hAnsi="901OcohL+SimSun"/>
          <w:color w:val="000000"/>
          <w:sz w:val="24"/>
        </w:rPr>
        <w:t xml:space="preserve"> </w:t>
      </w:r>
    </w:p>
    <w:p w:rsidR="005439BA" w:rsidRDefault="004B0D60">
      <w:pPr>
        <w:widowControl/>
        <w:autoSpaceDE w:val="0"/>
        <w:autoSpaceDN w:val="0"/>
        <w:spacing w:line="312" w:lineRule="exact"/>
        <w:ind w:left="360" w:right="144"/>
        <w:jc w:val="left"/>
      </w:pPr>
      <w:r>
        <w:rPr>
          <w:rFonts w:ascii="901OcohL+SimSun" w:eastAsia="901OcohL+SimSun" w:hAnsi="901OcohL+SimSun"/>
          <w:b/>
          <w:color w:val="000000"/>
          <w:sz w:val="24"/>
        </w:rPr>
        <w:t>1.</w:t>
      </w:r>
      <w:r>
        <w:rPr>
          <w:rFonts w:ascii="gU1TgTbe+SimSun" w:eastAsia="gU1TgTbe+SimSun" w:hAnsi="gU1TgTbe+SimSun"/>
          <w:color w:val="000000"/>
          <w:sz w:val="24"/>
        </w:rPr>
        <w:t>日常劳动活动：</w:t>
      </w:r>
      <w:r>
        <w:rPr>
          <w:rFonts w:ascii="901OcohL+SimSun" w:eastAsia="901OcohL+SimSun" w:hAnsi="901OcohL+SimSun"/>
          <w:color w:val="000000"/>
          <w:sz w:val="24"/>
        </w:rPr>
        <w:t xml:space="preserve"> </w:t>
      </w:r>
      <w:r>
        <w:br/>
      </w:r>
      <w:r>
        <w:rPr>
          <w:rFonts w:ascii="901OcohL+SimSun" w:eastAsia="901OcohL+SimSun" w:hAnsi="901OcohL+SimSun"/>
          <w:color w:val="000000"/>
          <w:sz w:val="24"/>
        </w:rPr>
        <w:t>(1)</w:t>
      </w:r>
      <w:r>
        <w:rPr>
          <w:rFonts w:ascii="Arial" w:eastAsia="Arial" w:hAnsi="Arial"/>
          <w:color w:val="000000"/>
          <w:sz w:val="24"/>
        </w:rPr>
        <w:t xml:space="preserve"> </w:t>
      </w:r>
      <w:r>
        <w:rPr>
          <w:rFonts w:ascii="gU1TgTbe+SimSun" w:eastAsia="gU1TgTbe+SimSun" w:hAnsi="gU1TgTbe+SimSun"/>
          <w:color w:val="000000"/>
          <w:sz w:val="24"/>
        </w:rPr>
        <w:t>每周劳动教育实践：每次参与可计入</w:t>
      </w:r>
      <w:r>
        <w:rPr>
          <w:rFonts w:ascii="901OcohL+SimSun" w:eastAsia="901OcohL+SimSun" w:hAnsi="901OcohL+SimSun"/>
          <w:color w:val="000000"/>
          <w:sz w:val="24"/>
        </w:rPr>
        <w:t>2</w:t>
      </w:r>
      <w:r>
        <w:rPr>
          <w:rFonts w:ascii="gU1TgTbe+SimSun" w:eastAsia="gU1TgTbe+SimSun" w:hAnsi="gU1TgTbe+SimSun"/>
          <w:color w:val="000000"/>
          <w:sz w:val="24"/>
        </w:rPr>
        <w:t>课时</w:t>
      </w:r>
      <w:r>
        <w:rPr>
          <w:rFonts w:ascii="901OcohL+SimSun" w:eastAsia="901OcohL+SimSun" w:hAnsi="901OcohL+SimSun"/>
          <w:color w:val="000000"/>
          <w:sz w:val="24"/>
        </w:rPr>
        <w:t>/</w:t>
      </w:r>
      <w:r>
        <w:rPr>
          <w:rFonts w:ascii="gU1TgTbe+SimSun" w:eastAsia="gU1TgTbe+SimSun" w:hAnsi="gU1TgTbe+SimSun"/>
          <w:color w:val="000000"/>
          <w:sz w:val="24"/>
        </w:rPr>
        <w:t>次。一学期最高不超过</w:t>
      </w:r>
      <w:r w:rsidR="00B42582">
        <w:rPr>
          <w:rFonts w:ascii="901OcohL+SimSun" w:eastAsia="901OcohL+SimSun" w:hAnsi="901OcohL+SimSun"/>
          <w:color w:val="000000"/>
          <w:sz w:val="24"/>
        </w:rPr>
        <w:t>20</w:t>
      </w:r>
      <w:r>
        <w:rPr>
          <w:rFonts w:ascii="gU1TgTbe+SimSun" w:eastAsia="gU1TgTbe+SimSun" w:hAnsi="gU1TgTbe+SimSun"/>
          <w:color w:val="000000"/>
          <w:sz w:val="24"/>
        </w:rPr>
        <w:t>课时；</w:t>
      </w:r>
      <w:r>
        <w:rPr>
          <w:rFonts w:ascii="901OcohL+SimSun" w:eastAsia="901OcohL+SimSun" w:hAnsi="901OcohL+SimSun"/>
          <w:color w:val="000000"/>
          <w:sz w:val="24"/>
        </w:rPr>
        <w:t xml:space="preserve"> (2)</w:t>
      </w:r>
      <w:r>
        <w:rPr>
          <w:rFonts w:ascii="Arial" w:eastAsia="Arial" w:hAnsi="Arial"/>
          <w:color w:val="000000"/>
          <w:sz w:val="24"/>
        </w:rPr>
        <w:t xml:space="preserve"> </w:t>
      </w:r>
      <w:r>
        <w:rPr>
          <w:rFonts w:ascii="gU1TgTbe+SimSun" w:eastAsia="gU1TgTbe+SimSun" w:hAnsi="gU1TgTbe+SimSun"/>
          <w:color w:val="000000"/>
          <w:sz w:val="24"/>
        </w:rPr>
        <w:t>宿舍卫生维护：获奖励（“寝室之星”称号等）的寝室成员计</w:t>
      </w:r>
      <w:r w:rsidR="00B42582">
        <w:rPr>
          <w:rFonts w:ascii="901OcohL+SimSun" w:eastAsia="901OcohL+SimSun" w:hAnsi="901OcohL+SimSun"/>
          <w:color w:val="000000"/>
          <w:sz w:val="24"/>
        </w:rPr>
        <w:t>2</w:t>
      </w:r>
      <w:r>
        <w:rPr>
          <w:rFonts w:ascii="gU1TgTbe+SimSun" w:eastAsia="gU1TgTbe+SimSun" w:hAnsi="gU1TgTbe+SimSun"/>
          <w:color w:val="000000"/>
          <w:sz w:val="24"/>
        </w:rPr>
        <w:t>课时，寝室长比寝室其他成员多记</w:t>
      </w:r>
      <w:r>
        <w:rPr>
          <w:rFonts w:ascii="901OcohL+SimSun" w:eastAsia="901OcohL+SimSun" w:hAnsi="901OcohL+SimSun"/>
          <w:color w:val="000000"/>
          <w:sz w:val="24"/>
        </w:rPr>
        <w:t>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p w:rsidR="00593C43" w:rsidRDefault="004B0D60" w:rsidP="00593C43">
      <w:pPr>
        <w:widowControl/>
        <w:autoSpaceDE w:val="0"/>
        <w:autoSpaceDN w:val="0"/>
        <w:spacing w:line="312" w:lineRule="exact"/>
        <w:ind w:left="360" w:right="144"/>
        <w:jc w:val="left"/>
        <w:rPr>
          <w:rFonts w:ascii="gU1TgTbe+SimSun" w:eastAsia="gU1TgTbe+SimSun" w:hAnsi="gU1TgTbe+SimSun"/>
          <w:color w:val="000000"/>
          <w:sz w:val="24"/>
        </w:rPr>
      </w:pPr>
      <w:r>
        <w:rPr>
          <w:rFonts w:ascii="901OcohL+SimSun" w:eastAsia="901OcohL+SimSun" w:hAnsi="901OcohL+SimSun"/>
          <w:b/>
          <w:color w:val="000000"/>
          <w:sz w:val="24"/>
        </w:rPr>
        <w:t>2.</w:t>
      </w:r>
      <w:r w:rsidR="00593C43">
        <w:rPr>
          <w:rFonts w:ascii="gU1TgTbe+SimSun" w:eastAsia="gU1TgTbe+SimSun" w:hAnsi="gU1TgTbe+SimSun"/>
          <w:color w:val="000000"/>
          <w:sz w:val="24"/>
        </w:rPr>
        <w:t>服务性劳动实践活动：</w:t>
      </w:r>
    </w:p>
    <w:p w:rsidR="005439BA" w:rsidRDefault="004B0D60" w:rsidP="00593C43">
      <w:pPr>
        <w:widowControl/>
        <w:autoSpaceDE w:val="0"/>
        <w:autoSpaceDN w:val="0"/>
        <w:spacing w:line="312" w:lineRule="exact"/>
        <w:ind w:right="144" w:firstLineChars="200" w:firstLine="480"/>
        <w:jc w:val="left"/>
      </w:pPr>
      <w:r>
        <w:rPr>
          <w:rFonts w:ascii="gU1TgTbe+SimSun" w:eastAsia="gU1TgTbe+SimSun" w:hAnsi="gU1TgTbe+SimSun"/>
          <w:color w:val="000000"/>
          <w:sz w:val="24"/>
        </w:rPr>
        <w:t>食堂志愿者、校园自行车治理等以服务学院，学校相关管理等为工作的志愿服务，可计入</w:t>
      </w:r>
      <w:r>
        <w:rPr>
          <w:rFonts w:ascii="901OcohL+SimSun" w:eastAsia="901OcohL+SimSun" w:hAnsi="901OcohL+SimSun"/>
          <w:color w:val="000000"/>
          <w:sz w:val="24"/>
        </w:rPr>
        <w:t>1</w:t>
      </w:r>
      <w:r>
        <w:rPr>
          <w:rFonts w:ascii="gU1TgTbe+SimSun" w:eastAsia="gU1TgTbe+SimSun" w:hAnsi="gU1TgTbe+SimSun"/>
          <w:color w:val="000000"/>
          <w:sz w:val="24"/>
        </w:rPr>
        <w:t>课时</w:t>
      </w:r>
      <w:r>
        <w:rPr>
          <w:rFonts w:ascii="901OcohL+SimSun" w:eastAsia="901OcohL+SimSun" w:hAnsi="901OcohL+SimSun"/>
          <w:color w:val="000000"/>
          <w:sz w:val="24"/>
        </w:rPr>
        <w:t>/</w:t>
      </w:r>
      <w:r>
        <w:rPr>
          <w:rFonts w:ascii="gU1TgTbe+SimSun" w:eastAsia="gU1TgTbe+SimSun" w:hAnsi="gU1TgTbe+SimSun"/>
          <w:color w:val="000000"/>
          <w:sz w:val="24"/>
        </w:rPr>
        <w:t>次。最高不超过</w:t>
      </w:r>
      <w:r w:rsidR="00B42582">
        <w:rPr>
          <w:rFonts w:ascii="901OcohL+SimSun" w:eastAsia="901OcohL+SimSun" w:hAnsi="901OcohL+SimSun"/>
          <w:color w:val="000000"/>
          <w:sz w:val="24"/>
        </w:rPr>
        <w:t>20</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p w:rsidR="00593C43" w:rsidRDefault="004B0D60" w:rsidP="00593C43">
      <w:pPr>
        <w:widowControl/>
        <w:autoSpaceDE w:val="0"/>
        <w:autoSpaceDN w:val="0"/>
        <w:spacing w:after="38" w:line="312" w:lineRule="exact"/>
        <w:ind w:left="360" w:right="144"/>
        <w:jc w:val="left"/>
        <w:rPr>
          <w:rFonts w:ascii="gU1TgTbe+SimSun" w:eastAsia="gU1TgTbe+SimSun" w:hAnsi="gU1TgTbe+SimSun"/>
          <w:color w:val="000000"/>
          <w:sz w:val="24"/>
        </w:rPr>
      </w:pPr>
      <w:r>
        <w:rPr>
          <w:rFonts w:ascii="901OcohL+SimSun" w:eastAsia="901OcohL+SimSun" w:hAnsi="901OcohL+SimSun"/>
          <w:b/>
          <w:color w:val="000000"/>
          <w:sz w:val="24"/>
        </w:rPr>
        <w:t>3.</w:t>
      </w:r>
      <w:r w:rsidR="00593C43">
        <w:rPr>
          <w:rFonts w:ascii="gU1TgTbe+SimSun" w:eastAsia="gU1TgTbe+SimSun" w:hAnsi="gU1TgTbe+SimSun"/>
          <w:color w:val="000000"/>
          <w:sz w:val="24"/>
        </w:rPr>
        <w:t>比赛类型劳动活动：</w:t>
      </w:r>
    </w:p>
    <w:p w:rsidR="005439BA" w:rsidRDefault="004B0D60" w:rsidP="00593C43">
      <w:pPr>
        <w:widowControl/>
        <w:autoSpaceDE w:val="0"/>
        <w:autoSpaceDN w:val="0"/>
        <w:spacing w:after="38" w:line="312" w:lineRule="exact"/>
        <w:ind w:right="144" w:firstLineChars="200" w:firstLine="480"/>
        <w:jc w:val="left"/>
      </w:pPr>
      <w:proofErr w:type="gramStart"/>
      <w:r>
        <w:rPr>
          <w:rFonts w:ascii="gU1TgTbe+SimSun" w:eastAsia="gU1TgTbe+SimSun" w:hAnsi="gU1TgTbe+SimSun"/>
          <w:color w:val="000000"/>
          <w:sz w:val="24"/>
        </w:rPr>
        <w:t>厨神争霸</w:t>
      </w:r>
      <w:proofErr w:type="gramEnd"/>
      <w:r>
        <w:rPr>
          <w:rFonts w:ascii="gU1TgTbe+SimSun" w:eastAsia="gU1TgTbe+SimSun" w:hAnsi="gU1TgTbe+SimSun"/>
          <w:color w:val="000000"/>
          <w:sz w:val="24"/>
        </w:rPr>
        <w:t>赛、劳动摄影比赛、寝室文化节等以“劳动”为比赛主题的院级，校级评选。由相关奖项判定可计入</w:t>
      </w:r>
      <w:r>
        <w:rPr>
          <w:rFonts w:ascii="901OcohL+SimSun" w:eastAsia="901OcohL+SimSun" w:hAnsi="901OcohL+SimSun"/>
          <w:color w:val="000000"/>
          <w:sz w:val="24"/>
        </w:rPr>
        <w:t>1-8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bl>
      <w:tblPr>
        <w:tblW w:w="0" w:type="auto"/>
        <w:tblInd w:w="321" w:type="dxa"/>
        <w:tblLayout w:type="fixed"/>
        <w:tblLook w:val="04A0" w:firstRow="1" w:lastRow="0" w:firstColumn="1" w:lastColumn="0" w:noHBand="0" w:noVBand="1"/>
      </w:tblPr>
      <w:tblGrid>
        <w:gridCol w:w="2204"/>
        <w:gridCol w:w="4156"/>
        <w:gridCol w:w="2026"/>
      </w:tblGrid>
      <w:tr w:rsidR="005439BA">
        <w:trPr>
          <w:trHeight w:hRule="exact" w:val="452"/>
        </w:trPr>
        <w:tc>
          <w:tcPr>
            <w:tcW w:w="2204" w:type="dxa"/>
            <w:tcBorders>
              <w:top w:val="single" w:sz="4" w:space="0" w:color="000000"/>
              <w:left w:val="single" w:sz="3"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118" w:line="240" w:lineRule="exact"/>
              <w:ind w:left="618"/>
              <w:jc w:val="left"/>
            </w:pPr>
            <w:r>
              <w:rPr>
                <w:rFonts w:ascii="gU1TgTbe+SimSun" w:eastAsia="gU1TgTbe+SimSun" w:hAnsi="gU1TgTbe+SimSun"/>
                <w:color w:val="000000"/>
                <w:sz w:val="24"/>
              </w:rPr>
              <w:t>活动级别</w:t>
            </w:r>
            <w:r>
              <w:rPr>
                <w:rFonts w:ascii="901OcohL+SimSun" w:eastAsia="901OcohL+SimSun" w:hAnsi="901OcohL+SimSun"/>
                <w:color w:val="000000"/>
                <w:sz w:val="24"/>
              </w:rPr>
              <w:t xml:space="preserve"> </w:t>
            </w:r>
          </w:p>
        </w:tc>
        <w:tc>
          <w:tcPr>
            <w:tcW w:w="4156"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1232"/>
              <w:jc w:val="left"/>
            </w:pPr>
            <w:r>
              <w:rPr>
                <w:rFonts w:ascii="gU1TgTbe+SimSun" w:eastAsia="gU1TgTbe+SimSun" w:hAnsi="gU1TgTbe+SimSun"/>
                <w:color w:val="000000"/>
                <w:sz w:val="24"/>
              </w:rPr>
              <w:t>获奖等级及排名</w:t>
            </w:r>
            <w:r>
              <w:rPr>
                <w:rFonts w:ascii="901OcohL+SimSun" w:eastAsia="901OcohL+SimSun" w:hAnsi="901OcohL+SimSun"/>
                <w:color w:val="000000"/>
                <w:sz w:val="24"/>
              </w:rPr>
              <w:t xml:space="preserve"> </w:t>
            </w:r>
          </w:p>
        </w:tc>
        <w:tc>
          <w:tcPr>
            <w:tcW w:w="2026"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406"/>
              <w:jc w:val="left"/>
            </w:pPr>
            <w:r>
              <w:rPr>
                <w:rFonts w:ascii="gU1TgTbe+SimSun" w:eastAsia="gU1TgTbe+SimSun" w:hAnsi="gU1TgTbe+SimSun"/>
                <w:color w:val="000000"/>
                <w:sz w:val="24"/>
              </w:rPr>
              <w:t>计入课时数</w:t>
            </w:r>
            <w:r>
              <w:rPr>
                <w:rFonts w:ascii="901OcohL+SimSun" w:eastAsia="901OcohL+SimSun" w:hAnsi="901OcohL+SimSun"/>
                <w:color w:val="000000"/>
                <w:sz w:val="24"/>
              </w:rPr>
              <w:t xml:space="preserve"> </w:t>
            </w:r>
          </w:p>
        </w:tc>
      </w:tr>
      <w:tr w:rsidR="005439BA">
        <w:trPr>
          <w:trHeight w:hRule="exact" w:val="452"/>
        </w:trPr>
        <w:tc>
          <w:tcPr>
            <w:tcW w:w="2204" w:type="dxa"/>
            <w:vMerge w:val="restart"/>
            <w:tcBorders>
              <w:top w:val="single" w:sz="4" w:space="0" w:color="000000"/>
              <w:left w:val="single" w:sz="3"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796" w:line="240" w:lineRule="exact"/>
              <w:ind w:left="738"/>
              <w:jc w:val="left"/>
            </w:pPr>
            <w:r>
              <w:rPr>
                <w:rFonts w:ascii="gU1TgTbe+SimSun" w:eastAsia="gU1TgTbe+SimSun" w:hAnsi="gU1TgTbe+SimSun"/>
                <w:color w:val="000000"/>
                <w:sz w:val="24"/>
              </w:rPr>
              <w:t>校</w:t>
            </w:r>
            <w:r>
              <w:rPr>
                <w:rFonts w:ascii="901OcohL+SimSun" w:eastAsia="901OcohL+SimSun" w:hAnsi="901OcohL+SimSun"/>
                <w:color w:val="000000"/>
                <w:sz w:val="24"/>
              </w:rPr>
              <w:t xml:space="preserve">  </w:t>
            </w:r>
            <w:r>
              <w:rPr>
                <w:rFonts w:ascii="gU1TgTbe+SimSun" w:eastAsia="gU1TgTbe+SimSun" w:hAnsi="gU1TgTbe+SimSun"/>
                <w:color w:val="000000"/>
                <w:sz w:val="24"/>
              </w:rPr>
              <w:t>级</w:t>
            </w:r>
            <w:r>
              <w:rPr>
                <w:rFonts w:ascii="901OcohL+SimSun" w:eastAsia="901OcohL+SimSun" w:hAnsi="901OcohL+SimSun"/>
                <w:color w:val="000000"/>
                <w:sz w:val="24"/>
              </w:rPr>
              <w:t xml:space="preserve"> </w:t>
            </w:r>
          </w:p>
        </w:tc>
        <w:tc>
          <w:tcPr>
            <w:tcW w:w="4156"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1232"/>
              <w:jc w:val="left"/>
            </w:pPr>
            <w:r>
              <w:rPr>
                <w:rFonts w:ascii="gU1TgTbe+SimSun" w:eastAsia="gU1TgTbe+SimSun" w:hAnsi="gU1TgTbe+SimSun"/>
                <w:color w:val="000000"/>
                <w:sz w:val="24"/>
              </w:rPr>
              <w:t>特等奖或第一名</w:t>
            </w:r>
            <w:r>
              <w:rPr>
                <w:rFonts w:ascii="901OcohL+SimSun" w:eastAsia="901OcohL+SimSun" w:hAnsi="901OcohL+SimSun"/>
                <w:color w:val="000000"/>
                <w:sz w:val="24"/>
              </w:rPr>
              <w:t xml:space="preserve"> </w:t>
            </w:r>
          </w:p>
        </w:tc>
        <w:tc>
          <w:tcPr>
            <w:tcW w:w="2026"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0" w:line="240" w:lineRule="exact"/>
              <w:ind w:left="674"/>
              <w:jc w:val="left"/>
            </w:pPr>
            <w:r>
              <w:rPr>
                <w:rFonts w:ascii="901OcohL+SimSun" w:eastAsia="901OcohL+SimSun" w:hAnsi="901OcohL+SimSun"/>
                <w:color w:val="000000"/>
                <w:sz w:val="24"/>
              </w:rPr>
              <w:t>8</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0"/>
        </w:trPr>
        <w:tc>
          <w:tcPr>
            <w:tcW w:w="3009" w:type="dxa"/>
            <w:vMerge/>
            <w:tcBorders>
              <w:top w:val="single" w:sz="4" w:space="0" w:color="000000"/>
              <w:left w:val="single" w:sz="3" w:space="0" w:color="000000"/>
              <w:bottom w:val="single" w:sz="4" w:space="0" w:color="000000"/>
              <w:right w:val="single" w:sz="3" w:space="0" w:color="000000"/>
            </w:tcBorders>
          </w:tcPr>
          <w:p w:rsidR="005439BA" w:rsidRDefault="005439BA"/>
        </w:tc>
        <w:tc>
          <w:tcPr>
            <w:tcW w:w="4156"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1232"/>
              <w:jc w:val="left"/>
            </w:pPr>
            <w:r>
              <w:rPr>
                <w:rFonts w:ascii="gU1TgTbe+SimSun" w:eastAsia="gU1TgTbe+SimSun" w:hAnsi="gU1TgTbe+SimSun"/>
                <w:color w:val="000000"/>
                <w:sz w:val="24"/>
              </w:rPr>
              <w:t>等级奖、单项奖</w:t>
            </w:r>
            <w:r>
              <w:rPr>
                <w:rFonts w:ascii="901OcohL+SimSun" w:eastAsia="901OcohL+SimSun" w:hAnsi="901OcohL+SimSun"/>
                <w:color w:val="000000"/>
                <w:sz w:val="24"/>
              </w:rPr>
              <w:t xml:space="preserve"> </w:t>
            </w:r>
          </w:p>
        </w:tc>
        <w:tc>
          <w:tcPr>
            <w:tcW w:w="2026"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674"/>
              <w:jc w:val="left"/>
            </w:pPr>
            <w:r>
              <w:rPr>
                <w:rFonts w:ascii="901OcohL+SimSun" w:eastAsia="901OcohL+SimSun" w:hAnsi="901OcohL+SimSun"/>
                <w:color w:val="000000"/>
                <w:sz w:val="24"/>
              </w:rPr>
              <w:t>6</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6"/>
        </w:trPr>
        <w:tc>
          <w:tcPr>
            <w:tcW w:w="3009" w:type="dxa"/>
            <w:vMerge/>
            <w:tcBorders>
              <w:top w:val="single" w:sz="4" w:space="0" w:color="000000"/>
              <w:left w:val="single" w:sz="3" w:space="0" w:color="000000"/>
              <w:bottom w:val="single" w:sz="4" w:space="0" w:color="000000"/>
              <w:right w:val="single" w:sz="3" w:space="0" w:color="000000"/>
            </w:tcBorders>
          </w:tcPr>
          <w:p w:rsidR="005439BA" w:rsidRDefault="005439BA"/>
        </w:tc>
        <w:tc>
          <w:tcPr>
            <w:tcW w:w="4156"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1232"/>
              <w:jc w:val="left"/>
            </w:pPr>
            <w:r>
              <w:rPr>
                <w:rFonts w:ascii="gU1TgTbe+SimSun" w:eastAsia="gU1TgTbe+SimSun" w:hAnsi="gU1TgTbe+SimSun"/>
                <w:color w:val="000000"/>
                <w:sz w:val="24"/>
              </w:rPr>
              <w:t>优胜奖或鼓励奖</w:t>
            </w:r>
            <w:r>
              <w:rPr>
                <w:rFonts w:ascii="901OcohL+SimSun" w:eastAsia="901OcohL+SimSun" w:hAnsi="901OcohL+SimSun"/>
                <w:color w:val="000000"/>
                <w:sz w:val="24"/>
              </w:rPr>
              <w:t xml:space="preserve"> </w:t>
            </w:r>
          </w:p>
        </w:tc>
        <w:tc>
          <w:tcPr>
            <w:tcW w:w="2026"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674"/>
              <w:jc w:val="left"/>
            </w:pPr>
            <w:r>
              <w:rPr>
                <w:rFonts w:ascii="901OcohL+SimSun" w:eastAsia="901OcohL+SimSun" w:hAnsi="901OcohL+SimSun"/>
                <w:color w:val="000000"/>
                <w:sz w:val="24"/>
              </w:rPr>
              <w:t>5</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3" w:space="0" w:color="000000"/>
              <w:bottom w:val="single" w:sz="4" w:space="0" w:color="000000"/>
              <w:right w:val="single" w:sz="3" w:space="0" w:color="000000"/>
            </w:tcBorders>
          </w:tcPr>
          <w:p w:rsidR="005439BA" w:rsidRDefault="005439BA"/>
        </w:tc>
        <w:tc>
          <w:tcPr>
            <w:tcW w:w="4156"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1712"/>
              <w:jc w:val="left"/>
            </w:pPr>
            <w:r>
              <w:rPr>
                <w:rFonts w:ascii="gU1TgTbe+SimSun" w:eastAsia="gU1TgTbe+SimSun" w:hAnsi="gU1TgTbe+SimSun"/>
                <w:color w:val="000000"/>
                <w:sz w:val="24"/>
              </w:rPr>
              <w:t>参赛者</w:t>
            </w:r>
            <w:r>
              <w:rPr>
                <w:rFonts w:ascii="901OcohL+SimSun" w:eastAsia="901OcohL+SimSun" w:hAnsi="901OcohL+SimSun"/>
                <w:color w:val="000000"/>
                <w:sz w:val="24"/>
              </w:rPr>
              <w:t xml:space="preserve"> </w:t>
            </w:r>
          </w:p>
        </w:tc>
        <w:tc>
          <w:tcPr>
            <w:tcW w:w="2026"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674"/>
              <w:jc w:val="left"/>
            </w:pPr>
            <w:r>
              <w:rPr>
                <w:rFonts w:ascii="901OcohL+SimSun" w:eastAsia="901OcohL+SimSun" w:hAnsi="901OcohL+SimSun"/>
                <w:color w:val="000000"/>
                <w:sz w:val="24"/>
              </w:rPr>
              <w:t>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0"/>
        </w:trPr>
        <w:tc>
          <w:tcPr>
            <w:tcW w:w="2204" w:type="dxa"/>
            <w:vMerge w:val="restart"/>
            <w:tcBorders>
              <w:top w:val="single" w:sz="4" w:space="0" w:color="000000"/>
              <w:left w:val="single" w:sz="3"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566" w:line="240" w:lineRule="exact"/>
              <w:ind w:left="738"/>
              <w:jc w:val="left"/>
            </w:pPr>
            <w:r>
              <w:rPr>
                <w:rFonts w:ascii="gU1TgTbe+SimSun" w:eastAsia="gU1TgTbe+SimSun" w:hAnsi="gU1TgTbe+SimSun"/>
                <w:color w:val="000000"/>
                <w:sz w:val="24"/>
              </w:rPr>
              <w:t>院</w:t>
            </w:r>
            <w:r>
              <w:rPr>
                <w:rFonts w:ascii="901OcohL+SimSun" w:eastAsia="901OcohL+SimSun" w:hAnsi="901OcohL+SimSun"/>
                <w:color w:val="000000"/>
                <w:sz w:val="24"/>
              </w:rPr>
              <w:t xml:space="preserve">  </w:t>
            </w:r>
            <w:r>
              <w:rPr>
                <w:rFonts w:ascii="gU1TgTbe+SimSun" w:eastAsia="gU1TgTbe+SimSun" w:hAnsi="gU1TgTbe+SimSun"/>
                <w:color w:val="000000"/>
                <w:sz w:val="24"/>
              </w:rPr>
              <w:t>级</w:t>
            </w:r>
            <w:r>
              <w:rPr>
                <w:rFonts w:ascii="901OcohL+SimSun" w:eastAsia="901OcohL+SimSun" w:hAnsi="901OcohL+SimSun"/>
                <w:color w:val="000000"/>
                <w:sz w:val="24"/>
              </w:rPr>
              <w:t xml:space="preserve"> </w:t>
            </w:r>
          </w:p>
        </w:tc>
        <w:tc>
          <w:tcPr>
            <w:tcW w:w="4156"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4" w:line="240" w:lineRule="exact"/>
              <w:ind w:left="1232"/>
              <w:jc w:val="left"/>
            </w:pPr>
            <w:r>
              <w:rPr>
                <w:rFonts w:ascii="gU1TgTbe+SimSun" w:eastAsia="gU1TgTbe+SimSun" w:hAnsi="gU1TgTbe+SimSun"/>
                <w:color w:val="000000"/>
                <w:sz w:val="24"/>
              </w:rPr>
              <w:t>特等奖或第一名</w:t>
            </w:r>
            <w:r>
              <w:rPr>
                <w:rFonts w:ascii="901OcohL+SimSun" w:eastAsia="901OcohL+SimSun" w:hAnsi="901OcohL+SimSun"/>
                <w:color w:val="000000"/>
                <w:sz w:val="24"/>
              </w:rPr>
              <w:t xml:space="preserve"> </w:t>
            </w:r>
          </w:p>
        </w:tc>
        <w:tc>
          <w:tcPr>
            <w:tcW w:w="2026"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6" w:line="240" w:lineRule="exact"/>
              <w:ind w:left="674"/>
              <w:jc w:val="left"/>
            </w:pPr>
            <w:r>
              <w:rPr>
                <w:rFonts w:ascii="901OcohL+SimSun" w:eastAsia="901OcohL+SimSun" w:hAnsi="901OcohL+SimSun"/>
                <w:color w:val="000000"/>
                <w:sz w:val="24"/>
              </w:rPr>
              <w:t>4</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3" w:space="0" w:color="000000"/>
              <w:bottom w:val="single" w:sz="4" w:space="0" w:color="000000"/>
              <w:right w:val="single" w:sz="3" w:space="0" w:color="000000"/>
            </w:tcBorders>
          </w:tcPr>
          <w:p w:rsidR="005439BA" w:rsidRDefault="005439BA"/>
        </w:tc>
        <w:tc>
          <w:tcPr>
            <w:tcW w:w="4156"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1712"/>
              <w:jc w:val="left"/>
            </w:pPr>
            <w:r>
              <w:rPr>
                <w:rFonts w:ascii="gU1TgTbe+SimSun" w:eastAsia="gU1TgTbe+SimSun" w:hAnsi="gU1TgTbe+SimSun"/>
                <w:color w:val="000000"/>
                <w:sz w:val="24"/>
              </w:rPr>
              <w:t>其它奖</w:t>
            </w:r>
            <w:r>
              <w:rPr>
                <w:rFonts w:ascii="901OcohL+SimSun" w:eastAsia="901OcohL+SimSun" w:hAnsi="901OcohL+SimSun"/>
                <w:color w:val="000000"/>
                <w:sz w:val="24"/>
              </w:rPr>
              <w:t xml:space="preserve"> </w:t>
            </w:r>
          </w:p>
        </w:tc>
        <w:tc>
          <w:tcPr>
            <w:tcW w:w="2026"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02" w:line="240" w:lineRule="exact"/>
              <w:ind w:left="674"/>
              <w:jc w:val="left"/>
            </w:pPr>
            <w:r>
              <w:rPr>
                <w:rFonts w:ascii="901OcohL+SimSun" w:eastAsia="901OcohL+SimSun" w:hAnsi="901OcohL+SimSun"/>
                <w:color w:val="000000"/>
                <w:sz w:val="24"/>
              </w:rPr>
              <w:t>3</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2"/>
        </w:trPr>
        <w:tc>
          <w:tcPr>
            <w:tcW w:w="3009" w:type="dxa"/>
            <w:vMerge/>
            <w:tcBorders>
              <w:top w:val="single" w:sz="4" w:space="0" w:color="000000"/>
              <w:left w:val="single" w:sz="3" w:space="0" w:color="000000"/>
              <w:bottom w:val="single" w:sz="4" w:space="0" w:color="000000"/>
              <w:right w:val="single" w:sz="3" w:space="0" w:color="000000"/>
            </w:tcBorders>
          </w:tcPr>
          <w:p w:rsidR="005439BA" w:rsidRDefault="005439BA"/>
        </w:tc>
        <w:tc>
          <w:tcPr>
            <w:tcW w:w="4156"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6" w:line="240" w:lineRule="exact"/>
              <w:ind w:left="1712"/>
              <w:jc w:val="left"/>
            </w:pPr>
            <w:r>
              <w:rPr>
                <w:rFonts w:ascii="gU1TgTbe+SimSun" w:eastAsia="gU1TgTbe+SimSun" w:hAnsi="gU1TgTbe+SimSun"/>
                <w:color w:val="000000"/>
                <w:sz w:val="24"/>
              </w:rPr>
              <w:t>参赛者</w:t>
            </w:r>
            <w:r>
              <w:rPr>
                <w:rFonts w:ascii="901OcohL+SimSun" w:eastAsia="901OcohL+SimSun" w:hAnsi="901OcohL+SimSun"/>
                <w:color w:val="000000"/>
                <w:sz w:val="24"/>
              </w:rPr>
              <w:t xml:space="preserve"> </w:t>
            </w:r>
          </w:p>
        </w:tc>
        <w:tc>
          <w:tcPr>
            <w:tcW w:w="2026"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674"/>
              <w:jc w:val="left"/>
            </w:pPr>
            <w:r>
              <w:rPr>
                <w:rFonts w:ascii="901OcohL+SimSun" w:eastAsia="901OcohL+SimSun" w:hAnsi="901OcohL+SimSun"/>
                <w:color w:val="000000"/>
                <w:sz w:val="24"/>
              </w:rPr>
              <w:t>2</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r w:rsidR="005439BA">
        <w:trPr>
          <w:trHeight w:hRule="exact" w:val="456"/>
        </w:trPr>
        <w:tc>
          <w:tcPr>
            <w:tcW w:w="2204" w:type="dxa"/>
            <w:tcBorders>
              <w:top w:val="single" w:sz="4" w:space="0" w:color="000000"/>
              <w:left w:val="single" w:sz="3" w:space="0" w:color="000000"/>
              <w:bottom w:val="single" w:sz="4" w:space="0" w:color="000000"/>
              <w:right w:val="single" w:sz="3" w:space="0" w:color="000000"/>
            </w:tcBorders>
            <w:tcMar>
              <w:left w:w="0" w:type="dxa"/>
              <w:right w:w="0" w:type="dxa"/>
            </w:tcMar>
          </w:tcPr>
          <w:p w:rsidR="005439BA" w:rsidRDefault="004B0D60">
            <w:pPr>
              <w:widowControl/>
              <w:autoSpaceDE w:val="0"/>
              <w:autoSpaceDN w:val="0"/>
              <w:spacing w:before="118" w:line="240" w:lineRule="exact"/>
              <w:ind w:left="738"/>
              <w:jc w:val="left"/>
            </w:pPr>
            <w:r>
              <w:rPr>
                <w:rFonts w:ascii="gU1TgTbe+SimSun" w:eastAsia="gU1TgTbe+SimSun" w:hAnsi="gU1TgTbe+SimSun"/>
                <w:color w:val="000000"/>
                <w:sz w:val="24"/>
              </w:rPr>
              <w:t>班</w:t>
            </w:r>
            <w:r>
              <w:rPr>
                <w:rFonts w:ascii="901OcohL+SimSun" w:eastAsia="901OcohL+SimSun" w:hAnsi="901OcohL+SimSun"/>
                <w:color w:val="000000"/>
                <w:sz w:val="24"/>
              </w:rPr>
              <w:t xml:space="preserve">  </w:t>
            </w:r>
            <w:r>
              <w:rPr>
                <w:rFonts w:ascii="gU1TgTbe+SimSun" w:eastAsia="gU1TgTbe+SimSun" w:hAnsi="gU1TgTbe+SimSun"/>
                <w:color w:val="000000"/>
                <w:sz w:val="24"/>
              </w:rPr>
              <w:t>级</w:t>
            </w:r>
            <w:r>
              <w:rPr>
                <w:rFonts w:ascii="901OcohL+SimSun" w:eastAsia="901OcohL+SimSun" w:hAnsi="901OcohL+SimSun"/>
                <w:color w:val="000000"/>
                <w:sz w:val="24"/>
              </w:rPr>
              <w:t xml:space="preserve"> </w:t>
            </w:r>
          </w:p>
        </w:tc>
        <w:tc>
          <w:tcPr>
            <w:tcW w:w="4156" w:type="dxa"/>
            <w:tcBorders>
              <w:top w:val="single" w:sz="4" w:space="0" w:color="000000"/>
              <w:left w:val="single" w:sz="3"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118" w:line="240" w:lineRule="exact"/>
              <w:ind w:left="1712"/>
              <w:jc w:val="left"/>
            </w:pPr>
            <w:r>
              <w:rPr>
                <w:rFonts w:ascii="gU1TgTbe+SimSun" w:eastAsia="gU1TgTbe+SimSun" w:hAnsi="gU1TgTbe+SimSun"/>
                <w:color w:val="000000"/>
                <w:sz w:val="24"/>
              </w:rPr>
              <w:t>参加者</w:t>
            </w:r>
            <w:r>
              <w:rPr>
                <w:rFonts w:ascii="901OcohL+SimSun" w:eastAsia="901OcohL+SimSun" w:hAnsi="901OcohL+SimSun"/>
                <w:color w:val="000000"/>
                <w:sz w:val="24"/>
              </w:rPr>
              <w:t xml:space="preserve"> </w:t>
            </w:r>
          </w:p>
        </w:tc>
        <w:tc>
          <w:tcPr>
            <w:tcW w:w="2026" w:type="dxa"/>
            <w:tcBorders>
              <w:top w:val="single" w:sz="4" w:space="0" w:color="000000"/>
              <w:left w:val="single" w:sz="4" w:space="0" w:color="000000"/>
              <w:bottom w:val="single" w:sz="4" w:space="0" w:color="000000"/>
              <w:right w:val="single" w:sz="4" w:space="0" w:color="000000"/>
            </w:tcBorders>
            <w:tcMar>
              <w:left w:w="0" w:type="dxa"/>
              <w:right w:w="0" w:type="dxa"/>
            </w:tcMar>
          </w:tcPr>
          <w:p w:rsidR="005439BA" w:rsidRDefault="004B0D60">
            <w:pPr>
              <w:widowControl/>
              <w:autoSpaceDE w:val="0"/>
              <w:autoSpaceDN w:val="0"/>
              <w:spacing w:before="98" w:line="240" w:lineRule="exact"/>
              <w:ind w:left="674"/>
              <w:jc w:val="left"/>
            </w:pPr>
            <w:r>
              <w:rPr>
                <w:rFonts w:ascii="901OcohL+SimSun" w:eastAsia="901OcohL+SimSun" w:hAnsi="901OcohL+SimSun"/>
                <w:color w:val="000000"/>
                <w:sz w:val="24"/>
              </w:rPr>
              <w:t>1</w:t>
            </w:r>
            <w:r>
              <w:rPr>
                <w:rFonts w:ascii="gU1TgTbe+SimSun" w:eastAsia="gU1TgTbe+SimSun" w:hAnsi="gU1TgTbe+SimSun"/>
                <w:color w:val="000000"/>
                <w:sz w:val="24"/>
              </w:rPr>
              <w:t>课时</w:t>
            </w:r>
            <w:r>
              <w:rPr>
                <w:rFonts w:ascii="901OcohL+SimSun" w:eastAsia="901OcohL+SimSun" w:hAnsi="901OcohL+SimSun"/>
                <w:color w:val="000000"/>
                <w:sz w:val="24"/>
              </w:rPr>
              <w:t xml:space="preserve"> </w:t>
            </w:r>
          </w:p>
        </w:tc>
      </w:tr>
    </w:tbl>
    <w:p w:rsidR="005439BA" w:rsidRDefault="004B0D60">
      <w:pPr>
        <w:widowControl/>
        <w:autoSpaceDE w:val="0"/>
        <w:autoSpaceDN w:val="0"/>
        <w:spacing w:line="292" w:lineRule="exact"/>
        <w:ind w:left="360" w:right="1296"/>
        <w:jc w:val="left"/>
      </w:pPr>
      <w:r>
        <w:rPr>
          <w:rFonts w:ascii="gU1TgTbe+SimSun" w:eastAsia="gU1TgTbe+SimSun" w:hAnsi="gU1TgTbe+SimSun"/>
          <w:b/>
          <w:color w:val="000000"/>
          <w:sz w:val="24"/>
        </w:rPr>
        <w:t>注：以上表格加分不可累加得分，最终得分按最高级别奖项课时计入</w:t>
      </w:r>
      <w:r>
        <w:rPr>
          <w:rFonts w:ascii="901OcohL+SimSun" w:eastAsia="901OcohL+SimSun" w:hAnsi="901OcohL+SimSun"/>
          <w:b/>
          <w:color w:val="000000"/>
          <w:sz w:val="24"/>
        </w:rPr>
        <w:t xml:space="preserve"> 4.</w:t>
      </w:r>
      <w:r>
        <w:rPr>
          <w:rFonts w:ascii="gU1TgTbe+SimSun" w:eastAsia="gU1TgTbe+SimSun" w:hAnsi="gU1TgTbe+SimSun"/>
          <w:b/>
          <w:color w:val="000000"/>
          <w:sz w:val="24"/>
        </w:rPr>
        <w:t>学生工作：</w:t>
      </w:r>
      <w:r>
        <w:rPr>
          <w:rFonts w:ascii="901OcohL+SimSun" w:eastAsia="901OcohL+SimSun" w:hAnsi="901OcohL+SimSun"/>
          <w:b/>
          <w:color w:val="000000"/>
          <w:sz w:val="24"/>
        </w:rPr>
        <w:t xml:space="preserve"> </w:t>
      </w:r>
    </w:p>
    <w:p w:rsidR="005439BA" w:rsidRDefault="005439BA">
      <w:pPr>
        <w:sectPr w:rsidR="005439BA">
          <w:pgSz w:w="11906" w:h="17238"/>
          <w:pgMar w:top="720" w:right="1440" w:bottom="816" w:left="1440" w:header="720" w:footer="720" w:gutter="0"/>
          <w:cols w:space="720" w:equalWidth="0">
            <w:col w:w="9026" w:space="0"/>
          </w:cols>
          <w:docGrid w:linePitch="360"/>
        </w:sectPr>
      </w:pPr>
    </w:p>
    <w:p w:rsidR="005439BA" w:rsidRDefault="004B0D60">
      <w:pPr>
        <w:widowControl/>
        <w:autoSpaceDE w:val="0"/>
        <w:autoSpaceDN w:val="0"/>
        <w:spacing w:before="516" w:line="220" w:lineRule="exact"/>
      </w:pPr>
      <w:r>
        <w:rPr>
          <w:noProof/>
        </w:rPr>
        <w:lastRenderedPageBreak/>
        <w:drawing>
          <wp:anchor distT="0" distB="0" distL="0" distR="0" simplePos="0" relativeHeight="251678208" behindDoc="1" locked="0" layoutInCell="1" allowOverlap="1">
            <wp:simplePos x="0" y="0"/>
            <wp:positionH relativeFrom="page">
              <wp:posOffset>1143000</wp:posOffset>
            </wp:positionH>
            <wp:positionV relativeFrom="page">
              <wp:posOffset>2708910</wp:posOffset>
            </wp:positionV>
            <wp:extent cx="5273040" cy="527304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5273040" cy="5273040"/>
                    </a:xfrm>
                    <a:prstGeom prst="rect">
                      <a:avLst/>
                    </a:prstGeom>
                  </pic:spPr>
                </pic:pic>
              </a:graphicData>
            </a:graphic>
          </wp:anchor>
        </w:drawing>
      </w:r>
    </w:p>
    <w:p w:rsidR="005439BA" w:rsidRDefault="004B0D60" w:rsidP="00593C43">
      <w:pPr>
        <w:widowControl/>
        <w:autoSpaceDE w:val="0"/>
        <w:autoSpaceDN w:val="0"/>
        <w:spacing w:line="276" w:lineRule="exact"/>
        <w:ind w:right="288" w:firstLineChars="200" w:firstLine="480"/>
        <w:jc w:val="left"/>
      </w:pPr>
      <w:r>
        <w:rPr>
          <w:rFonts w:ascii="gU1TgTbe+SimSun" w:eastAsia="gU1TgTbe+SimSun" w:hAnsi="gU1TgTbe+SimSun"/>
          <w:color w:val="000000"/>
          <w:sz w:val="24"/>
        </w:rPr>
        <w:t>组织、策划劳动教育相关活动可每次计入</w:t>
      </w:r>
      <w:r>
        <w:rPr>
          <w:rFonts w:ascii="901OcohL+SimSun" w:eastAsia="901OcohL+SimSun" w:hAnsi="901OcohL+SimSun"/>
          <w:color w:val="000000"/>
          <w:sz w:val="24"/>
        </w:rPr>
        <w:t>2</w:t>
      </w:r>
      <w:r>
        <w:rPr>
          <w:rFonts w:ascii="gU1TgTbe+SimSun" w:eastAsia="gU1TgTbe+SimSun" w:hAnsi="gU1TgTbe+SimSun"/>
          <w:color w:val="000000"/>
          <w:sz w:val="24"/>
        </w:rPr>
        <w:t>课时，生活委员计入</w:t>
      </w:r>
      <w:r>
        <w:rPr>
          <w:rFonts w:ascii="901OcohL+SimSun" w:eastAsia="901OcohL+SimSun" w:hAnsi="901OcohL+SimSun"/>
          <w:color w:val="000000"/>
          <w:sz w:val="24"/>
        </w:rPr>
        <w:t>2</w:t>
      </w:r>
      <w:r>
        <w:rPr>
          <w:rFonts w:ascii="gU1TgTbe+SimSun" w:eastAsia="gU1TgTbe+SimSun" w:hAnsi="gU1TgTbe+SimSun"/>
          <w:color w:val="000000"/>
          <w:sz w:val="24"/>
        </w:rPr>
        <w:t>课时，上限为</w:t>
      </w:r>
      <w:r>
        <w:rPr>
          <w:rFonts w:ascii="901OcohL+SimSun" w:eastAsia="901OcohL+SimSun" w:hAnsi="901OcohL+SimSun"/>
          <w:color w:val="000000"/>
          <w:sz w:val="24"/>
        </w:rPr>
        <w:t>8</w:t>
      </w:r>
      <w:r w:rsidR="00B42582">
        <w:rPr>
          <w:rFonts w:ascii="gU1TgTbe+SimSun" w:eastAsia="gU1TgTbe+SimSun" w:hAnsi="gU1TgTbe+SimSun"/>
          <w:color w:val="000000"/>
          <w:sz w:val="24"/>
        </w:rPr>
        <w:t>课时</w:t>
      </w:r>
      <w:r>
        <w:rPr>
          <w:rFonts w:ascii="901OcohL+SimSun" w:eastAsia="901OcohL+SimSun" w:hAnsi="901OcohL+SimSun"/>
          <w:color w:val="000000"/>
          <w:sz w:val="24"/>
        </w:rPr>
        <w:t xml:space="preserve"> </w:t>
      </w:r>
    </w:p>
    <w:p w:rsidR="00B42582" w:rsidRDefault="004B0D60">
      <w:pPr>
        <w:widowControl/>
        <w:autoSpaceDE w:val="0"/>
        <w:autoSpaceDN w:val="0"/>
        <w:spacing w:line="312" w:lineRule="exact"/>
        <w:ind w:left="360" w:right="288"/>
        <w:jc w:val="left"/>
        <w:rPr>
          <w:rFonts w:ascii="901OcohL+SimSun" w:eastAsia="901OcohL+SimSun" w:hAnsi="901OcohL+SimSun"/>
          <w:color w:val="000000"/>
          <w:sz w:val="24"/>
        </w:rPr>
      </w:pPr>
      <w:r>
        <w:rPr>
          <w:rFonts w:ascii="901OcohL+SimSun" w:eastAsia="901OcohL+SimSun" w:hAnsi="901OcohL+SimSun"/>
          <w:b/>
          <w:color w:val="000000"/>
          <w:sz w:val="24"/>
        </w:rPr>
        <w:t>5.</w:t>
      </w:r>
      <w:r>
        <w:rPr>
          <w:rFonts w:ascii="gU1TgTbe+SimSun" w:eastAsia="gU1TgTbe+SimSun" w:hAnsi="gU1TgTbe+SimSun"/>
          <w:b/>
          <w:color w:val="000000"/>
          <w:sz w:val="24"/>
        </w:rPr>
        <w:t>培训及讲座：</w:t>
      </w:r>
      <w:r>
        <w:rPr>
          <w:rFonts w:ascii="901OcohL+SimSun" w:eastAsia="901OcohL+SimSun" w:hAnsi="901OcohL+SimSun"/>
          <w:b/>
          <w:color w:val="000000"/>
          <w:sz w:val="24"/>
        </w:rPr>
        <w:t xml:space="preserve"> </w:t>
      </w:r>
      <w:r>
        <w:br/>
      </w:r>
      <w:r>
        <w:rPr>
          <w:rFonts w:ascii="gU1TgTbe+SimSun" w:eastAsia="gU1TgTbe+SimSun" w:hAnsi="gU1TgTbe+SimSun"/>
          <w:color w:val="000000"/>
          <w:sz w:val="24"/>
        </w:rPr>
        <w:t>生活委员会议、救护知识培训、寝室长培训每次可计入</w:t>
      </w:r>
      <w:r>
        <w:rPr>
          <w:rFonts w:ascii="901OcohL+SimSun" w:eastAsia="901OcohL+SimSun" w:hAnsi="901OcohL+SimSun"/>
          <w:color w:val="000000"/>
          <w:sz w:val="24"/>
        </w:rPr>
        <w:t>2</w:t>
      </w:r>
      <w:r>
        <w:rPr>
          <w:rFonts w:ascii="gU1TgTbe+SimSun" w:eastAsia="gU1TgTbe+SimSun" w:hAnsi="gU1TgTbe+SimSun"/>
          <w:color w:val="000000"/>
          <w:sz w:val="24"/>
        </w:rPr>
        <w:t>课时，上限为</w:t>
      </w:r>
      <w:r>
        <w:rPr>
          <w:rFonts w:ascii="901OcohL+SimSun" w:eastAsia="901OcohL+SimSun" w:hAnsi="901OcohL+SimSun"/>
          <w:color w:val="000000"/>
          <w:sz w:val="24"/>
        </w:rPr>
        <w:t>4</w:t>
      </w:r>
      <w:r>
        <w:rPr>
          <w:rFonts w:ascii="gU1TgTbe+SimSun" w:eastAsia="gU1TgTbe+SimSun" w:hAnsi="gU1TgTbe+SimSun"/>
          <w:color w:val="000000"/>
          <w:sz w:val="24"/>
        </w:rPr>
        <w:t>课时</w:t>
      </w:r>
    </w:p>
    <w:p w:rsidR="005439BA" w:rsidRDefault="004B0D60">
      <w:pPr>
        <w:widowControl/>
        <w:autoSpaceDE w:val="0"/>
        <w:autoSpaceDN w:val="0"/>
        <w:spacing w:line="312" w:lineRule="exact"/>
        <w:ind w:left="360" w:right="288"/>
        <w:jc w:val="left"/>
      </w:pPr>
      <w:r>
        <w:rPr>
          <w:rFonts w:ascii="901OcohL+SimSun" w:eastAsia="901OcohL+SimSun" w:hAnsi="901OcohL+SimSun"/>
          <w:b/>
          <w:color w:val="000000"/>
          <w:sz w:val="24"/>
        </w:rPr>
        <w:t>6.</w:t>
      </w:r>
      <w:r>
        <w:rPr>
          <w:rFonts w:ascii="gU1TgTbe+SimSun" w:eastAsia="gU1TgTbe+SimSun" w:hAnsi="gU1TgTbe+SimSun"/>
          <w:b/>
          <w:color w:val="000000"/>
          <w:sz w:val="24"/>
        </w:rPr>
        <w:t>参与组织上述活动与比赛依照比赛规模可计入</w:t>
      </w:r>
      <w:r>
        <w:rPr>
          <w:rFonts w:ascii="901OcohL+SimSun" w:eastAsia="901OcohL+SimSun" w:hAnsi="901OcohL+SimSun"/>
          <w:b/>
          <w:color w:val="000000"/>
          <w:sz w:val="24"/>
        </w:rPr>
        <w:t>1-3</w:t>
      </w:r>
      <w:r>
        <w:rPr>
          <w:rFonts w:ascii="gU1TgTbe+SimSun" w:eastAsia="gU1TgTbe+SimSun" w:hAnsi="gU1TgTbe+SimSun"/>
          <w:b/>
          <w:color w:val="000000"/>
          <w:sz w:val="24"/>
        </w:rPr>
        <w:t>课时</w:t>
      </w:r>
      <w:r>
        <w:rPr>
          <w:rFonts w:ascii="901OcohL+SimSun" w:eastAsia="901OcohL+SimSun" w:hAnsi="901OcohL+SimSun"/>
          <w:b/>
          <w:color w:val="000000"/>
          <w:sz w:val="24"/>
        </w:rPr>
        <w:t>/</w:t>
      </w:r>
      <w:r>
        <w:rPr>
          <w:rFonts w:ascii="gU1TgTbe+SimSun" w:eastAsia="gU1TgTbe+SimSun" w:hAnsi="gU1TgTbe+SimSun"/>
          <w:b/>
          <w:color w:val="000000"/>
          <w:sz w:val="24"/>
        </w:rPr>
        <w:t>次（班级</w:t>
      </w:r>
      <w:r>
        <w:rPr>
          <w:rFonts w:ascii="901OcohL+SimSun" w:eastAsia="901OcohL+SimSun" w:hAnsi="901OcohL+SimSun"/>
          <w:b/>
          <w:color w:val="000000"/>
          <w:sz w:val="24"/>
        </w:rPr>
        <w:t>1</w:t>
      </w:r>
      <w:r>
        <w:rPr>
          <w:rFonts w:ascii="gU1TgTbe+SimSun" w:eastAsia="gU1TgTbe+SimSun" w:hAnsi="gU1TgTbe+SimSun"/>
          <w:b/>
          <w:color w:val="000000"/>
          <w:sz w:val="24"/>
        </w:rPr>
        <w:t>课时，院级</w:t>
      </w:r>
      <w:r>
        <w:rPr>
          <w:rFonts w:ascii="901OcohL+SimSun" w:eastAsia="901OcohL+SimSun" w:hAnsi="901OcohL+SimSun"/>
          <w:b/>
          <w:color w:val="000000"/>
          <w:sz w:val="24"/>
        </w:rPr>
        <w:t>2</w:t>
      </w:r>
      <w:r>
        <w:rPr>
          <w:rFonts w:ascii="gU1TgTbe+SimSun" w:eastAsia="gU1TgTbe+SimSun" w:hAnsi="gU1TgTbe+SimSun"/>
          <w:b/>
          <w:color w:val="000000"/>
          <w:sz w:val="24"/>
        </w:rPr>
        <w:t>课时，校级</w:t>
      </w:r>
      <w:r>
        <w:rPr>
          <w:rFonts w:ascii="901OcohL+SimSun" w:eastAsia="901OcohL+SimSun" w:hAnsi="901OcohL+SimSun"/>
          <w:b/>
          <w:color w:val="000000"/>
          <w:sz w:val="24"/>
        </w:rPr>
        <w:t>3</w:t>
      </w:r>
      <w:r>
        <w:rPr>
          <w:rFonts w:ascii="gU1TgTbe+SimSun" w:eastAsia="gU1TgTbe+SimSun" w:hAnsi="gU1TgTbe+SimSun"/>
          <w:b/>
          <w:color w:val="000000"/>
          <w:sz w:val="24"/>
        </w:rPr>
        <w:t>课时）</w:t>
      </w:r>
      <w:r>
        <w:rPr>
          <w:rFonts w:ascii="901OcohL+SimSun" w:eastAsia="901OcohL+SimSun" w:hAnsi="901OcohL+SimSun"/>
          <w:b/>
          <w:color w:val="000000"/>
          <w:sz w:val="24"/>
        </w:rPr>
        <w:t xml:space="preserve"> </w:t>
      </w:r>
      <w:r>
        <w:br/>
      </w:r>
      <w:r>
        <w:rPr>
          <w:rFonts w:ascii="901OcohL+SimSun" w:eastAsia="901OcohL+SimSun" w:hAnsi="901OcohL+SimSun"/>
          <w:b/>
          <w:color w:val="000000"/>
          <w:sz w:val="24"/>
        </w:rPr>
        <w:t>7.</w:t>
      </w:r>
      <w:r>
        <w:rPr>
          <w:rFonts w:ascii="gU1TgTbe+SimSun" w:eastAsia="gU1TgTbe+SimSun" w:hAnsi="gU1TgTbe+SimSun"/>
          <w:b/>
          <w:color w:val="000000"/>
          <w:sz w:val="24"/>
        </w:rPr>
        <w:t>其他以上未能被上述所包括的其它活动，重要经历或成果，酌情计入</w:t>
      </w:r>
      <w:r>
        <w:rPr>
          <w:rFonts w:ascii="901OcohL+SimSun" w:eastAsia="901OcohL+SimSun" w:hAnsi="901OcohL+SimSun"/>
          <w:b/>
          <w:color w:val="000000"/>
          <w:sz w:val="24"/>
        </w:rPr>
        <w:t>1-4</w:t>
      </w:r>
      <w:r>
        <w:rPr>
          <w:rFonts w:ascii="gU1TgTbe+SimSun" w:eastAsia="gU1TgTbe+SimSun" w:hAnsi="gU1TgTbe+SimSun"/>
          <w:b/>
          <w:color w:val="000000"/>
          <w:sz w:val="24"/>
        </w:rPr>
        <w:t>课时</w:t>
      </w:r>
      <w:r>
        <w:rPr>
          <w:rFonts w:ascii="901OcohL+SimSun" w:eastAsia="901OcohL+SimSun" w:hAnsi="901OcohL+SimSun"/>
          <w:b/>
          <w:color w:val="000000"/>
          <w:sz w:val="24"/>
        </w:rPr>
        <w:t xml:space="preserve"> </w:t>
      </w:r>
    </w:p>
    <w:p w:rsidR="00593C43" w:rsidRDefault="004B0D60" w:rsidP="00593C43">
      <w:pPr>
        <w:widowControl/>
        <w:autoSpaceDE w:val="0"/>
        <w:autoSpaceDN w:val="0"/>
        <w:spacing w:before="194" w:line="320" w:lineRule="exact"/>
        <w:ind w:left="360"/>
        <w:jc w:val="left"/>
        <w:rPr>
          <w:rFonts w:eastAsia="宋体"/>
        </w:rPr>
      </w:pPr>
      <w:r>
        <w:rPr>
          <w:rFonts w:ascii="gU1TgTbe+SimSun" w:eastAsia="gU1TgTbe+SimSun" w:hAnsi="gU1TgTbe+SimSun"/>
          <w:b/>
          <w:color w:val="000000"/>
          <w:sz w:val="30"/>
        </w:rPr>
        <w:t>八</w:t>
      </w:r>
      <w:r>
        <w:rPr>
          <w:rFonts w:ascii="gU1TgTbe+SimSun" w:eastAsia="gU1TgTbe+SimSun" w:hAnsi="gU1TgTbe+SimSun"/>
          <w:b/>
          <w:color w:val="000000"/>
          <w:sz w:val="31"/>
        </w:rPr>
        <w:t>、</w:t>
      </w:r>
      <w:r>
        <w:rPr>
          <w:rFonts w:ascii="gU1TgTbe+SimSun" w:eastAsia="gU1TgTbe+SimSun" w:hAnsi="gU1TgTbe+SimSun"/>
          <w:b/>
          <w:color w:val="000000"/>
          <w:sz w:val="30"/>
        </w:rPr>
        <w:t>其他规定</w:t>
      </w:r>
      <w:r>
        <w:rPr>
          <w:rFonts w:ascii="901OcohL+SimSun" w:eastAsia="901OcohL+SimSun" w:hAnsi="901OcohL+SimSun"/>
          <w:b/>
          <w:color w:val="000000"/>
          <w:sz w:val="30"/>
        </w:rPr>
        <w:t xml:space="preserve"> </w:t>
      </w:r>
      <w:r>
        <w:rPr>
          <w:rFonts w:ascii="PTZ3LLzS+Calibri" w:eastAsia="PTZ3LLzS+Calibri" w:hAnsi="PTZ3LLzS+Calibri"/>
          <w:color w:val="000000"/>
        </w:rPr>
        <w:t xml:space="preserve"> </w:t>
      </w:r>
    </w:p>
    <w:p w:rsidR="005439BA" w:rsidRDefault="004B0D60" w:rsidP="00593C43">
      <w:pPr>
        <w:widowControl/>
        <w:autoSpaceDE w:val="0"/>
        <w:autoSpaceDN w:val="0"/>
        <w:spacing w:before="194" w:line="320" w:lineRule="exact"/>
        <w:ind w:firstLineChars="200" w:firstLine="480"/>
        <w:jc w:val="left"/>
      </w:pPr>
      <w:r>
        <w:rPr>
          <w:rFonts w:ascii="901OcohL+SimSun" w:eastAsia="901OcohL+SimSun" w:hAnsi="901OcohL+SimSun"/>
          <w:color w:val="000000"/>
          <w:sz w:val="24"/>
        </w:rPr>
        <w:t>1.</w:t>
      </w:r>
      <w:r>
        <w:rPr>
          <w:rFonts w:ascii="gU1TgTbe+SimSun" w:eastAsia="gU1TgTbe+SimSun" w:hAnsi="gU1TgTbe+SimSun"/>
          <w:color w:val="000000"/>
          <w:sz w:val="24"/>
        </w:rPr>
        <w:t>发现寝室私接电线，出现违章用电情况及违反学院、学校纪律规范并被通报者取消本学期评优、评奖资格。</w:t>
      </w:r>
      <w:r>
        <w:rPr>
          <w:rFonts w:ascii="901OcohL+SimSun" w:eastAsia="901OcohL+SimSun" w:hAnsi="901OcohL+SimSun"/>
          <w:color w:val="000000"/>
          <w:sz w:val="24"/>
        </w:rPr>
        <w:t xml:space="preserve"> </w:t>
      </w:r>
      <w:r>
        <w:rPr>
          <w:rFonts w:ascii="PTZ3LLzS+Calibri" w:eastAsia="PTZ3LLzS+Calibri" w:hAnsi="PTZ3LLzS+Calibri"/>
          <w:color w:val="000000"/>
        </w:rPr>
        <w:t xml:space="preserve"> </w:t>
      </w:r>
    </w:p>
    <w:p w:rsidR="005439BA" w:rsidRDefault="004B0D60" w:rsidP="00593C43">
      <w:pPr>
        <w:widowControl/>
        <w:autoSpaceDE w:val="0"/>
        <w:autoSpaceDN w:val="0"/>
        <w:spacing w:line="312" w:lineRule="exact"/>
        <w:ind w:right="288" w:firstLineChars="200" w:firstLine="480"/>
        <w:jc w:val="left"/>
      </w:pPr>
      <w:r>
        <w:rPr>
          <w:rFonts w:ascii="901OcohL+SimSun" w:eastAsia="901OcohL+SimSun" w:hAnsi="901OcohL+SimSun"/>
          <w:color w:val="000000"/>
          <w:sz w:val="24"/>
        </w:rPr>
        <w:t>2.</w:t>
      </w:r>
      <w:r>
        <w:rPr>
          <w:rFonts w:ascii="gU1TgTbe+SimSun" w:eastAsia="gU1TgTbe+SimSun" w:hAnsi="gU1TgTbe+SimSun"/>
          <w:color w:val="000000"/>
          <w:sz w:val="24"/>
        </w:rPr>
        <w:t>文体艺术类比赛获奖计入课时的学期是按照比赛进行的时间为准，而非证书落款时间。</w:t>
      </w:r>
      <w:r>
        <w:rPr>
          <w:rFonts w:ascii="PTZ3LLzS+Calibri" w:eastAsia="PTZ3LLzS+Calibri" w:hAnsi="PTZ3LLzS+Calibri"/>
          <w:color w:val="000000"/>
        </w:rPr>
        <w:t xml:space="preserve"> </w:t>
      </w:r>
    </w:p>
    <w:p w:rsidR="005439BA" w:rsidRDefault="004B0D60" w:rsidP="00593C43">
      <w:pPr>
        <w:widowControl/>
        <w:autoSpaceDE w:val="0"/>
        <w:autoSpaceDN w:val="0"/>
        <w:spacing w:line="312" w:lineRule="exact"/>
        <w:ind w:right="288" w:firstLineChars="200" w:firstLine="480"/>
      </w:pPr>
      <w:r>
        <w:rPr>
          <w:rFonts w:ascii="901OcohL+SimSun" w:eastAsia="901OcohL+SimSun" w:hAnsi="901OcohL+SimSun"/>
          <w:color w:val="000000"/>
          <w:sz w:val="24"/>
        </w:rPr>
        <w:t>3.</w:t>
      </w:r>
      <w:r>
        <w:rPr>
          <w:rFonts w:ascii="gU1TgTbe+SimSun" w:eastAsia="gU1TgTbe+SimSun" w:hAnsi="gU1TgTbe+SimSun"/>
          <w:color w:val="000000"/>
          <w:sz w:val="24"/>
        </w:rPr>
        <w:t>计入课时学期时间段包括：春季学期从每年春季开学期起，至当年</w:t>
      </w:r>
      <w:r>
        <w:rPr>
          <w:rFonts w:ascii="901OcohL+SimSun" w:eastAsia="901OcohL+SimSun" w:hAnsi="901OcohL+SimSun"/>
          <w:color w:val="000000"/>
          <w:sz w:val="24"/>
        </w:rPr>
        <w:t xml:space="preserve"> 9 </w:t>
      </w:r>
      <w:r>
        <w:rPr>
          <w:rFonts w:ascii="gU1TgTbe+SimSun" w:eastAsia="gU1TgTbe+SimSun" w:hAnsi="gU1TgTbe+SimSun"/>
          <w:color w:val="000000"/>
          <w:sz w:val="24"/>
        </w:rPr>
        <w:t>月开学前一天止；秋季学期从每年秋季学期开学日起至次年春季学期开学前一天止。</w:t>
      </w:r>
      <w:r>
        <w:rPr>
          <w:rFonts w:ascii="PTZ3LLzS+Calibri" w:eastAsia="PTZ3LLzS+Calibri" w:hAnsi="PTZ3LLzS+Calibri"/>
          <w:color w:val="000000"/>
        </w:rPr>
        <w:t xml:space="preserve"> </w:t>
      </w:r>
    </w:p>
    <w:p w:rsidR="005439BA" w:rsidRDefault="005439BA">
      <w:pPr>
        <w:sectPr w:rsidR="005439BA">
          <w:pgSz w:w="11906" w:h="16838"/>
          <w:pgMar w:top="738" w:right="1440" w:bottom="1440" w:left="1440" w:header="720" w:footer="720" w:gutter="0"/>
          <w:cols w:space="720" w:equalWidth="0">
            <w:col w:w="9026" w:space="0"/>
          </w:cols>
          <w:docGrid w:linePitch="360"/>
        </w:sectPr>
      </w:pPr>
    </w:p>
    <w:p w:rsidR="005439BA" w:rsidRDefault="004B0D60">
      <w:pPr>
        <w:widowControl/>
        <w:autoSpaceDE w:val="0"/>
        <w:autoSpaceDN w:val="0"/>
        <w:spacing w:before="526" w:line="220" w:lineRule="exact"/>
      </w:pPr>
      <w:r>
        <w:rPr>
          <w:noProof/>
        </w:rPr>
        <w:lastRenderedPageBreak/>
        <w:drawing>
          <wp:anchor distT="0" distB="0" distL="0" distR="0" simplePos="0" relativeHeight="251679232" behindDoc="1" locked="0" layoutInCell="1" allowOverlap="1">
            <wp:simplePos x="0" y="0"/>
            <wp:positionH relativeFrom="page">
              <wp:posOffset>1143000</wp:posOffset>
            </wp:positionH>
            <wp:positionV relativeFrom="page">
              <wp:posOffset>2708910</wp:posOffset>
            </wp:positionV>
            <wp:extent cx="5273040" cy="527304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5273040" cy="5273040"/>
                    </a:xfrm>
                    <a:prstGeom prst="rect">
                      <a:avLst/>
                    </a:prstGeom>
                  </pic:spPr>
                </pic:pic>
              </a:graphicData>
            </a:graphic>
          </wp:anchor>
        </w:drawing>
      </w:r>
    </w:p>
    <w:p w:rsidR="005439BA" w:rsidRDefault="004B0D60">
      <w:pPr>
        <w:widowControl/>
        <w:autoSpaceDE w:val="0"/>
        <w:autoSpaceDN w:val="0"/>
        <w:spacing w:line="234" w:lineRule="exact"/>
        <w:ind w:left="360"/>
        <w:jc w:val="left"/>
      </w:pPr>
      <w:r>
        <w:rPr>
          <w:rFonts w:ascii="gU1TgTbe+SimSun" w:eastAsia="gU1TgTbe+SimSun" w:hAnsi="gU1TgTbe+SimSun"/>
          <w:color w:val="000000"/>
        </w:rPr>
        <w:t>附件一：</w:t>
      </w:r>
      <w:r>
        <w:rPr>
          <w:rFonts w:ascii="PTZ3LLzS+Calibri" w:eastAsia="PTZ3LLzS+Calibri" w:hAnsi="PTZ3LLzS+Calibri"/>
          <w:color w:val="000000"/>
        </w:rPr>
        <w:t xml:space="preserve"> </w:t>
      </w:r>
    </w:p>
    <w:p w:rsidR="005439BA" w:rsidRDefault="004B0D60">
      <w:pPr>
        <w:widowControl/>
        <w:autoSpaceDE w:val="0"/>
        <w:autoSpaceDN w:val="0"/>
        <w:spacing w:before="176" w:line="634" w:lineRule="exact"/>
        <w:ind w:left="1632"/>
        <w:jc w:val="left"/>
      </w:pPr>
      <w:r>
        <w:rPr>
          <w:rFonts w:ascii="ffjwuH0l+Microsoft" w:eastAsia="ffjwuH0l+Microsoft" w:hAnsi="ffjwuH0l+Microsoft"/>
          <w:color w:val="2D74B5"/>
          <w:sz w:val="48"/>
        </w:rPr>
        <w:t>科研项目第二课堂课时证明</w:t>
      </w:r>
      <w:r>
        <w:rPr>
          <w:rFonts w:ascii="oFFuzjW6+Microsoft" w:eastAsia="oFFuzjW6+Microsoft" w:hAnsi="oFFuzjW6+Microsoft"/>
          <w:color w:val="2D74B5"/>
          <w:sz w:val="48"/>
        </w:rPr>
        <w:t xml:space="preserve"> </w:t>
      </w:r>
    </w:p>
    <w:p w:rsidR="005439BA" w:rsidRDefault="004B0D60">
      <w:pPr>
        <w:widowControl/>
        <w:autoSpaceDE w:val="0"/>
        <w:autoSpaceDN w:val="0"/>
        <w:spacing w:before="1220" w:line="360" w:lineRule="exact"/>
        <w:ind w:left="360"/>
        <w:jc w:val="left"/>
      </w:pPr>
      <w:r>
        <w:rPr>
          <w:rFonts w:ascii="gp9NFI74+SimHei" w:eastAsia="gp9NFI74+SimHei" w:hAnsi="gp9NFI74+SimHei"/>
          <w:b/>
          <w:color w:val="000000"/>
          <w:sz w:val="36"/>
        </w:rPr>
        <w:t>兹证明：</w:t>
      </w:r>
      <w:r>
        <w:rPr>
          <w:rFonts w:ascii="B83Q1ku6+SimHei" w:eastAsia="B83Q1ku6+SimHei" w:hAnsi="B83Q1ku6+SimHei"/>
          <w:b/>
          <w:color w:val="000000"/>
          <w:sz w:val="36"/>
        </w:rPr>
        <w:t xml:space="preserve"> </w:t>
      </w:r>
    </w:p>
    <w:p w:rsidR="005439BA" w:rsidRPr="00593C43" w:rsidRDefault="004B0D60">
      <w:pPr>
        <w:widowControl/>
        <w:autoSpaceDE w:val="0"/>
        <w:autoSpaceDN w:val="0"/>
        <w:spacing w:before="158" w:line="624" w:lineRule="exact"/>
        <w:ind w:left="360" w:right="144" w:firstLine="542"/>
        <w:jc w:val="left"/>
        <w:rPr>
          <w:rFonts w:ascii="Calibri" w:eastAsia="gp9NFI74+SimHei" w:hAnsi="Calibri" w:cs="Calibri"/>
          <w:b/>
          <w:color w:val="000000"/>
          <w:sz w:val="36"/>
        </w:rPr>
      </w:pPr>
      <w:r w:rsidRPr="00593C43">
        <w:rPr>
          <w:rFonts w:ascii="Calibri" w:eastAsia="gp9NFI74+SimHei" w:hAnsi="Calibri" w:cs="Calibri"/>
          <w:b/>
          <w:color w:val="000000"/>
          <w:sz w:val="36"/>
        </w:rPr>
        <w:t xml:space="preserve"> _____</w:t>
      </w:r>
      <w:r w:rsidR="00593C43" w:rsidRPr="00593C43">
        <w:rPr>
          <w:rFonts w:ascii="微软雅黑" w:eastAsia="微软雅黑" w:hAnsi="微软雅黑" w:cs="微软雅黑" w:hint="eastAsia"/>
          <w:b/>
          <w:color w:val="000000"/>
          <w:sz w:val="36"/>
        </w:rPr>
        <w:t>年级</w:t>
      </w:r>
      <w:r w:rsidRPr="00593C43">
        <w:rPr>
          <w:rFonts w:ascii="Calibri" w:eastAsia="gp9NFI74+SimHei" w:hAnsi="Calibri" w:cs="Calibri"/>
          <w:b/>
          <w:color w:val="000000"/>
          <w:sz w:val="36"/>
        </w:rPr>
        <w:t>______</w:t>
      </w:r>
      <w:r w:rsidR="00593C43" w:rsidRPr="00593C43">
        <w:rPr>
          <w:rFonts w:ascii="微软雅黑" w:eastAsia="微软雅黑" w:hAnsi="微软雅黑" w:cs="微软雅黑" w:hint="eastAsia"/>
          <w:b/>
          <w:color w:val="000000"/>
          <w:sz w:val="36"/>
        </w:rPr>
        <w:t>专业</w:t>
      </w:r>
      <w:r w:rsidR="00593C43" w:rsidRPr="00593C43">
        <w:rPr>
          <w:rFonts w:ascii="Calibri" w:eastAsia="gp9NFI74+SimHei" w:hAnsi="Calibri" w:cs="Calibri" w:hint="eastAsia"/>
          <w:b/>
          <w:color w:val="000000"/>
          <w:sz w:val="36"/>
        </w:rPr>
        <w:t xml:space="preserve"> </w:t>
      </w:r>
      <w:r w:rsidR="00593C43" w:rsidRPr="00593C43">
        <w:rPr>
          <w:rFonts w:ascii="Calibri" w:eastAsia="gp9NFI74+SimHei" w:hAnsi="Calibri" w:cs="Calibri"/>
          <w:b/>
          <w:color w:val="000000"/>
          <w:sz w:val="36"/>
        </w:rPr>
        <w:t xml:space="preserve">      </w:t>
      </w:r>
      <w:r w:rsidR="00593C43" w:rsidRPr="00593C43">
        <w:rPr>
          <w:rFonts w:ascii="Calibri" w:eastAsia="gp9NFI74+SimHei" w:hAnsi="Calibri" w:cs="Calibri" w:hint="eastAsia"/>
          <w:b/>
          <w:color w:val="000000"/>
          <w:sz w:val="36"/>
        </w:rPr>
        <w:t>同学</w:t>
      </w:r>
      <w:r w:rsidRPr="00593C43">
        <w:rPr>
          <w:rFonts w:ascii="Calibri" w:eastAsia="gp9NFI74+SimHei" w:hAnsi="Calibri" w:cs="Calibri"/>
          <w:b/>
          <w:color w:val="000000"/>
          <w:sz w:val="36"/>
        </w:rPr>
        <w:t>（学号：</w:t>
      </w:r>
      <w:r w:rsidRPr="00593C43">
        <w:rPr>
          <w:rFonts w:ascii="Calibri" w:eastAsia="gp9NFI74+SimHei" w:hAnsi="Calibri" w:cs="Calibri"/>
          <w:b/>
          <w:color w:val="000000"/>
          <w:sz w:val="36"/>
        </w:rPr>
        <w:t>_______</w:t>
      </w:r>
      <w:r w:rsidRPr="00593C43">
        <w:rPr>
          <w:rFonts w:ascii="Calibri" w:eastAsia="gp9NFI74+SimHei" w:hAnsi="Calibri" w:cs="Calibri"/>
          <w:b/>
          <w:color w:val="000000"/>
          <w:sz w:val="36"/>
        </w:rPr>
        <w:t>）</w:t>
      </w:r>
      <w:r w:rsidR="00593C43">
        <w:rPr>
          <w:rFonts w:ascii="Calibri" w:eastAsia="gp9NFI74+SimHei" w:hAnsi="Calibri" w:cs="Calibri" w:hint="eastAsia"/>
          <w:b/>
          <w:color w:val="000000"/>
          <w:sz w:val="36"/>
        </w:rPr>
        <w:t>参与</w:t>
      </w:r>
      <w:r w:rsidRPr="00593C43">
        <w:rPr>
          <w:rFonts w:ascii="Calibri" w:eastAsia="gp9NFI74+SimHei" w:hAnsi="Calibri" w:cs="Calibri"/>
          <w:b/>
          <w:color w:val="000000"/>
          <w:sz w:val="36"/>
        </w:rPr>
        <w:t>本人</w:t>
      </w:r>
      <w:r w:rsidRPr="00593C43">
        <w:rPr>
          <w:rFonts w:ascii="Calibri" w:eastAsia="gp9NFI74+SimHei" w:hAnsi="Calibri" w:cs="Calibri"/>
          <w:b/>
          <w:color w:val="000000"/>
          <w:sz w:val="36"/>
        </w:rPr>
        <w:t>_____________________</w:t>
      </w:r>
      <w:r w:rsidRPr="00593C43">
        <w:rPr>
          <w:rFonts w:ascii="Calibri" w:eastAsia="gp9NFI74+SimHei" w:hAnsi="Calibri" w:cs="Calibri"/>
          <w:b/>
          <w:color w:val="000000"/>
          <w:sz w:val="36"/>
        </w:rPr>
        <w:t>项目</w:t>
      </w:r>
      <w:r w:rsidR="00593C43" w:rsidRPr="00593C43">
        <w:rPr>
          <w:rFonts w:ascii="微软雅黑" w:eastAsia="微软雅黑" w:hAnsi="微软雅黑" w:cs="微软雅黑" w:hint="eastAsia"/>
          <w:b/>
          <w:color w:val="000000"/>
          <w:sz w:val="36"/>
        </w:rPr>
        <w:t>和科研工作</w:t>
      </w:r>
      <w:r w:rsidRPr="00593C43">
        <w:rPr>
          <w:rFonts w:ascii="Calibri" w:eastAsia="gp9NFI74+SimHei" w:hAnsi="Calibri" w:cs="Calibri"/>
          <w:b/>
          <w:color w:val="000000"/>
          <w:sz w:val="36"/>
        </w:rPr>
        <w:t>，根据该生表现及参与时长，认定该生获得</w:t>
      </w:r>
      <w:r w:rsidRPr="00593C43">
        <w:rPr>
          <w:rFonts w:ascii="Calibri" w:eastAsia="gp9NFI74+SimHei" w:hAnsi="Calibri" w:cs="Calibri"/>
          <w:b/>
          <w:color w:val="000000"/>
          <w:sz w:val="36"/>
        </w:rPr>
        <w:t>_____</w:t>
      </w:r>
      <w:r w:rsidRPr="00593C43">
        <w:rPr>
          <w:rFonts w:ascii="Calibri" w:eastAsia="gp9NFI74+SimHei" w:hAnsi="Calibri" w:cs="Calibri"/>
          <w:b/>
          <w:color w:val="000000"/>
          <w:sz w:val="36"/>
        </w:rPr>
        <w:t>课时（最高记</w:t>
      </w:r>
      <w:r w:rsidRPr="00593C43">
        <w:rPr>
          <w:rFonts w:ascii="Calibri" w:eastAsia="gp9NFI74+SimHei" w:hAnsi="Calibri" w:cs="Calibri"/>
          <w:b/>
          <w:color w:val="000000"/>
          <w:sz w:val="36"/>
        </w:rPr>
        <w:t>4</w:t>
      </w:r>
      <w:r w:rsidRPr="00593C43">
        <w:rPr>
          <w:rFonts w:ascii="Calibri" w:eastAsia="gp9NFI74+SimHei" w:hAnsi="Calibri" w:cs="Calibri"/>
          <w:b/>
          <w:color w:val="000000"/>
          <w:sz w:val="36"/>
        </w:rPr>
        <w:t>课时）。</w:t>
      </w:r>
      <w:r w:rsidRPr="00593C43">
        <w:rPr>
          <w:rFonts w:ascii="Calibri" w:eastAsia="gp9NFI74+SimHei" w:hAnsi="Calibri" w:cs="Calibri"/>
          <w:b/>
          <w:color w:val="000000"/>
          <w:sz w:val="36"/>
        </w:rPr>
        <w:t xml:space="preserve"> </w:t>
      </w:r>
    </w:p>
    <w:p w:rsidR="005439BA" w:rsidRPr="00593C43" w:rsidRDefault="004B0D60" w:rsidP="00593C43">
      <w:pPr>
        <w:widowControl/>
        <w:autoSpaceDE w:val="0"/>
        <w:autoSpaceDN w:val="0"/>
        <w:spacing w:before="158" w:line="624" w:lineRule="exact"/>
        <w:ind w:left="360" w:right="144" w:firstLineChars="1600" w:firstLine="5564"/>
        <w:jc w:val="left"/>
        <w:rPr>
          <w:rFonts w:ascii="Calibri" w:eastAsia="gp9NFI74+SimHei" w:hAnsi="Calibri" w:cs="Calibri"/>
          <w:b/>
          <w:color w:val="000000"/>
          <w:sz w:val="36"/>
        </w:rPr>
      </w:pPr>
      <w:r w:rsidRPr="00593C43">
        <w:rPr>
          <w:rFonts w:ascii="Calibri" w:eastAsia="gp9NFI74+SimHei" w:hAnsi="Calibri" w:cs="Calibri"/>
          <w:b/>
          <w:color w:val="000000"/>
          <w:sz w:val="36"/>
        </w:rPr>
        <w:t>证明人：</w:t>
      </w:r>
      <w:r w:rsidRPr="00593C43">
        <w:rPr>
          <w:rFonts w:ascii="Calibri" w:eastAsia="gp9NFI74+SimHei" w:hAnsi="Calibri" w:cs="Calibri"/>
          <w:b/>
          <w:color w:val="000000"/>
          <w:sz w:val="36"/>
        </w:rPr>
        <w:t xml:space="preserve"> </w:t>
      </w:r>
    </w:p>
    <w:p w:rsidR="005439BA" w:rsidRDefault="004B0D60">
      <w:pPr>
        <w:widowControl/>
        <w:autoSpaceDE w:val="0"/>
        <w:autoSpaceDN w:val="0"/>
        <w:spacing w:before="826" w:line="422" w:lineRule="exact"/>
        <w:ind w:left="6108"/>
        <w:jc w:val="left"/>
      </w:pPr>
      <w:r>
        <w:rPr>
          <w:rFonts w:ascii="ffjwuH0l+Microsoft" w:eastAsia="ffjwuH0l+Microsoft" w:hAnsi="ffjwuH0l+Microsoft"/>
          <w:color w:val="000000"/>
          <w:sz w:val="32"/>
        </w:rPr>
        <w:t>日期：</w:t>
      </w:r>
      <w:r>
        <w:rPr>
          <w:rFonts w:ascii="oFFuzjW6+Microsoft" w:eastAsia="oFFuzjW6+Microsoft" w:hAnsi="oFFuzjW6+Microsoft"/>
          <w:color w:val="000000"/>
          <w:sz w:val="32"/>
        </w:rPr>
        <w:t xml:space="preserve">          </w:t>
      </w:r>
      <w:r>
        <w:rPr>
          <w:rFonts w:ascii="PTZ3LLzS+Calibri" w:eastAsia="PTZ3LLzS+Calibri" w:hAnsi="PTZ3LLzS+Calibri"/>
          <w:color w:val="000000"/>
        </w:rPr>
        <w:t xml:space="preserve"> </w:t>
      </w:r>
    </w:p>
    <w:sectPr w:rsidR="005439BA" w:rsidSect="00034616">
      <w:pgSz w:w="11906" w:h="16838"/>
      <w:pgMar w:top="746" w:right="1440" w:bottom="1440" w:left="1440" w:header="720" w:footer="720" w:gutter="0"/>
      <w:cols w:space="720" w:equalWidth="0">
        <w:col w:w="9026" w:space="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gU1TgTbe+SimSun">
    <w:charset w:val="00"/>
    <w:family w:val="auto"/>
    <w:pitch w:val="variable"/>
    <w:sig w:usb0="80000287" w:usb1="2ACF3C50" w:usb2="00000016" w:usb3="00000000" w:csb0="0004001F" w:csb1="00000000"/>
  </w:font>
  <w:font w:name="PTZ3LLzS+Calibri">
    <w:charset w:val="00"/>
    <w:family w:val="auto"/>
    <w:pitch w:val="variable"/>
    <w:sig w:usb0="80000287" w:usb1="2ACF3C50" w:usb2="00000016" w:usb3="00000000" w:csb0="0004001F" w:csb1="00000000"/>
  </w:font>
  <w:font w:name="901OcohL+SimSun">
    <w:altName w:val="Microsoft YaHei UI"/>
    <w:charset w:val="00"/>
    <w:family w:val="auto"/>
    <w:pitch w:val="variable"/>
    <w:sig w:usb0="00000000"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ffjwuH0l+Microsoft">
    <w:charset w:val="00"/>
    <w:family w:val="auto"/>
    <w:pitch w:val="variable"/>
    <w:sig w:usb0="80000287" w:usb1="2ACF3C50" w:usb2="00000016" w:usb3="00000000" w:csb0="0004001F" w:csb1="00000000"/>
  </w:font>
  <w:font w:name="oFFuzjW6+Microsoft">
    <w:charset w:val="00"/>
    <w:family w:val="auto"/>
    <w:pitch w:val="variable"/>
    <w:sig w:usb0="80000287" w:usb1="2ACF3C50" w:usb2="00000016" w:usb3="00000000" w:csb0="0004001F" w:csb1="00000000"/>
  </w:font>
  <w:font w:name="gp9NFI74+SimHei">
    <w:charset w:val="00"/>
    <w:family w:val="auto"/>
    <w:pitch w:val="variable"/>
    <w:sig w:usb0="80000287" w:usb1="2ACF3C50" w:usb2="00000016" w:usb3="00000000" w:csb0="0004001F" w:csb1="00000000"/>
  </w:font>
  <w:font w:name="B83Q1ku6+SimHei">
    <w:charset w:val="00"/>
    <w:family w:val="auto"/>
    <w:pitch w:val="variable"/>
    <w:sig w:usb0="80000287" w:usb1="2ACF3C50" w:usb2="00000016" w:usb3="00000000" w:csb0="0004001F"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lvlText w:val="%1."/>
      <w:lvlJc w:val="left"/>
      <w:pPr>
        <w:tabs>
          <w:tab w:val="num" w:pos="1080"/>
        </w:tabs>
        <w:ind w:left="1080" w:hanging="360"/>
      </w:pPr>
    </w:lvl>
  </w:abstractNum>
  <w:abstractNum w:abstractNumId="3">
    <w:nsid w:val="FFFFFF7F"/>
    <w:multiLevelType w:val="singleLevel"/>
    <w:tmpl w:val="38441652"/>
    <w:lvl w:ilvl="0">
      <w:start w:val="1"/>
      <w:numFmt w:val="decimal"/>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lvlText w:val="%1."/>
      <w:lvlJc w:val="left"/>
      <w:pPr>
        <w:tabs>
          <w:tab w:val="num" w:pos="360"/>
        </w:tabs>
        <w:ind w:left="360" w:hanging="360"/>
      </w:pPr>
    </w:lvl>
  </w:abstractNum>
  <w:abstractNum w:abstractNumId="8">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B0D60"/>
    <w:rsid w:val="005439BA"/>
    <w:rsid w:val="00593C43"/>
    <w:rsid w:val="008C194E"/>
    <w:rsid w:val="00954C69"/>
    <w:rsid w:val="00A72D99"/>
    <w:rsid w:val="00AA1D8D"/>
    <w:rsid w:val="00B42582"/>
    <w:rsid w:val="00B47730"/>
    <w:rsid w:val="00B51EE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F531F57-C807-44D3-B86C-7BA73FA30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D11D4-E841-42E6-96BF-DAC3593EB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6023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JN</cp:lastModifiedBy>
  <cp:revision>7</cp:revision>
  <dcterms:created xsi:type="dcterms:W3CDTF">2013-12-23T23:15:00Z</dcterms:created>
  <dcterms:modified xsi:type="dcterms:W3CDTF">2026-09-09T03:59:00Z</dcterms:modified>
  <cp:category/>
</cp:coreProperties>
</file>